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B14B6" w14:textId="686B57E6" w:rsidR="00C9072A" w:rsidRPr="00FA65AC" w:rsidRDefault="00FA65AC" w:rsidP="00C714CA">
      <w:pPr>
        <w:pStyle w:val="1"/>
        <w:jc w:val="center"/>
        <w:rPr>
          <w:rFonts w:ascii="Times New Roman" w:hAnsi="Times New Roman" w:cs="Times New Roman"/>
          <w:color w:val="auto"/>
          <w:lang w:val="ru-RU"/>
        </w:rPr>
      </w:pPr>
      <w:r w:rsidRPr="00FA65AC">
        <w:rPr>
          <w:rFonts w:ascii="Times New Roman" w:hAnsi="Times New Roman" w:cs="Times New Roman"/>
          <w:color w:val="auto"/>
          <w:lang w:val="ru-RU"/>
        </w:rPr>
        <w:t>МОНІТОРИНГОВИЙ ЗВІТ</w:t>
      </w:r>
      <w:r w:rsidRPr="00FA65AC">
        <w:rPr>
          <w:rFonts w:ascii="Times New Roman" w:hAnsi="Times New Roman" w:cs="Times New Roman"/>
          <w:color w:val="auto"/>
          <w:lang w:val="ru-RU"/>
        </w:rPr>
        <w:br/>
      </w:r>
      <w:proofErr w:type="spellStart"/>
      <w:r w:rsidRPr="00FA65AC">
        <w:rPr>
          <w:rFonts w:ascii="Times New Roman" w:hAnsi="Times New Roman" w:cs="Times New Roman"/>
          <w:color w:val="auto"/>
          <w:lang w:val="ru-RU"/>
        </w:rPr>
        <w:t>оцінки</w:t>
      </w:r>
      <w:proofErr w:type="spellEnd"/>
      <w:r w:rsidRPr="00FA65AC">
        <w:rPr>
          <w:rFonts w:ascii="Times New Roman" w:hAnsi="Times New Roman" w:cs="Times New Roman"/>
          <w:color w:val="auto"/>
          <w:lang w:val="ru-RU"/>
        </w:rPr>
        <w:t xml:space="preserve"> </w:t>
      </w:r>
      <w:proofErr w:type="spellStart"/>
      <w:r w:rsidRPr="00FA65AC">
        <w:rPr>
          <w:rFonts w:ascii="Times New Roman" w:hAnsi="Times New Roman" w:cs="Times New Roman"/>
          <w:color w:val="auto"/>
          <w:lang w:val="ru-RU"/>
        </w:rPr>
        <w:t>ефективності</w:t>
      </w:r>
      <w:proofErr w:type="spellEnd"/>
      <w:r w:rsidRPr="00FA65AC">
        <w:rPr>
          <w:rFonts w:ascii="Times New Roman" w:hAnsi="Times New Roman" w:cs="Times New Roman"/>
          <w:color w:val="auto"/>
          <w:lang w:val="ru-RU"/>
        </w:rPr>
        <w:t xml:space="preserve"> </w:t>
      </w:r>
      <w:proofErr w:type="spellStart"/>
      <w:r w:rsidRPr="00FA65AC">
        <w:rPr>
          <w:rFonts w:ascii="Times New Roman" w:hAnsi="Times New Roman" w:cs="Times New Roman"/>
          <w:color w:val="auto"/>
          <w:lang w:val="ru-RU"/>
        </w:rPr>
        <w:t>діяльності</w:t>
      </w:r>
      <w:proofErr w:type="spellEnd"/>
      <w:r w:rsidRPr="00FA65AC">
        <w:rPr>
          <w:rFonts w:ascii="Times New Roman" w:hAnsi="Times New Roman" w:cs="Times New Roman"/>
          <w:color w:val="auto"/>
          <w:lang w:val="ru-RU"/>
        </w:rPr>
        <w:t xml:space="preserve"> Ради </w:t>
      </w:r>
      <w:r w:rsidR="007A6A6B">
        <w:rPr>
          <w:rFonts w:ascii="Times New Roman" w:hAnsi="Times New Roman" w:cs="Times New Roman"/>
          <w:color w:val="auto"/>
          <w:lang w:val="ru-RU"/>
        </w:rPr>
        <w:t xml:space="preserve">з </w:t>
      </w:r>
      <w:proofErr w:type="spellStart"/>
      <w:r w:rsidR="007A6A6B">
        <w:rPr>
          <w:rFonts w:ascii="Times New Roman" w:hAnsi="Times New Roman" w:cs="Times New Roman"/>
          <w:color w:val="auto"/>
          <w:lang w:val="ru-RU"/>
        </w:rPr>
        <w:t>питань</w:t>
      </w:r>
      <w:proofErr w:type="spellEnd"/>
      <w:r w:rsidR="007A6A6B">
        <w:rPr>
          <w:rFonts w:ascii="Times New Roman" w:hAnsi="Times New Roman" w:cs="Times New Roman"/>
          <w:color w:val="auto"/>
          <w:lang w:val="ru-RU"/>
        </w:rPr>
        <w:t xml:space="preserve"> </w:t>
      </w:r>
      <w:r w:rsidRPr="00FA65AC">
        <w:rPr>
          <w:rFonts w:ascii="Times New Roman" w:hAnsi="Times New Roman" w:cs="Times New Roman"/>
          <w:color w:val="auto"/>
          <w:lang w:val="ru-RU"/>
        </w:rPr>
        <w:t>ВПО</w:t>
      </w:r>
      <w:r w:rsidR="001949A0">
        <w:rPr>
          <w:rFonts w:ascii="Times New Roman" w:hAnsi="Times New Roman" w:cs="Times New Roman"/>
          <w:color w:val="auto"/>
          <w:lang w:val="ru-RU"/>
        </w:rPr>
        <w:t xml:space="preserve"> при </w:t>
      </w:r>
      <w:proofErr w:type="spellStart"/>
      <w:r w:rsidR="00A127CF">
        <w:rPr>
          <w:rFonts w:ascii="Times New Roman" w:hAnsi="Times New Roman" w:cs="Times New Roman"/>
          <w:color w:val="auto"/>
          <w:lang w:val="ru-RU"/>
        </w:rPr>
        <w:t>Рахівській</w:t>
      </w:r>
      <w:proofErr w:type="spellEnd"/>
      <w:r w:rsidR="00A127CF">
        <w:rPr>
          <w:rFonts w:ascii="Times New Roman" w:hAnsi="Times New Roman" w:cs="Times New Roman"/>
          <w:color w:val="auto"/>
          <w:lang w:val="ru-RU"/>
        </w:rPr>
        <w:t xml:space="preserve"> </w:t>
      </w:r>
      <w:r w:rsidR="001949A0">
        <w:rPr>
          <w:rFonts w:ascii="Times New Roman" w:hAnsi="Times New Roman" w:cs="Times New Roman"/>
          <w:color w:val="auto"/>
          <w:lang w:val="ru-RU"/>
        </w:rPr>
        <w:t>РДА-РВА</w:t>
      </w:r>
      <w:r w:rsidR="00D86CC5" w:rsidRPr="00D86CC5">
        <w:rPr>
          <w:lang w:val="ru-RU"/>
        </w:rPr>
        <w:t xml:space="preserve"> </w:t>
      </w:r>
      <w:r w:rsidR="00D86CC5" w:rsidRPr="00D86CC5">
        <w:rPr>
          <w:rFonts w:ascii="Times New Roman" w:hAnsi="Times New Roman" w:cs="Times New Roman"/>
          <w:color w:val="auto"/>
          <w:lang w:val="ru-RU"/>
        </w:rPr>
        <w:t>у 2025 році</w:t>
      </w:r>
    </w:p>
    <w:p w14:paraId="5FD866CB" w14:textId="619AF938" w:rsidR="00C9072A" w:rsidRDefault="00FA65AC">
      <w:pPr>
        <w:pStyle w:val="21"/>
        <w:rPr>
          <w:rFonts w:ascii="Times New Roman" w:hAnsi="Times New Roman" w:cs="Times New Roman"/>
          <w:color w:val="auto"/>
          <w:lang w:val="ru-RU"/>
        </w:rPr>
      </w:pPr>
      <w:proofErr w:type="spellStart"/>
      <w:r w:rsidRPr="00FA65AC">
        <w:rPr>
          <w:rFonts w:ascii="Times New Roman" w:hAnsi="Times New Roman" w:cs="Times New Roman"/>
          <w:color w:val="auto"/>
          <w:lang w:val="ru-RU"/>
        </w:rPr>
        <w:t>Напрям</w:t>
      </w:r>
      <w:proofErr w:type="spellEnd"/>
      <w:r w:rsidRPr="00FA65AC">
        <w:rPr>
          <w:rFonts w:ascii="Times New Roman" w:hAnsi="Times New Roman" w:cs="Times New Roman"/>
          <w:color w:val="auto"/>
          <w:lang w:val="ru-RU"/>
        </w:rPr>
        <w:t xml:space="preserve"> 1. </w:t>
      </w:r>
      <w:proofErr w:type="spellStart"/>
      <w:r w:rsidRPr="00FA65AC">
        <w:rPr>
          <w:rFonts w:ascii="Times New Roman" w:hAnsi="Times New Roman" w:cs="Times New Roman"/>
          <w:color w:val="auto"/>
          <w:lang w:val="ru-RU"/>
        </w:rPr>
        <w:t>Організаційна</w:t>
      </w:r>
      <w:proofErr w:type="spellEnd"/>
      <w:r w:rsidRPr="00FA65AC">
        <w:rPr>
          <w:rFonts w:ascii="Times New Roman" w:hAnsi="Times New Roman" w:cs="Times New Roman"/>
          <w:color w:val="auto"/>
          <w:lang w:val="ru-RU"/>
        </w:rPr>
        <w:t xml:space="preserve"> </w:t>
      </w:r>
      <w:proofErr w:type="spellStart"/>
      <w:r w:rsidRPr="00FA65AC">
        <w:rPr>
          <w:rFonts w:ascii="Times New Roman" w:hAnsi="Times New Roman" w:cs="Times New Roman"/>
          <w:color w:val="auto"/>
          <w:lang w:val="ru-RU"/>
        </w:rPr>
        <w:t>спроможність</w:t>
      </w:r>
      <w:proofErr w:type="spellEnd"/>
      <w:r w:rsidRPr="00FA65AC">
        <w:rPr>
          <w:rFonts w:ascii="Times New Roman" w:hAnsi="Times New Roman" w:cs="Times New Roman"/>
          <w:color w:val="auto"/>
          <w:lang w:val="ru-RU"/>
        </w:rPr>
        <w:t xml:space="preserve"> та </w:t>
      </w:r>
      <w:proofErr w:type="spellStart"/>
      <w:r w:rsidRPr="00FA65AC">
        <w:rPr>
          <w:rFonts w:ascii="Times New Roman" w:hAnsi="Times New Roman" w:cs="Times New Roman"/>
          <w:color w:val="auto"/>
          <w:lang w:val="ru-RU"/>
        </w:rPr>
        <w:t>внутрішня</w:t>
      </w:r>
      <w:proofErr w:type="spellEnd"/>
      <w:r w:rsidRPr="00FA65AC">
        <w:rPr>
          <w:rFonts w:ascii="Times New Roman" w:hAnsi="Times New Roman" w:cs="Times New Roman"/>
          <w:color w:val="auto"/>
          <w:lang w:val="ru-RU"/>
        </w:rPr>
        <w:t xml:space="preserve"> робота</w:t>
      </w:r>
    </w:p>
    <w:p w14:paraId="1157BF2D" w14:textId="77777777" w:rsidR="00A127CF" w:rsidRPr="00A127CF" w:rsidRDefault="00A127CF" w:rsidP="00A127CF">
      <w:pPr>
        <w:rPr>
          <w:lang w:val="ru-RU"/>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2"/>
        <w:gridCol w:w="876"/>
        <w:gridCol w:w="3525"/>
      </w:tblGrid>
      <w:tr w:rsidR="00FA65AC" w:rsidRPr="00FA65AC" w14:paraId="6E4E1C1B" w14:textId="77777777" w:rsidTr="00A34597">
        <w:tc>
          <w:tcPr>
            <w:tcW w:w="2268" w:type="dxa"/>
          </w:tcPr>
          <w:p w14:paraId="0BEC7409"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Індикатор</w:t>
            </w:r>
            <w:proofErr w:type="spellEnd"/>
          </w:p>
        </w:tc>
        <w:tc>
          <w:tcPr>
            <w:tcW w:w="3114" w:type="dxa"/>
          </w:tcPr>
          <w:p w14:paraId="092C26A2"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Опис</w:t>
            </w:r>
            <w:proofErr w:type="spellEnd"/>
            <w:r w:rsidRPr="00FA65AC">
              <w:rPr>
                <w:rFonts w:ascii="Times New Roman" w:hAnsi="Times New Roman" w:cs="Times New Roman"/>
              </w:rPr>
              <w:t xml:space="preserve"> / </w:t>
            </w:r>
            <w:proofErr w:type="spellStart"/>
            <w:r w:rsidRPr="00FA65AC">
              <w:rPr>
                <w:rFonts w:ascii="Times New Roman" w:hAnsi="Times New Roman" w:cs="Times New Roman"/>
              </w:rPr>
              <w:t>приклади</w:t>
            </w:r>
            <w:proofErr w:type="spellEnd"/>
          </w:p>
        </w:tc>
        <w:tc>
          <w:tcPr>
            <w:tcW w:w="871" w:type="dxa"/>
          </w:tcPr>
          <w:p w14:paraId="7DD2D284"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Оцінка</w:t>
            </w:r>
            <w:proofErr w:type="spellEnd"/>
            <w:r w:rsidRPr="00FA65AC">
              <w:rPr>
                <w:rFonts w:ascii="Times New Roman" w:hAnsi="Times New Roman" w:cs="Times New Roman"/>
              </w:rPr>
              <w:t xml:space="preserve"> (1–5)</w:t>
            </w:r>
          </w:p>
        </w:tc>
        <w:tc>
          <w:tcPr>
            <w:tcW w:w="3528" w:type="dxa"/>
          </w:tcPr>
          <w:p w14:paraId="1BE2FE9A"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Коментар</w:t>
            </w:r>
            <w:proofErr w:type="spellEnd"/>
          </w:p>
        </w:tc>
      </w:tr>
      <w:tr w:rsidR="00FA65AC" w:rsidRPr="00D403A0" w14:paraId="4DC58C0E" w14:textId="77777777" w:rsidTr="00A34597">
        <w:tc>
          <w:tcPr>
            <w:tcW w:w="2268" w:type="dxa"/>
          </w:tcPr>
          <w:p w14:paraId="4599208F" w14:textId="77777777" w:rsidR="00C9072A" w:rsidRPr="00FA65AC" w:rsidRDefault="00FA65AC">
            <w:pPr>
              <w:rPr>
                <w:rFonts w:ascii="Times New Roman" w:hAnsi="Times New Roman" w:cs="Times New Roman"/>
                <w:lang w:val="ru-RU"/>
              </w:rPr>
            </w:pPr>
            <w:proofErr w:type="spellStart"/>
            <w:r w:rsidRPr="00FA65AC">
              <w:rPr>
                <w:rFonts w:ascii="Times New Roman" w:hAnsi="Times New Roman" w:cs="Times New Roman"/>
                <w:lang w:val="ru-RU"/>
              </w:rPr>
              <w:t>Наявність</w:t>
            </w:r>
            <w:proofErr w:type="spellEnd"/>
            <w:r w:rsidRPr="00FA65AC">
              <w:rPr>
                <w:rFonts w:ascii="Times New Roman" w:hAnsi="Times New Roman" w:cs="Times New Roman"/>
                <w:lang w:val="ru-RU"/>
              </w:rPr>
              <w:t xml:space="preserve"> та </w:t>
            </w:r>
            <w:proofErr w:type="spellStart"/>
            <w:r w:rsidRPr="00FA65AC">
              <w:rPr>
                <w:rFonts w:ascii="Times New Roman" w:hAnsi="Times New Roman" w:cs="Times New Roman"/>
                <w:lang w:val="ru-RU"/>
              </w:rPr>
              <w:t>актуальність</w:t>
            </w:r>
            <w:proofErr w:type="spellEnd"/>
            <w:r w:rsidRPr="00FA65AC">
              <w:rPr>
                <w:rFonts w:ascii="Times New Roman" w:hAnsi="Times New Roman" w:cs="Times New Roman"/>
                <w:lang w:val="ru-RU"/>
              </w:rPr>
              <w:t xml:space="preserve"> </w:t>
            </w:r>
            <w:proofErr w:type="spellStart"/>
            <w:r w:rsidRPr="00FA65AC">
              <w:rPr>
                <w:rFonts w:ascii="Times New Roman" w:hAnsi="Times New Roman" w:cs="Times New Roman"/>
                <w:lang w:val="ru-RU"/>
              </w:rPr>
              <w:t>положення</w:t>
            </w:r>
            <w:proofErr w:type="spellEnd"/>
            <w:r w:rsidRPr="00FA65AC">
              <w:rPr>
                <w:rFonts w:ascii="Times New Roman" w:hAnsi="Times New Roman" w:cs="Times New Roman"/>
                <w:lang w:val="ru-RU"/>
              </w:rPr>
              <w:t xml:space="preserve"> / регламенту Ради ВПО</w:t>
            </w:r>
          </w:p>
        </w:tc>
        <w:tc>
          <w:tcPr>
            <w:tcW w:w="3114" w:type="dxa"/>
          </w:tcPr>
          <w:p w14:paraId="1E82E565" w14:textId="3C410B62" w:rsidR="00C9072A" w:rsidRPr="00975474" w:rsidRDefault="00A127CF" w:rsidP="00151D44">
            <w:pPr>
              <w:rPr>
                <w:rFonts w:ascii="Times New Roman" w:hAnsi="Times New Roman" w:cs="Times New Roman"/>
                <w:lang w:val="ru-RU"/>
              </w:rPr>
            </w:pPr>
            <w:r>
              <w:rPr>
                <w:rFonts w:ascii="Times New Roman" w:hAnsi="Times New Roman" w:cs="Times New Roman"/>
                <w:bCs/>
                <w:lang w:val="uk-UA"/>
              </w:rPr>
              <w:t>П</w:t>
            </w:r>
            <w:r w:rsidR="00504181" w:rsidRPr="00504181">
              <w:rPr>
                <w:rFonts w:ascii="Times New Roman" w:hAnsi="Times New Roman" w:cs="Times New Roman"/>
                <w:bCs/>
                <w:lang w:val="uk-UA"/>
              </w:rPr>
              <w:t>опередня Рада з питань внутрішньо переміщених осіб, яка була створена 26.09.2023 року, втратила свої повноваження,</w:t>
            </w:r>
            <w:r w:rsidR="00151D44">
              <w:rPr>
                <w:rFonts w:ascii="Times New Roman" w:hAnsi="Times New Roman" w:cs="Times New Roman"/>
                <w:bCs/>
                <w:lang w:val="uk-UA"/>
              </w:rPr>
              <w:t xml:space="preserve"> отже</w:t>
            </w:r>
            <w:r w:rsidR="00504181" w:rsidRPr="00504181">
              <w:rPr>
                <w:rFonts w:ascii="Times New Roman" w:hAnsi="Times New Roman" w:cs="Times New Roman"/>
                <w:shd w:val="clear" w:color="auto" w:fill="FFFFFF"/>
                <w:lang w:val="uk-UA"/>
              </w:rPr>
              <w:t xml:space="preserve"> з</w:t>
            </w:r>
            <w:r w:rsidR="00504181" w:rsidRPr="00504181">
              <w:rPr>
                <w:rFonts w:ascii="Times New Roman" w:hAnsi="Times New Roman" w:cs="Times New Roman"/>
                <w:lang w:val="uk-UA" w:eastAsia="uk-UA"/>
              </w:rPr>
              <w:t>гідно</w:t>
            </w:r>
            <w:r w:rsidR="00504181" w:rsidRPr="00504181">
              <w:rPr>
                <w:rFonts w:ascii="Times New Roman" w:hAnsi="Times New Roman" w:cs="Times New Roman"/>
                <w:lang w:val="ru-RU" w:eastAsia="uk-UA"/>
              </w:rPr>
              <w:t xml:space="preserve"> </w:t>
            </w:r>
            <w:proofErr w:type="spellStart"/>
            <w:r w:rsidR="006F115A">
              <w:rPr>
                <w:rFonts w:ascii="Times New Roman" w:hAnsi="Times New Roman" w:cs="Times New Roman"/>
                <w:lang w:val="ru-RU" w:eastAsia="uk-UA"/>
              </w:rPr>
              <w:t>р</w:t>
            </w:r>
            <w:r w:rsidR="00D403A0">
              <w:rPr>
                <w:rFonts w:ascii="Times New Roman" w:hAnsi="Times New Roman" w:cs="Times New Roman"/>
                <w:lang w:val="ru-RU" w:eastAsia="uk-UA"/>
              </w:rPr>
              <w:t>озпорядження</w:t>
            </w:r>
            <w:proofErr w:type="spellEnd"/>
            <w:r w:rsidR="00975474" w:rsidRPr="00504181">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голови</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районної</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державної</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адміністрації</w:t>
            </w:r>
            <w:proofErr w:type="spellEnd"/>
            <w:r w:rsidR="00975474" w:rsidRPr="00975474">
              <w:rPr>
                <w:rFonts w:ascii="Times New Roman" w:hAnsi="Times New Roman" w:cs="Times New Roman"/>
                <w:lang w:val="ru-RU" w:eastAsia="uk-UA"/>
              </w:rPr>
              <w:t xml:space="preserve"> – </w:t>
            </w:r>
            <w:proofErr w:type="spellStart"/>
            <w:r w:rsidR="00975474" w:rsidRPr="00975474">
              <w:rPr>
                <w:rFonts w:ascii="Times New Roman" w:hAnsi="Times New Roman" w:cs="Times New Roman"/>
                <w:lang w:val="ru-RU" w:eastAsia="uk-UA"/>
              </w:rPr>
              <w:t>районної</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військової</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адміністрації</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від</w:t>
            </w:r>
            <w:proofErr w:type="spellEnd"/>
            <w:r w:rsidR="00975474" w:rsidRPr="00975474">
              <w:rPr>
                <w:rFonts w:ascii="Times New Roman" w:hAnsi="Times New Roman" w:cs="Times New Roman"/>
                <w:lang w:val="ru-RU" w:eastAsia="uk-UA"/>
              </w:rPr>
              <w:t xml:space="preserve"> 15.12.2025 р. № 113 </w:t>
            </w:r>
            <w:proofErr w:type="spellStart"/>
            <w:r w:rsidR="00975474" w:rsidRPr="00975474">
              <w:rPr>
                <w:rFonts w:ascii="Times New Roman" w:hAnsi="Times New Roman" w:cs="Times New Roman"/>
                <w:lang w:val="ru-RU" w:eastAsia="uk-UA"/>
              </w:rPr>
              <w:t>утворена</w:t>
            </w:r>
            <w:proofErr w:type="spellEnd"/>
            <w:r w:rsidR="00975474" w:rsidRPr="00975474">
              <w:rPr>
                <w:rFonts w:ascii="Times New Roman" w:hAnsi="Times New Roman" w:cs="Times New Roman"/>
                <w:lang w:val="ru-RU" w:eastAsia="uk-UA"/>
              </w:rPr>
              <w:t xml:space="preserve"> нова Рада з </w:t>
            </w:r>
            <w:proofErr w:type="spellStart"/>
            <w:r w:rsidR="00975474" w:rsidRPr="00975474">
              <w:rPr>
                <w:rFonts w:ascii="Times New Roman" w:hAnsi="Times New Roman" w:cs="Times New Roman"/>
                <w:lang w:val="ru-RU" w:eastAsia="uk-UA"/>
              </w:rPr>
              <w:t>питань</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внутрішньо</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переміщених</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осіб</w:t>
            </w:r>
            <w:proofErr w:type="spellEnd"/>
            <w:r w:rsidR="00975474" w:rsidRPr="00975474">
              <w:rPr>
                <w:rFonts w:ascii="Times New Roman" w:hAnsi="Times New Roman" w:cs="Times New Roman"/>
                <w:lang w:val="ru-RU" w:eastAsia="uk-UA"/>
              </w:rPr>
              <w:t xml:space="preserve"> (</w:t>
            </w:r>
            <w:proofErr w:type="spellStart"/>
            <w:r w:rsidR="00975474" w:rsidRPr="00975474">
              <w:rPr>
                <w:rFonts w:ascii="Times New Roman" w:hAnsi="Times New Roman" w:cs="Times New Roman"/>
                <w:lang w:val="ru-RU" w:eastAsia="uk-UA"/>
              </w:rPr>
              <w:t>далі</w:t>
            </w:r>
            <w:proofErr w:type="spellEnd"/>
            <w:r w:rsidR="00975474" w:rsidRPr="00975474">
              <w:rPr>
                <w:rFonts w:ascii="Times New Roman" w:hAnsi="Times New Roman" w:cs="Times New Roman"/>
                <w:lang w:val="ru-RU" w:eastAsia="uk-UA"/>
              </w:rPr>
              <w:t xml:space="preserve"> – Рада) та</w:t>
            </w:r>
            <w:r w:rsidR="00975474">
              <w:rPr>
                <w:rFonts w:ascii="Times New Roman" w:hAnsi="Times New Roman" w:cs="Times New Roman"/>
                <w:lang w:val="ru-RU" w:eastAsia="uk-UA"/>
              </w:rPr>
              <w:t xml:space="preserve"> </w:t>
            </w:r>
            <w:proofErr w:type="spellStart"/>
            <w:r w:rsidR="00975474">
              <w:rPr>
                <w:rFonts w:ascii="Times New Roman" w:hAnsi="Times New Roman" w:cs="Times New Roman"/>
                <w:lang w:val="ru-RU" w:eastAsia="uk-UA"/>
              </w:rPr>
              <w:t>затверджено</w:t>
            </w:r>
            <w:proofErr w:type="spellEnd"/>
            <w:r w:rsidR="00975474">
              <w:rPr>
                <w:rFonts w:ascii="Times New Roman" w:hAnsi="Times New Roman" w:cs="Times New Roman"/>
                <w:lang w:val="ru-RU" w:eastAsia="uk-UA"/>
              </w:rPr>
              <w:t xml:space="preserve"> </w:t>
            </w:r>
            <w:proofErr w:type="spellStart"/>
            <w:r w:rsidR="00975474">
              <w:rPr>
                <w:rFonts w:ascii="Times New Roman" w:hAnsi="Times New Roman" w:cs="Times New Roman"/>
                <w:lang w:val="ru-RU" w:eastAsia="uk-UA"/>
              </w:rPr>
              <w:t>Положення</w:t>
            </w:r>
            <w:proofErr w:type="spellEnd"/>
            <w:r w:rsidR="00975474">
              <w:rPr>
                <w:rFonts w:ascii="Times New Roman" w:hAnsi="Times New Roman" w:cs="Times New Roman"/>
                <w:lang w:val="ru-RU" w:eastAsia="uk-UA"/>
              </w:rPr>
              <w:t xml:space="preserve"> про Раду.</w:t>
            </w:r>
          </w:p>
        </w:tc>
        <w:tc>
          <w:tcPr>
            <w:tcW w:w="871" w:type="dxa"/>
          </w:tcPr>
          <w:p w14:paraId="1EA70632" w14:textId="3872F2DE" w:rsidR="00C9072A" w:rsidRPr="00975474" w:rsidRDefault="006E29E2" w:rsidP="00BD250A">
            <w:pPr>
              <w:jc w:val="center"/>
              <w:rPr>
                <w:rFonts w:ascii="Times New Roman" w:hAnsi="Times New Roman" w:cs="Times New Roman"/>
                <w:lang w:val="ru-RU"/>
              </w:rPr>
            </w:pPr>
            <w:r>
              <w:rPr>
                <w:rFonts w:ascii="Times New Roman" w:hAnsi="Times New Roman" w:cs="Times New Roman"/>
                <w:lang w:val="ru-RU"/>
              </w:rPr>
              <w:t>5</w:t>
            </w:r>
          </w:p>
        </w:tc>
        <w:tc>
          <w:tcPr>
            <w:tcW w:w="3528" w:type="dxa"/>
          </w:tcPr>
          <w:p w14:paraId="08A56FFA" w14:textId="3BC69754" w:rsidR="00C9072A" w:rsidRPr="00A34597" w:rsidRDefault="009E6260">
            <w:pPr>
              <w:rPr>
                <w:rFonts w:ascii="Times New Roman" w:hAnsi="Times New Roman" w:cs="Times New Roman"/>
                <w:i/>
                <w:iCs/>
                <w:lang w:val="ru-RU"/>
              </w:rPr>
            </w:pPr>
            <w:r w:rsidRPr="00A34597">
              <w:rPr>
                <w:rFonts w:ascii="Times New Roman" w:hAnsi="Times New Roman" w:cs="Times New Roman"/>
                <w:i/>
                <w:iCs/>
                <w:lang w:val="ru-RU" w:eastAsia="uk-UA"/>
              </w:rPr>
              <w:t xml:space="preserve">Рада </w:t>
            </w:r>
            <w:proofErr w:type="spellStart"/>
            <w:r w:rsidRPr="00A34597">
              <w:rPr>
                <w:rFonts w:ascii="Times New Roman" w:hAnsi="Times New Roman" w:cs="Times New Roman"/>
                <w:i/>
                <w:iCs/>
                <w:lang w:val="ru-RU" w:eastAsia="uk-UA"/>
              </w:rPr>
              <w:t>утворена</w:t>
            </w:r>
            <w:proofErr w:type="spellEnd"/>
            <w:r w:rsidRPr="00A34597">
              <w:rPr>
                <w:rFonts w:ascii="Times New Roman" w:hAnsi="Times New Roman" w:cs="Times New Roman"/>
                <w:i/>
                <w:iCs/>
                <w:lang w:val="ru-RU" w:eastAsia="uk-UA"/>
              </w:rPr>
              <w:t xml:space="preserve"> з метою </w:t>
            </w:r>
            <w:proofErr w:type="spellStart"/>
            <w:r w:rsidRPr="00A34597">
              <w:rPr>
                <w:rFonts w:ascii="Times New Roman" w:hAnsi="Times New Roman" w:cs="Times New Roman"/>
                <w:i/>
                <w:iCs/>
                <w:lang w:val="ru-RU" w:eastAsia="uk-UA"/>
              </w:rPr>
              <w:t>реалізації</w:t>
            </w:r>
            <w:proofErr w:type="spellEnd"/>
            <w:r w:rsidRPr="00A34597">
              <w:rPr>
                <w:rFonts w:ascii="Times New Roman" w:hAnsi="Times New Roman" w:cs="Times New Roman"/>
                <w:i/>
                <w:iCs/>
                <w:lang w:val="ru-RU" w:eastAsia="uk-UA"/>
              </w:rPr>
              <w:t xml:space="preserve"> в </w:t>
            </w:r>
            <w:proofErr w:type="spellStart"/>
            <w:r w:rsidRPr="00A34597">
              <w:rPr>
                <w:rFonts w:ascii="Times New Roman" w:hAnsi="Times New Roman" w:cs="Times New Roman"/>
                <w:i/>
                <w:iCs/>
                <w:lang w:val="ru-RU" w:eastAsia="uk-UA"/>
              </w:rPr>
              <w:t>Рахівському</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районі</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політики</w:t>
            </w:r>
            <w:proofErr w:type="spellEnd"/>
            <w:r w:rsidRPr="00A34597">
              <w:rPr>
                <w:rFonts w:ascii="Times New Roman" w:hAnsi="Times New Roman" w:cs="Times New Roman"/>
                <w:i/>
                <w:iCs/>
                <w:lang w:val="ru-RU" w:eastAsia="uk-UA"/>
              </w:rPr>
              <w:t xml:space="preserve"> у </w:t>
            </w:r>
            <w:proofErr w:type="spellStart"/>
            <w:r w:rsidRPr="00A34597">
              <w:rPr>
                <w:rFonts w:ascii="Times New Roman" w:hAnsi="Times New Roman" w:cs="Times New Roman"/>
                <w:i/>
                <w:iCs/>
                <w:lang w:val="ru-RU" w:eastAsia="uk-UA"/>
              </w:rPr>
              <w:t>сфері</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забезпечення</w:t>
            </w:r>
            <w:proofErr w:type="spellEnd"/>
            <w:r w:rsidRPr="00A34597">
              <w:rPr>
                <w:rFonts w:ascii="Times New Roman" w:hAnsi="Times New Roman" w:cs="Times New Roman"/>
                <w:i/>
                <w:iCs/>
                <w:lang w:val="ru-RU" w:eastAsia="uk-UA"/>
              </w:rPr>
              <w:t xml:space="preserve"> та </w:t>
            </w:r>
            <w:proofErr w:type="spellStart"/>
            <w:r w:rsidRPr="00A34597">
              <w:rPr>
                <w:rFonts w:ascii="Times New Roman" w:hAnsi="Times New Roman" w:cs="Times New Roman"/>
                <w:i/>
                <w:iCs/>
                <w:lang w:val="ru-RU" w:eastAsia="uk-UA"/>
              </w:rPr>
              <w:t>захисту</w:t>
            </w:r>
            <w:proofErr w:type="spellEnd"/>
            <w:r w:rsidRPr="00A34597">
              <w:rPr>
                <w:rFonts w:ascii="Times New Roman" w:hAnsi="Times New Roman" w:cs="Times New Roman"/>
                <w:i/>
                <w:iCs/>
                <w:lang w:val="ru-RU" w:eastAsia="uk-UA"/>
              </w:rPr>
              <w:t xml:space="preserve"> прав та </w:t>
            </w:r>
            <w:proofErr w:type="spellStart"/>
            <w:r w:rsidRPr="00A34597">
              <w:rPr>
                <w:rFonts w:ascii="Times New Roman" w:hAnsi="Times New Roman" w:cs="Times New Roman"/>
                <w:i/>
                <w:iCs/>
                <w:lang w:val="ru-RU" w:eastAsia="uk-UA"/>
              </w:rPr>
              <w:t>інтересів</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внутрішньо</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переміщених</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осіб</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сприяння</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діяльності</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територіальних</w:t>
            </w:r>
            <w:proofErr w:type="spellEnd"/>
            <w:r w:rsidRPr="00A34597">
              <w:rPr>
                <w:rFonts w:ascii="Times New Roman" w:hAnsi="Times New Roman" w:cs="Times New Roman"/>
                <w:i/>
                <w:iCs/>
                <w:lang w:val="ru-RU" w:eastAsia="uk-UA"/>
              </w:rPr>
              <w:t xml:space="preserve"> громад у </w:t>
            </w:r>
            <w:proofErr w:type="spellStart"/>
            <w:r w:rsidRPr="00A34597">
              <w:rPr>
                <w:rFonts w:ascii="Times New Roman" w:hAnsi="Times New Roman" w:cs="Times New Roman"/>
                <w:i/>
                <w:iCs/>
                <w:lang w:val="ru-RU" w:eastAsia="uk-UA"/>
              </w:rPr>
              <w:t>розвитку</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ефективних</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механізмів</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їх</w:t>
            </w:r>
            <w:proofErr w:type="spellEnd"/>
            <w:r w:rsidRPr="00A34597">
              <w:rPr>
                <w:rFonts w:ascii="Times New Roman" w:hAnsi="Times New Roman" w:cs="Times New Roman"/>
                <w:i/>
                <w:iCs/>
                <w:lang w:val="ru-RU" w:eastAsia="uk-UA"/>
              </w:rPr>
              <w:t xml:space="preserve"> </w:t>
            </w:r>
            <w:proofErr w:type="spellStart"/>
            <w:r w:rsidRPr="00A34597">
              <w:rPr>
                <w:rFonts w:ascii="Times New Roman" w:hAnsi="Times New Roman" w:cs="Times New Roman"/>
                <w:i/>
                <w:iCs/>
                <w:lang w:val="ru-RU" w:eastAsia="uk-UA"/>
              </w:rPr>
              <w:t>адаптації</w:t>
            </w:r>
            <w:proofErr w:type="spellEnd"/>
            <w:r w:rsidRPr="00A34597">
              <w:rPr>
                <w:rFonts w:ascii="Times New Roman" w:hAnsi="Times New Roman" w:cs="Times New Roman"/>
                <w:i/>
                <w:iCs/>
                <w:lang w:val="ru-RU" w:eastAsia="uk-UA"/>
              </w:rPr>
              <w:t xml:space="preserve"> та </w:t>
            </w:r>
            <w:proofErr w:type="spellStart"/>
            <w:r w:rsidRPr="00A34597">
              <w:rPr>
                <w:rFonts w:ascii="Times New Roman" w:hAnsi="Times New Roman" w:cs="Times New Roman"/>
                <w:i/>
                <w:iCs/>
                <w:lang w:val="ru-RU" w:eastAsia="uk-UA"/>
              </w:rPr>
              <w:t>інтеграції</w:t>
            </w:r>
            <w:proofErr w:type="spellEnd"/>
          </w:p>
        </w:tc>
      </w:tr>
      <w:tr w:rsidR="00FA65AC" w:rsidRPr="00D403A0" w14:paraId="118E40F0" w14:textId="77777777" w:rsidTr="00A34597">
        <w:tc>
          <w:tcPr>
            <w:tcW w:w="2268" w:type="dxa"/>
          </w:tcPr>
          <w:p w14:paraId="2E9AE4CE"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Регулярність</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засідань</w:t>
            </w:r>
            <w:proofErr w:type="spellEnd"/>
          </w:p>
        </w:tc>
        <w:tc>
          <w:tcPr>
            <w:tcW w:w="3114" w:type="dxa"/>
          </w:tcPr>
          <w:p w14:paraId="07488603" w14:textId="2E1AB1A3" w:rsidR="00C9072A" w:rsidRPr="00B518AF" w:rsidRDefault="00B518AF">
            <w:pPr>
              <w:rPr>
                <w:rFonts w:ascii="Times New Roman" w:hAnsi="Times New Roman" w:cs="Times New Roman"/>
                <w:lang w:val="ru-RU"/>
              </w:rPr>
            </w:pPr>
            <w:proofErr w:type="spellStart"/>
            <w:r w:rsidRPr="00B518AF">
              <w:rPr>
                <w:rFonts w:ascii="Times New Roman" w:hAnsi="Times New Roman" w:cs="Times New Roman"/>
                <w:lang w:val="ru-RU"/>
              </w:rPr>
              <w:t>Засідання</w:t>
            </w:r>
            <w:proofErr w:type="spellEnd"/>
            <w:r w:rsidRPr="00B518AF">
              <w:rPr>
                <w:rFonts w:ascii="Times New Roman" w:hAnsi="Times New Roman" w:cs="Times New Roman"/>
                <w:lang w:val="ru-RU"/>
              </w:rPr>
              <w:t xml:space="preserve"> </w:t>
            </w:r>
            <w:proofErr w:type="spellStart"/>
            <w:r w:rsidRPr="00B518AF">
              <w:rPr>
                <w:rFonts w:ascii="Times New Roman" w:hAnsi="Times New Roman" w:cs="Times New Roman"/>
                <w:lang w:val="ru-RU"/>
              </w:rPr>
              <w:t>проводяться</w:t>
            </w:r>
            <w:proofErr w:type="spellEnd"/>
            <w:r w:rsidRPr="00B518AF">
              <w:rPr>
                <w:rFonts w:ascii="Times New Roman" w:hAnsi="Times New Roman" w:cs="Times New Roman"/>
                <w:lang w:val="ru-RU"/>
              </w:rPr>
              <w:t xml:space="preserve"> не </w:t>
            </w:r>
            <w:proofErr w:type="spellStart"/>
            <w:r w:rsidRPr="00B518AF">
              <w:rPr>
                <w:rFonts w:ascii="Times New Roman" w:hAnsi="Times New Roman" w:cs="Times New Roman"/>
                <w:lang w:val="ru-RU"/>
              </w:rPr>
              <w:t>рідше</w:t>
            </w:r>
            <w:proofErr w:type="spellEnd"/>
            <w:r w:rsidRPr="00B518AF">
              <w:rPr>
                <w:rFonts w:ascii="Times New Roman" w:hAnsi="Times New Roman" w:cs="Times New Roman"/>
                <w:lang w:val="ru-RU"/>
              </w:rPr>
              <w:t xml:space="preserve"> одного разу на квартал</w:t>
            </w:r>
          </w:p>
        </w:tc>
        <w:tc>
          <w:tcPr>
            <w:tcW w:w="871" w:type="dxa"/>
          </w:tcPr>
          <w:p w14:paraId="0449C609" w14:textId="2CDC0B90" w:rsidR="00C9072A" w:rsidRPr="00B518AF" w:rsidRDefault="001022B6" w:rsidP="00BD250A">
            <w:pPr>
              <w:jc w:val="center"/>
              <w:rPr>
                <w:rFonts w:ascii="Times New Roman" w:hAnsi="Times New Roman" w:cs="Times New Roman"/>
                <w:lang w:val="ru-RU"/>
              </w:rPr>
            </w:pPr>
            <w:r>
              <w:rPr>
                <w:rFonts w:ascii="Times New Roman" w:hAnsi="Times New Roman" w:cs="Times New Roman"/>
                <w:lang w:val="ru-RU"/>
              </w:rPr>
              <w:t>4</w:t>
            </w:r>
          </w:p>
        </w:tc>
        <w:tc>
          <w:tcPr>
            <w:tcW w:w="3528" w:type="dxa"/>
          </w:tcPr>
          <w:p w14:paraId="1D3EE970" w14:textId="23092C34" w:rsidR="00C9072A" w:rsidRPr="00A34597" w:rsidRDefault="004831E2">
            <w:pPr>
              <w:rPr>
                <w:rFonts w:ascii="Times New Roman" w:hAnsi="Times New Roman" w:cs="Times New Roman"/>
                <w:i/>
                <w:iCs/>
                <w:lang w:val="ru-RU"/>
              </w:rPr>
            </w:pPr>
            <w:r w:rsidRPr="00A34597">
              <w:rPr>
                <w:rFonts w:ascii="Times New Roman" w:hAnsi="Times New Roman" w:cs="Times New Roman"/>
                <w:i/>
                <w:iCs/>
                <w:lang w:val="uk-UA"/>
              </w:rPr>
              <w:t>Про проведення засідання секретар Ради доводить до відома кожного її члена не пізніше ніж за п’ять робочих днів до початку засідання, а також оприлюднює на офіційному вебсайті РДА – РВА</w:t>
            </w:r>
          </w:p>
        </w:tc>
      </w:tr>
      <w:tr w:rsidR="00FA65AC" w:rsidRPr="00A127CF" w14:paraId="1C36514C" w14:textId="77777777" w:rsidTr="00A34597">
        <w:trPr>
          <w:trHeight w:val="1865"/>
        </w:trPr>
        <w:tc>
          <w:tcPr>
            <w:tcW w:w="2268" w:type="dxa"/>
          </w:tcPr>
          <w:p w14:paraId="195DE319"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Дотримання</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кворуму</w:t>
            </w:r>
            <w:proofErr w:type="spellEnd"/>
          </w:p>
        </w:tc>
        <w:tc>
          <w:tcPr>
            <w:tcW w:w="3114" w:type="dxa"/>
          </w:tcPr>
          <w:p w14:paraId="41DDFA7E" w14:textId="5BDE8868" w:rsidR="00C9072A" w:rsidRPr="005342E6" w:rsidRDefault="005342E6">
            <w:pPr>
              <w:rPr>
                <w:rFonts w:ascii="Times New Roman" w:hAnsi="Times New Roman" w:cs="Times New Roman"/>
              </w:rPr>
            </w:pPr>
            <w:r w:rsidRPr="005342E6">
              <w:rPr>
                <w:rFonts w:ascii="Times New Roman" w:hAnsi="Times New Roman" w:cs="Times New Roman"/>
                <w:lang w:val="uk-UA"/>
              </w:rPr>
              <w:t>Дотримання кворуму є</w:t>
            </w:r>
          </w:p>
        </w:tc>
        <w:tc>
          <w:tcPr>
            <w:tcW w:w="871" w:type="dxa"/>
          </w:tcPr>
          <w:p w14:paraId="7BDF8764" w14:textId="10B44FC8" w:rsidR="00C9072A" w:rsidRPr="00400C29" w:rsidRDefault="00A127CF" w:rsidP="00BD250A">
            <w:pPr>
              <w:jc w:val="center"/>
              <w:rPr>
                <w:rFonts w:ascii="Times New Roman" w:hAnsi="Times New Roman" w:cs="Times New Roman"/>
                <w:lang w:val="uk-UA"/>
              </w:rPr>
            </w:pPr>
            <w:r>
              <w:rPr>
                <w:rFonts w:ascii="Times New Roman" w:hAnsi="Times New Roman" w:cs="Times New Roman"/>
                <w:lang w:val="uk-UA"/>
              </w:rPr>
              <w:t>5</w:t>
            </w:r>
          </w:p>
        </w:tc>
        <w:tc>
          <w:tcPr>
            <w:tcW w:w="3528" w:type="dxa"/>
          </w:tcPr>
          <w:p w14:paraId="4959FC71" w14:textId="670164AB" w:rsidR="00C21503" w:rsidRPr="00A34597" w:rsidRDefault="00731EE9" w:rsidP="005C6084">
            <w:pPr>
              <w:tabs>
                <w:tab w:val="left" w:pos="567"/>
              </w:tabs>
              <w:jc w:val="both"/>
              <w:rPr>
                <w:rFonts w:ascii="Times New Roman" w:hAnsi="Times New Roman" w:cs="Times New Roman"/>
                <w:i/>
                <w:iCs/>
                <w:lang w:val="ru-RU"/>
              </w:rPr>
            </w:pPr>
            <w:proofErr w:type="spellStart"/>
            <w:r w:rsidRPr="00A34597">
              <w:rPr>
                <w:rFonts w:ascii="Times New Roman" w:hAnsi="Times New Roman" w:cs="Times New Roman"/>
                <w:i/>
                <w:iCs/>
                <w:lang w:val="ru-RU"/>
              </w:rPr>
              <w:t>Пропозиції</w:t>
            </w:r>
            <w:proofErr w:type="spellEnd"/>
            <w:r w:rsidRPr="00A34597">
              <w:rPr>
                <w:rFonts w:ascii="Times New Roman" w:hAnsi="Times New Roman" w:cs="Times New Roman"/>
                <w:i/>
                <w:iCs/>
                <w:lang w:val="ru-RU"/>
              </w:rPr>
              <w:t xml:space="preserve"> та </w:t>
            </w:r>
            <w:proofErr w:type="spellStart"/>
            <w:r w:rsidRPr="00A34597">
              <w:rPr>
                <w:rFonts w:ascii="Times New Roman" w:hAnsi="Times New Roman" w:cs="Times New Roman"/>
                <w:i/>
                <w:iCs/>
                <w:lang w:val="ru-RU"/>
              </w:rPr>
              <w:t>рекомендації</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вважаються</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схваленими</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якщо</w:t>
            </w:r>
            <w:proofErr w:type="spellEnd"/>
            <w:r w:rsidRPr="00A34597">
              <w:rPr>
                <w:rFonts w:ascii="Times New Roman" w:hAnsi="Times New Roman" w:cs="Times New Roman"/>
                <w:i/>
                <w:iCs/>
                <w:lang w:val="ru-RU"/>
              </w:rPr>
              <w:t xml:space="preserve"> за них </w:t>
            </w:r>
            <w:proofErr w:type="spellStart"/>
            <w:r w:rsidRPr="00A34597">
              <w:rPr>
                <w:rFonts w:ascii="Times New Roman" w:hAnsi="Times New Roman" w:cs="Times New Roman"/>
                <w:i/>
                <w:iCs/>
                <w:lang w:val="ru-RU"/>
              </w:rPr>
              <w:t>проголосувала</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більше</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ніж</w:t>
            </w:r>
            <w:proofErr w:type="spellEnd"/>
            <w:r w:rsidRPr="00A34597">
              <w:rPr>
                <w:rFonts w:ascii="Times New Roman" w:hAnsi="Times New Roman" w:cs="Times New Roman"/>
                <w:i/>
                <w:iCs/>
                <w:lang w:val="ru-RU"/>
              </w:rPr>
              <w:t xml:space="preserve"> половина </w:t>
            </w:r>
            <w:proofErr w:type="spellStart"/>
            <w:r w:rsidRPr="00A34597">
              <w:rPr>
                <w:rFonts w:ascii="Times New Roman" w:hAnsi="Times New Roman" w:cs="Times New Roman"/>
                <w:i/>
                <w:iCs/>
                <w:lang w:val="ru-RU"/>
              </w:rPr>
              <w:t>членів</w:t>
            </w:r>
            <w:proofErr w:type="spellEnd"/>
            <w:r w:rsidRPr="00A34597">
              <w:rPr>
                <w:rFonts w:ascii="Times New Roman" w:hAnsi="Times New Roman" w:cs="Times New Roman"/>
                <w:i/>
                <w:iCs/>
                <w:lang w:val="ru-RU"/>
              </w:rPr>
              <w:t xml:space="preserve"> </w:t>
            </w:r>
            <w:proofErr w:type="gramStart"/>
            <w:r w:rsidRPr="00A34597">
              <w:rPr>
                <w:rFonts w:ascii="Times New Roman" w:hAnsi="Times New Roman" w:cs="Times New Roman"/>
                <w:i/>
                <w:iCs/>
                <w:lang w:val="ru-RU"/>
              </w:rPr>
              <w:t>Ради</w:t>
            </w:r>
            <w:proofErr w:type="gram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присутніх</w:t>
            </w:r>
            <w:proofErr w:type="spellEnd"/>
            <w:r w:rsidRPr="00A34597">
              <w:rPr>
                <w:rFonts w:ascii="Times New Roman" w:hAnsi="Times New Roman" w:cs="Times New Roman"/>
                <w:i/>
                <w:iCs/>
                <w:lang w:val="ru-RU"/>
              </w:rPr>
              <w:t xml:space="preserve"> на </w:t>
            </w:r>
            <w:proofErr w:type="spellStart"/>
            <w:r w:rsidRPr="00A34597">
              <w:rPr>
                <w:rFonts w:ascii="Times New Roman" w:hAnsi="Times New Roman" w:cs="Times New Roman"/>
                <w:i/>
                <w:iCs/>
                <w:lang w:val="ru-RU"/>
              </w:rPr>
              <w:t>її</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засіданні</w:t>
            </w:r>
            <w:proofErr w:type="spellEnd"/>
            <w:r w:rsidRPr="00A34597">
              <w:rPr>
                <w:rFonts w:ascii="Times New Roman" w:hAnsi="Times New Roman" w:cs="Times New Roman"/>
                <w:i/>
                <w:iCs/>
                <w:lang w:val="ru-RU"/>
              </w:rPr>
              <w:t>.</w:t>
            </w:r>
            <w:r w:rsidR="00A127CF" w:rsidRPr="00A34597">
              <w:rPr>
                <w:rFonts w:ascii="Times New Roman" w:hAnsi="Times New Roman" w:cs="Times New Roman"/>
                <w:i/>
                <w:iCs/>
                <w:lang w:val="ru-RU"/>
              </w:rPr>
              <w:t xml:space="preserve"> </w:t>
            </w:r>
            <w:proofErr w:type="spellStart"/>
            <w:r w:rsidR="00A127CF" w:rsidRPr="00A34597">
              <w:rPr>
                <w:rFonts w:ascii="Times New Roman" w:hAnsi="Times New Roman" w:cs="Times New Roman"/>
                <w:i/>
                <w:iCs/>
                <w:lang w:val="ru-RU"/>
              </w:rPr>
              <w:t>Засід</w:t>
            </w:r>
            <w:r w:rsidR="005C6084">
              <w:rPr>
                <w:rFonts w:ascii="Times New Roman" w:hAnsi="Times New Roman" w:cs="Times New Roman"/>
                <w:i/>
                <w:iCs/>
                <w:lang w:val="ru-RU"/>
              </w:rPr>
              <w:t>а</w:t>
            </w:r>
            <w:r w:rsidR="00A127CF" w:rsidRPr="00A34597">
              <w:rPr>
                <w:rFonts w:ascii="Times New Roman" w:hAnsi="Times New Roman" w:cs="Times New Roman"/>
                <w:i/>
                <w:iCs/>
                <w:lang w:val="ru-RU"/>
              </w:rPr>
              <w:t>ння</w:t>
            </w:r>
            <w:proofErr w:type="spellEnd"/>
            <w:r w:rsidR="00A127CF" w:rsidRPr="00A34597">
              <w:rPr>
                <w:rFonts w:ascii="Times New Roman" w:hAnsi="Times New Roman" w:cs="Times New Roman"/>
                <w:i/>
                <w:iCs/>
                <w:lang w:val="ru-RU"/>
              </w:rPr>
              <w:t xml:space="preserve"> </w:t>
            </w:r>
            <w:proofErr w:type="spellStart"/>
            <w:r w:rsidR="00A127CF" w:rsidRPr="00A34597">
              <w:rPr>
                <w:rFonts w:ascii="Times New Roman" w:hAnsi="Times New Roman" w:cs="Times New Roman"/>
                <w:i/>
                <w:iCs/>
                <w:lang w:val="ru-RU"/>
              </w:rPr>
              <w:t>регулярні</w:t>
            </w:r>
            <w:proofErr w:type="spellEnd"/>
            <w:r w:rsidR="00A127CF" w:rsidRPr="00A34597">
              <w:rPr>
                <w:rFonts w:ascii="Times New Roman" w:hAnsi="Times New Roman" w:cs="Times New Roman"/>
                <w:i/>
                <w:iCs/>
                <w:lang w:val="ru-RU"/>
              </w:rPr>
              <w:t xml:space="preserve">, кворум </w:t>
            </w:r>
            <w:proofErr w:type="spellStart"/>
            <w:r w:rsidR="00A127CF" w:rsidRPr="00A34597">
              <w:rPr>
                <w:rFonts w:ascii="Times New Roman" w:hAnsi="Times New Roman" w:cs="Times New Roman"/>
                <w:i/>
                <w:iCs/>
                <w:lang w:val="ru-RU"/>
              </w:rPr>
              <w:t>дотримується</w:t>
            </w:r>
            <w:proofErr w:type="spellEnd"/>
            <w:r w:rsidR="00A127CF" w:rsidRPr="00A34597">
              <w:rPr>
                <w:rFonts w:ascii="Times New Roman" w:hAnsi="Times New Roman" w:cs="Times New Roman"/>
                <w:i/>
                <w:iCs/>
                <w:lang w:val="ru-RU"/>
              </w:rPr>
              <w:t>.</w:t>
            </w:r>
          </w:p>
        </w:tc>
      </w:tr>
      <w:tr w:rsidR="00731EE9" w:rsidRPr="00D403A0" w14:paraId="5411DA77" w14:textId="77777777" w:rsidTr="00A34597">
        <w:tc>
          <w:tcPr>
            <w:tcW w:w="2268" w:type="dxa"/>
          </w:tcPr>
          <w:p w14:paraId="6AD986B5" w14:textId="77777777" w:rsidR="00731EE9" w:rsidRPr="00FA65AC" w:rsidRDefault="00731EE9" w:rsidP="00731EE9">
            <w:pPr>
              <w:rPr>
                <w:rFonts w:ascii="Times New Roman" w:hAnsi="Times New Roman" w:cs="Times New Roman"/>
              </w:rPr>
            </w:pPr>
            <w:proofErr w:type="spellStart"/>
            <w:r w:rsidRPr="00FA65AC">
              <w:rPr>
                <w:rFonts w:ascii="Times New Roman" w:hAnsi="Times New Roman" w:cs="Times New Roman"/>
              </w:rPr>
              <w:t>Протоколювання</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та</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збереження</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рішень</w:t>
            </w:r>
            <w:proofErr w:type="spellEnd"/>
          </w:p>
        </w:tc>
        <w:tc>
          <w:tcPr>
            <w:tcW w:w="3114" w:type="dxa"/>
          </w:tcPr>
          <w:p w14:paraId="3611AD23" w14:textId="0BB24C9B" w:rsidR="00731EE9" w:rsidRPr="00052173" w:rsidRDefault="00052173" w:rsidP="00731EE9">
            <w:pPr>
              <w:rPr>
                <w:rFonts w:ascii="Times New Roman" w:hAnsi="Times New Roman" w:cs="Times New Roman"/>
              </w:rPr>
            </w:pPr>
            <w:proofErr w:type="spellStart"/>
            <w:r w:rsidRPr="00052173">
              <w:rPr>
                <w:rFonts w:ascii="Times New Roman" w:hAnsi="Times New Roman" w:cs="Times New Roman"/>
              </w:rPr>
              <w:t>Пропозиції</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та</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рекомендації</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схвалені</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Радою</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фіксуються</w:t>
            </w:r>
            <w:proofErr w:type="spellEnd"/>
            <w:r w:rsidRPr="00052173">
              <w:rPr>
                <w:rFonts w:ascii="Times New Roman" w:hAnsi="Times New Roman" w:cs="Times New Roman"/>
              </w:rPr>
              <w:t xml:space="preserve"> у </w:t>
            </w:r>
            <w:proofErr w:type="spellStart"/>
            <w:r w:rsidRPr="00052173">
              <w:rPr>
                <w:rFonts w:ascii="Times New Roman" w:hAnsi="Times New Roman" w:cs="Times New Roman"/>
              </w:rPr>
              <w:t>протоколі</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який</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підписується</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головуючим</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на</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засіданні</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та</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секретарем</w:t>
            </w:r>
            <w:proofErr w:type="spellEnd"/>
            <w:r w:rsidRPr="00052173">
              <w:rPr>
                <w:rFonts w:ascii="Times New Roman" w:hAnsi="Times New Roman" w:cs="Times New Roman"/>
              </w:rPr>
              <w:t xml:space="preserve"> і </w:t>
            </w:r>
            <w:proofErr w:type="spellStart"/>
            <w:r w:rsidRPr="00052173">
              <w:rPr>
                <w:rFonts w:ascii="Times New Roman" w:hAnsi="Times New Roman" w:cs="Times New Roman"/>
              </w:rPr>
              <w:t>протягом</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трьох</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робочих</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днів</w:t>
            </w:r>
            <w:bookmarkStart w:id="0" w:name="n122"/>
            <w:bookmarkEnd w:id="0"/>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надсилається</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членам</w:t>
            </w:r>
            <w:proofErr w:type="spellEnd"/>
            <w:r w:rsidRPr="00052173">
              <w:rPr>
                <w:rFonts w:ascii="Times New Roman" w:hAnsi="Times New Roman" w:cs="Times New Roman"/>
              </w:rPr>
              <w:t xml:space="preserve"> </w:t>
            </w:r>
            <w:proofErr w:type="spellStart"/>
            <w:r w:rsidRPr="00052173">
              <w:rPr>
                <w:rFonts w:ascii="Times New Roman" w:hAnsi="Times New Roman" w:cs="Times New Roman"/>
              </w:rPr>
              <w:t>Ради</w:t>
            </w:r>
            <w:proofErr w:type="spellEnd"/>
            <w:r w:rsidRPr="00052173">
              <w:rPr>
                <w:rFonts w:ascii="Times New Roman" w:hAnsi="Times New Roman" w:cs="Times New Roman"/>
                <w:lang w:val="uk" w:eastAsia="uk"/>
              </w:rPr>
              <w:t xml:space="preserve"> та розміщується </w:t>
            </w:r>
            <w:r w:rsidRPr="00052173">
              <w:rPr>
                <w:rFonts w:ascii="Times New Roman" w:hAnsi="Times New Roman" w:cs="Times New Roman"/>
                <w:lang w:val="uk" w:eastAsia="uk"/>
              </w:rPr>
              <w:lastRenderedPageBreak/>
              <w:t>на офіційному вебсайті</w:t>
            </w:r>
          </w:p>
        </w:tc>
        <w:tc>
          <w:tcPr>
            <w:tcW w:w="871" w:type="dxa"/>
          </w:tcPr>
          <w:p w14:paraId="5F2BFA65" w14:textId="70657588" w:rsidR="00731EE9" w:rsidRPr="00861140" w:rsidRDefault="00861140" w:rsidP="00BD250A">
            <w:pPr>
              <w:jc w:val="center"/>
              <w:rPr>
                <w:rFonts w:ascii="Times New Roman" w:hAnsi="Times New Roman" w:cs="Times New Roman"/>
                <w:lang w:val="uk-UA"/>
              </w:rPr>
            </w:pPr>
            <w:r>
              <w:rPr>
                <w:rFonts w:ascii="Times New Roman" w:hAnsi="Times New Roman" w:cs="Times New Roman"/>
                <w:lang w:val="uk-UA"/>
              </w:rPr>
              <w:lastRenderedPageBreak/>
              <w:t>5</w:t>
            </w:r>
          </w:p>
        </w:tc>
        <w:tc>
          <w:tcPr>
            <w:tcW w:w="3528" w:type="dxa"/>
          </w:tcPr>
          <w:p w14:paraId="104029BE" w14:textId="010BE24C" w:rsidR="00731EE9" w:rsidRPr="00A34597" w:rsidRDefault="00731EE9" w:rsidP="00731EE9">
            <w:pPr>
              <w:pStyle w:val="rvps2"/>
              <w:shd w:val="clear" w:color="auto" w:fill="FFFFFF"/>
              <w:spacing w:before="0" w:beforeAutospacing="0" w:after="0" w:afterAutospacing="0"/>
              <w:jc w:val="both"/>
              <w:rPr>
                <w:i/>
                <w:iCs/>
                <w:sz w:val="22"/>
                <w:szCs w:val="22"/>
              </w:rPr>
            </w:pPr>
            <w:r w:rsidRPr="00A34597">
              <w:rPr>
                <w:i/>
                <w:iCs/>
                <w:sz w:val="22"/>
                <w:szCs w:val="22"/>
              </w:rPr>
              <w:t xml:space="preserve">На </w:t>
            </w:r>
            <w:proofErr w:type="spellStart"/>
            <w:r w:rsidRPr="00A34597">
              <w:rPr>
                <w:i/>
                <w:iCs/>
                <w:sz w:val="22"/>
                <w:szCs w:val="22"/>
              </w:rPr>
              <w:t>своїх</w:t>
            </w:r>
            <w:proofErr w:type="spellEnd"/>
            <w:r w:rsidRPr="00A34597">
              <w:rPr>
                <w:i/>
                <w:iCs/>
                <w:sz w:val="22"/>
                <w:szCs w:val="22"/>
              </w:rPr>
              <w:t xml:space="preserve"> </w:t>
            </w:r>
            <w:proofErr w:type="spellStart"/>
            <w:r w:rsidRPr="00A34597">
              <w:rPr>
                <w:i/>
                <w:iCs/>
                <w:sz w:val="22"/>
                <w:szCs w:val="22"/>
              </w:rPr>
              <w:t>засіданнях</w:t>
            </w:r>
            <w:proofErr w:type="spellEnd"/>
            <w:r w:rsidRPr="00A34597">
              <w:rPr>
                <w:i/>
                <w:iCs/>
                <w:sz w:val="22"/>
                <w:szCs w:val="22"/>
              </w:rPr>
              <w:t xml:space="preserve"> Рада </w:t>
            </w:r>
            <w:proofErr w:type="spellStart"/>
            <w:r w:rsidRPr="00A34597">
              <w:rPr>
                <w:i/>
                <w:iCs/>
                <w:sz w:val="22"/>
                <w:szCs w:val="22"/>
              </w:rPr>
              <w:t>розглядає</w:t>
            </w:r>
            <w:proofErr w:type="spellEnd"/>
            <w:r w:rsidRPr="00A34597">
              <w:rPr>
                <w:i/>
                <w:iCs/>
                <w:sz w:val="22"/>
                <w:szCs w:val="22"/>
              </w:rPr>
              <w:t xml:space="preserve"> </w:t>
            </w:r>
            <w:proofErr w:type="spellStart"/>
            <w:r w:rsidRPr="00A34597">
              <w:rPr>
                <w:i/>
                <w:iCs/>
                <w:sz w:val="22"/>
                <w:szCs w:val="22"/>
              </w:rPr>
              <w:t>запропоновані</w:t>
            </w:r>
            <w:proofErr w:type="spellEnd"/>
            <w:r w:rsidRPr="00A34597">
              <w:rPr>
                <w:i/>
                <w:iCs/>
                <w:sz w:val="22"/>
                <w:szCs w:val="22"/>
              </w:rPr>
              <w:t xml:space="preserve"> членами Ради, </w:t>
            </w:r>
            <w:proofErr w:type="gramStart"/>
            <w:r w:rsidRPr="00A34597">
              <w:rPr>
                <w:i/>
                <w:iCs/>
                <w:sz w:val="22"/>
                <w:szCs w:val="22"/>
              </w:rPr>
              <w:t>органами</w:t>
            </w:r>
            <w:r w:rsidRPr="00A34597">
              <w:rPr>
                <w:i/>
                <w:iCs/>
                <w:sz w:val="22"/>
                <w:szCs w:val="22"/>
                <w:lang w:val="uk-UA"/>
              </w:rPr>
              <w:t xml:space="preserve"> </w:t>
            </w:r>
            <w:r w:rsidRPr="00A34597">
              <w:rPr>
                <w:i/>
                <w:iCs/>
                <w:sz w:val="22"/>
                <w:szCs w:val="22"/>
              </w:rPr>
              <w:t xml:space="preserve"> </w:t>
            </w:r>
            <w:proofErr w:type="spellStart"/>
            <w:r w:rsidRPr="00A34597">
              <w:rPr>
                <w:i/>
                <w:iCs/>
                <w:sz w:val="22"/>
                <w:szCs w:val="22"/>
              </w:rPr>
              <w:t>місцевого</w:t>
            </w:r>
            <w:proofErr w:type="spellEnd"/>
            <w:proofErr w:type="gramEnd"/>
            <w:r w:rsidRPr="00A34597">
              <w:rPr>
                <w:i/>
                <w:iCs/>
                <w:sz w:val="22"/>
                <w:szCs w:val="22"/>
                <w:lang w:val="uk-UA"/>
              </w:rPr>
              <w:t xml:space="preserve"> </w:t>
            </w:r>
            <w:r w:rsidRPr="00A34597">
              <w:rPr>
                <w:i/>
                <w:iCs/>
                <w:sz w:val="22"/>
                <w:szCs w:val="22"/>
              </w:rPr>
              <w:t xml:space="preserve"> </w:t>
            </w:r>
            <w:proofErr w:type="spellStart"/>
            <w:r w:rsidRPr="00A34597">
              <w:rPr>
                <w:i/>
                <w:iCs/>
                <w:sz w:val="22"/>
                <w:szCs w:val="22"/>
              </w:rPr>
              <w:t>самоврядування</w:t>
            </w:r>
            <w:proofErr w:type="spellEnd"/>
            <w:r w:rsidRPr="00A34597">
              <w:rPr>
                <w:i/>
                <w:iCs/>
                <w:sz w:val="22"/>
                <w:szCs w:val="22"/>
                <w:lang w:val="uk-UA"/>
              </w:rPr>
              <w:t xml:space="preserve"> Рахівського району</w:t>
            </w:r>
            <w:r w:rsidRPr="00A34597">
              <w:rPr>
                <w:i/>
                <w:iCs/>
                <w:sz w:val="22"/>
                <w:szCs w:val="22"/>
              </w:rPr>
              <w:t xml:space="preserve">, </w:t>
            </w:r>
          </w:p>
          <w:p w14:paraId="088E054A" w14:textId="77777777" w:rsidR="00731EE9" w:rsidRPr="00A34597" w:rsidRDefault="00731EE9" w:rsidP="00731EE9">
            <w:pPr>
              <w:rPr>
                <w:rFonts w:ascii="Times New Roman" w:hAnsi="Times New Roman" w:cs="Times New Roman"/>
                <w:i/>
                <w:iCs/>
                <w:lang w:val="uk-UA"/>
              </w:rPr>
            </w:pPr>
            <w:r w:rsidRPr="00A34597">
              <w:rPr>
                <w:rFonts w:ascii="Times New Roman" w:hAnsi="Times New Roman" w:cs="Times New Roman"/>
                <w:i/>
                <w:iCs/>
                <w:lang w:val="uk-UA"/>
              </w:rPr>
              <w:t xml:space="preserve">установами та представниками, благодійних, громадських об’єднань, пропозиції та рекомендації з питань в напрямку </w:t>
            </w:r>
            <w:r w:rsidRPr="00A34597">
              <w:rPr>
                <w:rFonts w:ascii="Times New Roman" w:hAnsi="Times New Roman" w:cs="Times New Roman"/>
                <w:i/>
                <w:iCs/>
                <w:lang w:val="uk-UA"/>
              </w:rPr>
              <w:lastRenderedPageBreak/>
              <w:t>допомоги ВПО, що належать до компетенції Ради.</w:t>
            </w:r>
          </w:p>
          <w:p w14:paraId="3531D700" w14:textId="03C5A82E" w:rsidR="00731EE9" w:rsidRPr="00A34597" w:rsidRDefault="00731EE9" w:rsidP="00A127CF">
            <w:pPr>
              <w:widowControl w:val="0"/>
              <w:autoSpaceDE w:val="0"/>
              <w:autoSpaceDN w:val="0"/>
              <w:adjustRightInd w:val="0"/>
              <w:spacing w:after="0" w:line="240" w:lineRule="auto"/>
              <w:jc w:val="both"/>
              <w:outlineLvl w:val="1"/>
              <w:rPr>
                <w:rFonts w:ascii="Times New Roman" w:hAnsi="Times New Roman" w:cs="Times New Roman"/>
                <w:i/>
                <w:iCs/>
                <w:lang w:val="uk-UA"/>
              </w:rPr>
            </w:pPr>
            <w:r w:rsidRPr="00A34597">
              <w:rPr>
                <w:rFonts w:ascii="Times New Roman" w:hAnsi="Times New Roman" w:cs="Times New Roman"/>
                <w:i/>
                <w:iCs/>
                <w:lang w:val="uk-UA"/>
              </w:rPr>
              <w:t>На засідання</w:t>
            </w:r>
            <w:r w:rsidR="00472B69">
              <w:rPr>
                <w:rFonts w:ascii="Times New Roman" w:hAnsi="Times New Roman" w:cs="Times New Roman"/>
                <w:i/>
                <w:iCs/>
                <w:lang w:val="uk-UA"/>
              </w:rPr>
              <w:t>х</w:t>
            </w:r>
            <w:r w:rsidRPr="00A34597">
              <w:rPr>
                <w:rFonts w:ascii="Times New Roman" w:hAnsi="Times New Roman" w:cs="Times New Roman"/>
                <w:i/>
                <w:iCs/>
                <w:lang w:val="uk-UA"/>
              </w:rPr>
              <w:t xml:space="preserve"> розглядалися питання про проведення   моніторингових візитів   перевірки стану облаштування,</w:t>
            </w:r>
            <w:r w:rsidR="00A127CF" w:rsidRPr="00A34597">
              <w:rPr>
                <w:rFonts w:ascii="Times New Roman" w:hAnsi="Times New Roman" w:cs="Times New Roman"/>
                <w:i/>
                <w:iCs/>
                <w:lang w:val="uk-UA"/>
              </w:rPr>
              <w:t xml:space="preserve"> </w:t>
            </w:r>
            <w:r w:rsidRPr="00A34597">
              <w:rPr>
                <w:rFonts w:ascii="Times New Roman" w:hAnsi="Times New Roman" w:cs="Times New Roman"/>
                <w:i/>
                <w:iCs/>
                <w:lang w:val="uk-UA"/>
              </w:rPr>
              <w:t>кількості мешканців та вільних  ліжко-місць у місцях тимчасового проживання внутрішньо переміщених осіб на території Рахівського району та про забезпечення належними умовами проживання ВПО</w:t>
            </w:r>
          </w:p>
        </w:tc>
      </w:tr>
      <w:tr w:rsidR="00731EE9" w:rsidRPr="00265909" w14:paraId="564F84FB" w14:textId="77777777" w:rsidTr="00A34597">
        <w:tc>
          <w:tcPr>
            <w:tcW w:w="2268" w:type="dxa"/>
          </w:tcPr>
          <w:p w14:paraId="4BF6DB4D" w14:textId="77777777" w:rsidR="00731EE9" w:rsidRPr="00FA65AC" w:rsidRDefault="00731EE9" w:rsidP="00731EE9">
            <w:pPr>
              <w:rPr>
                <w:rFonts w:ascii="Times New Roman" w:hAnsi="Times New Roman" w:cs="Times New Roman"/>
              </w:rPr>
            </w:pPr>
            <w:proofErr w:type="spellStart"/>
            <w:r w:rsidRPr="00FA65AC">
              <w:rPr>
                <w:rFonts w:ascii="Times New Roman" w:hAnsi="Times New Roman" w:cs="Times New Roman"/>
              </w:rPr>
              <w:lastRenderedPageBreak/>
              <w:t>Розподіл</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ролей</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та</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відповідальності</w:t>
            </w:r>
            <w:proofErr w:type="spellEnd"/>
          </w:p>
        </w:tc>
        <w:tc>
          <w:tcPr>
            <w:tcW w:w="3114" w:type="dxa"/>
          </w:tcPr>
          <w:p w14:paraId="0E042000" w14:textId="6CB2DEF7" w:rsidR="006D18B5" w:rsidRDefault="00265909" w:rsidP="009E3955">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lang w:val="uk-UA"/>
              </w:rPr>
            </w:pPr>
            <w:r w:rsidRPr="00A76EA4">
              <w:rPr>
                <w:rFonts w:ascii="Times New Roman" w:hAnsi="Times New Roman" w:cs="Times New Roman"/>
                <w:lang w:val="ru-RU"/>
              </w:rPr>
              <w:t>Рада</w:t>
            </w:r>
            <w:r w:rsidRPr="00F96B2D">
              <w:rPr>
                <w:rFonts w:ascii="Times New Roman" w:hAnsi="Times New Roman" w:cs="Times New Roman"/>
                <w:lang w:val="ru-RU"/>
              </w:rPr>
              <w:t xml:space="preserve"> </w:t>
            </w:r>
            <w:proofErr w:type="spellStart"/>
            <w:r w:rsidRPr="00A76EA4">
              <w:rPr>
                <w:rFonts w:ascii="Times New Roman" w:hAnsi="Times New Roman" w:cs="Times New Roman"/>
                <w:lang w:val="ru-RU"/>
              </w:rPr>
              <w:t>провадить</w:t>
            </w:r>
            <w:proofErr w:type="spellEnd"/>
            <w:r w:rsidRPr="00F96B2D">
              <w:rPr>
                <w:rFonts w:ascii="Times New Roman" w:hAnsi="Times New Roman" w:cs="Times New Roman"/>
                <w:lang w:val="ru-RU"/>
              </w:rPr>
              <w:t xml:space="preserve"> </w:t>
            </w:r>
            <w:r w:rsidRPr="00A76EA4">
              <w:rPr>
                <w:rFonts w:ascii="Times New Roman" w:hAnsi="Times New Roman" w:cs="Times New Roman"/>
                <w:lang w:val="ru-RU"/>
              </w:rPr>
              <w:t>свою</w:t>
            </w:r>
            <w:r w:rsidRPr="00F96B2D">
              <w:rPr>
                <w:rFonts w:ascii="Times New Roman" w:hAnsi="Times New Roman" w:cs="Times New Roman"/>
                <w:lang w:val="ru-RU"/>
              </w:rPr>
              <w:t xml:space="preserve"> </w:t>
            </w:r>
            <w:proofErr w:type="spellStart"/>
            <w:r w:rsidRPr="00A76EA4">
              <w:rPr>
                <w:rFonts w:ascii="Times New Roman" w:hAnsi="Times New Roman" w:cs="Times New Roman"/>
                <w:lang w:val="ru-RU"/>
              </w:rPr>
              <w:t>діяльність</w:t>
            </w:r>
            <w:proofErr w:type="spellEnd"/>
            <w:r w:rsidRPr="00F96B2D">
              <w:rPr>
                <w:rFonts w:ascii="Times New Roman" w:hAnsi="Times New Roman" w:cs="Times New Roman"/>
                <w:lang w:val="ru-RU"/>
              </w:rPr>
              <w:t xml:space="preserve"> </w:t>
            </w:r>
            <w:proofErr w:type="spellStart"/>
            <w:r w:rsidRPr="00A76EA4">
              <w:rPr>
                <w:rFonts w:ascii="Times New Roman" w:hAnsi="Times New Roman" w:cs="Times New Roman"/>
                <w:lang w:val="ru-RU"/>
              </w:rPr>
              <w:t>відповідно</w:t>
            </w:r>
            <w:proofErr w:type="spellEnd"/>
            <w:r w:rsidRPr="00F96B2D">
              <w:rPr>
                <w:rFonts w:ascii="Times New Roman" w:hAnsi="Times New Roman" w:cs="Times New Roman"/>
                <w:lang w:val="ru-RU"/>
              </w:rPr>
              <w:t xml:space="preserve"> </w:t>
            </w:r>
            <w:r w:rsidRPr="00A76EA4">
              <w:rPr>
                <w:rFonts w:ascii="Times New Roman" w:hAnsi="Times New Roman" w:cs="Times New Roman"/>
                <w:lang w:val="ru-RU"/>
              </w:rPr>
              <w:t>до</w:t>
            </w:r>
            <w:r w:rsidRPr="00F96B2D">
              <w:rPr>
                <w:rFonts w:ascii="Times New Roman" w:hAnsi="Times New Roman" w:cs="Times New Roman"/>
                <w:lang w:val="ru-RU"/>
              </w:rPr>
              <w:t xml:space="preserve"> </w:t>
            </w:r>
            <w:proofErr w:type="spellStart"/>
            <w:r w:rsidRPr="00A76EA4">
              <w:rPr>
                <w:rFonts w:ascii="Times New Roman" w:hAnsi="Times New Roman" w:cs="Times New Roman"/>
                <w:lang w:val="ru-RU"/>
              </w:rPr>
              <w:t>затв</w:t>
            </w:r>
            <w:r w:rsidR="00032473">
              <w:rPr>
                <w:rFonts w:ascii="Times New Roman" w:hAnsi="Times New Roman" w:cs="Times New Roman"/>
                <w:lang w:val="ru-RU"/>
              </w:rPr>
              <w:t>ердженого</w:t>
            </w:r>
            <w:proofErr w:type="spellEnd"/>
            <w:r w:rsidR="00032473" w:rsidRPr="00F96B2D">
              <w:rPr>
                <w:rFonts w:ascii="Times New Roman" w:hAnsi="Times New Roman" w:cs="Times New Roman"/>
                <w:lang w:val="ru-RU"/>
              </w:rPr>
              <w:t xml:space="preserve"> </w:t>
            </w:r>
            <w:r w:rsidR="00032473">
              <w:rPr>
                <w:rFonts w:ascii="Times New Roman" w:hAnsi="Times New Roman" w:cs="Times New Roman"/>
                <w:lang w:val="ru-RU"/>
              </w:rPr>
              <w:t>нею</w:t>
            </w:r>
            <w:r w:rsidR="00032473" w:rsidRPr="00F96B2D">
              <w:rPr>
                <w:rFonts w:ascii="Times New Roman" w:hAnsi="Times New Roman" w:cs="Times New Roman"/>
                <w:lang w:val="ru-RU"/>
              </w:rPr>
              <w:t xml:space="preserve"> </w:t>
            </w:r>
            <w:r w:rsidR="00032473">
              <w:rPr>
                <w:rFonts w:ascii="Times New Roman" w:hAnsi="Times New Roman" w:cs="Times New Roman"/>
                <w:lang w:val="ru-RU"/>
              </w:rPr>
              <w:t>плану</w:t>
            </w:r>
            <w:r w:rsidR="00032473" w:rsidRPr="00F96B2D">
              <w:rPr>
                <w:rFonts w:ascii="Times New Roman" w:hAnsi="Times New Roman" w:cs="Times New Roman"/>
                <w:lang w:val="ru-RU"/>
              </w:rPr>
              <w:t xml:space="preserve"> </w:t>
            </w:r>
            <w:proofErr w:type="spellStart"/>
            <w:r w:rsidR="00032473">
              <w:rPr>
                <w:rFonts w:ascii="Times New Roman" w:hAnsi="Times New Roman" w:cs="Times New Roman"/>
                <w:lang w:val="ru-RU"/>
              </w:rPr>
              <w:t>роботи</w:t>
            </w:r>
            <w:proofErr w:type="spellEnd"/>
            <w:r w:rsidR="00032473" w:rsidRPr="00F96B2D">
              <w:rPr>
                <w:rFonts w:ascii="Times New Roman" w:hAnsi="Times New Roman" w:cs="Times New Roman"/>
                <w:lang w:val="ru-RU"/>
              </w:rPr>
              <w:t xml:space="preserve"> </w:t>
            </w:r>
            <w:proofErr w:type="gramStart"/>
            <w:r w:rsidR="00032473">
              <w:rPr>
                <w:rFonts w:ascii="Times New Roman" w:hAnsi="Times New Roman" w:cs="Times New Roman"/>
                <w:lang w:val="ru-RU"/>
              </w:rPr>
              <w:t>Ради</w:t>
            </w:r>
            <w:proofErr w:type="gramEnd"/>
            <w:r w:rsidR="00032473" w:rsidRPr="00F96B2D">
              <w:rPr>
                <w:rFonts w:ascii="Times New Roman" w:hAnsi="Times New Roman" w:cs="Times New Roman"/>
                <w:lang w:val="ru-RU"/>
              </w:rPr>
              <w:t xml:space="preserve"> </w:t>
            </w:r>
            <w:r w:rsidR="00032473">
              <w:rPr>
                <w:rFonts w:ascii="Times New Roman" w:hAnsi="Times New Roman" w:cs="Times New Roman"/>
                <w:lang w:val="ru-RU"/>
              </w:rPr>
              <w:t>у</w:t>
            </w:r>
            <w:r w:rsidR="00032473" w:rsidRPr="00F96B2D">
              <w:rPr>
                <w:rFonts w:ascii="Times New Roman" w:hAnsi="Times New Roman" w:cs="Times New Roman"/>
                <w:lang w:val="ru-RU"/>
              </w:rPr>
              <w:t xml:space="preserve"> </w:t>
            </w:r>
            <w:proofErr w:type="spellStart"/>
            <w:r w:rsidR="00032473">
              <w:rPr>
                <w:rFonts w:ascii="Times New Roman" w:hAnsi="Times New Roman" w:cs="Times New Roman"/>
                <w:lang w:val="ru-RU"/>
              </w:rPr>
              <w:t>якому</w:t>
            </w:r>
            <w:proofErr w:type="spellEnd"/>
            <w:r w:rsidR="00032473" w:rsidRPr="00F96B2D">
              <w:rPr>
                <w:rFonts w:ascii="Times New Roman" w:hAnsi="Times New Roman" w:cs="Times New Roman"/>
                <w:lang w:val="ru-RU"/>
              </w:rPr>
              <w:t xml:space="preserve"> </w:t>
            </w:r>
            <w:proofErr w:type="spellStart"/>
            <w:r w:rsidR="00032473">
              <w:rPr>
                <w:rFonts w:ascii="Times New Roman" w:hAnsi="Times New Roman" w:cs="Times New Roman"/>
                <w:lang w:val="ru-RU"/>
              </w:rPr>
              <w:t>зазначено</w:t>
            </w:r>
            <w:proofErr w:type="spellEnd"/>
            <w:r w:rsidR="00C76F42" w:rsidRPr="00F96B2D">
              <w:rPr>
                <w:rFonts w:ascii="Times New Roman" w:hAnsi="Times New Roman" w:cs="Times New Roman"/>
                <w:lang w:val="ru-RU"/>
              </w:rPr>
              <w:t xml:space="preserve"> </w:t>
            </w:r>
            <w:proofErr w:type="spellStart"/>
            <w:r w:rsidR="00C76F42">
              <w:rPr>
                <w:rFonts w:ascii="Times New Roman" w:hAnsi="Times New Roman" w:cs="Times New Roman"/>
                <w:lang w:val="ru-RU"/>
              </w:rPr>
              <w:t>розподіл</w:t>
            </w:r>
            <w:proofErr w:type="spellEnd"/>
            <w:r w:rsidR="00C76F42" w:rsidRPr="00F96B2D">
              <w:rPr>
                <w:rFonts w:ascii="Times New Roman" w:hAnsi="Times New Roman" w:cs="Times New Roman"/>
                <w:lang w:val="ru-RU"/>
              </w:rPr>
              <w:t xml:space="preserve"> </w:t>
            </w:r>
            <w:r w:rsidR="00C76F42">
              <w:rPr>
                <w:rFonts w:ascii="Times New Roman" w:hAnsi="Times New Roman" w:cs="Times New Roman"/>
                <w:lang w:val="ru-RU"/>
              </w:rPr>
              <w:t>ролей</w:t>
            </w:r>
            <w:r w:rsidR="00F17224" w:rsidRPr="00F96B2D">
              <w:rPr>
                <w:rFonts w:ascii="Times New Roman" w:hAnsi="Times New Roman" w:cs="Times New Roman"/>
                <w:lang w:val="ru-RU"/>
              </w:rPr>
              <w:t xml:space="preserve"> </w:t>
            </w:r>
            <w:r w:rsidR="00F17224">
              <w:rPr>
                <w:rFonts w:ascii="Times New Roman" w:hAnsi="Times New Roman" w:cs="Times New Roman"/>
                <w:lang w:val="ru-RU"/>
              </w:rPr>
              <w:t>та</w:t>
            </w:r>
            <w:r w:rsidR="00F17224" w:rsidRPr="00F96B2D">
              <w:rPr>
                <w:rFonts w:ascii="Times New Roman" w:hAnsi="Times New Roman" w:cs="Times New Roman"/>
                <w:lang w:val="ru-RU"/>
              </w:rPr>
              <w:t xml:space="preserve"> </w:t>
            </w:r>
            <w:proofErr w:type="spellStart"/>
            <w:r w:rsidR="00F17224">
              <w:rPr>
                <w:rFonts w:ascii="Times New Roman" w:hAnsi="Times New Roman" w:cs="Times New Roman"/>
                <w:lang w:val="ru-RU"/>
              </w:rPr>
              <w:t>відповідальностей</w:t>
            </w:r>
            <w:proofErr w:type="spellEnd"/>
            <w:r w:rsidR="00F17224" w:rsidRPr="00F96B2D">
              <w:rPr>
                <w:rFonts w:ascii="Times New Roman" w:hAnsi="Times New Roman" w:cs="Times New Roman"/>
                <w:lang w:val="ru-RU"/>
              </w:rPr>
              <w:t>.</w:t>
            </w:r>
            <w:r w:rsidR="009C015A" w:rsidRPr="00A76EA4">
              <w:rPr>
                <w:rFonts w:ascii="Times New Roman" w:hAnsi="Times New Roman" w:cs="Times New Roman"/>
                <w:lang w:val="uk-UA"/>
              </w:rPr>
              <w:t xml:space="preserve"> Для інформування та оперативного зв’язку </w:t>
            </w:r>
            <w:r w:rsidR="009440EE" w:rsidRPr="00A76EA4">
              <w:rPr>
                <w:rFonts w:ascii="Times New Roman" w:hAnsi="Times New Roman" w:cs="Times New Roman"/>
                <w:lang w:val="uk-UA"/>
              </w:rPr>
              <w:t>було створено</w:t>
            </w:r>
            <w:r w:rsidR="009C015A" w:rsidRPr="00A76EA4">
              <w:rPr>
                <w:rFonts w:ascii="Times New Roman" w:hAnsi="Times New Roman" w:cs="Times New Roman"/>
                <w:lang w:val="uk-UA"/>
              </w:rPr>
              <w:t xml:space="preserve"> </w:t>
            </w:r>
            <w:r w:rsidR="009440EE" w:rsidRPr="00A76EA4">
              <w:rPr>
                <w:rFonts w:ascii="Times New Roman" w:hAnsi="Times New Roman" w:cs="Times New Roman"/>
                <w:lang w:val="uk-UA"/>
              </w:rPr>
              <w:t>групу</w:t>
            </w:r>
            <w:r w:rsidR="009C015A" w:rsidRPr="00A76EA4">
              <w:rPr>
                <w:rFonts w:ascii="Times New Roman" w:hAnsi="Times New Roman" w:cs="Times New Roman"/>
                <w:lang w:val="uk-UA"/>
              </w:rPr>
              <w:t xml:space="preserve"> членів Ради</w:t>
            </w:r>
            <w:r w:rsidR="00707FA6" w:rsidRPr="00A76EA4">
              <w:rPr>
                <w:rFonts w:ascii="Times New Roman" w:hAnsi="Times New Roman" w:cs="Times New Roman"/>
                <w:lang w:val="uk-UA"/>
              </w:rPr>
              <w:t xml:space="preserve">. В групі </w:t>
            </w:r>
            <w:r w:rsidR="009C015A" w:rsidRPr="00A76EA4">
              <w:rPr>
                <w:rFonts w:ascii="Times New Roman" w:hAnsi="Times New Roman" w:cs="Times New Roman"/>
                <w:lang w:val="uk-UA"/>
              </w:rPr>
              <w:t xml:space="preserve"> </w:t>
            </w:r>
            <w:r w:rsidR="00AF4FC7" w:rsidRPr="00A76EA4">
              <w:rPr>
                <w:rFonts w:ascii="Times New Roman" w:hAnsi="Times New Roman" w:cs="Times New Roman"/>
                <w:shd w:val="clear" w:color="auto" w:fill="FFFFFF"/>
                <w:lang w:val="uk-UA"/>
              </w:rPr>
              <w:t>поширено</w:t>
            </w:r>
            <w:r w:rsidR="00707FA6" w:rsidRPr="00A76EA4">
              <w:rPr>
                <w:rFonts w:ascii="Times New Roman" w:hAnsi="Times New Roman" w:cs="Times New Roman"/>
                <w:shd w:val="clear" w:color="auto" w:fill="FFFFFF"/>
                <w:lang w:val="uk-UA"/>
              </w:rPr>
              <w:t xml:space="preserve"> </w:t>
            </w:r>
            <w:r w:rsidR="00707FA6" w:rsidRPr="00A76EA4">
              <w:rPr>
                <w:rFonts w:ascii="Times New Roman" w:hAnsi="Times New Roman" w:cs="Times New Roman"/>
                <w:lang w:val="uk-UA"/>
              </w:rPr>
              <w:t>інформацію щодо можливості відкриття власної справи та розвитку підприємництва з фінансовою підтримкою через Рахівську філію Закарпатського обласного центру зайнятості.</w:t>
            </w:r>
            <w:r w:rsidR="009E5622" w:rsidRPr="00A76EA4">
              <w:rPr>
                <w:rFonts w:ascii="Times New Roman" w:hAnsi="Times New Roman" w:cs="Times New Roman"/>
                <w:lang w:val="ru-RU"/>
              </w:rPr>
              <w:t xml:space="preserve"> Сформовано анкету-</w:t>
            </w:r>
            <w:proofErr w:type="spellStart"/>
            <w:r w:rsidR="009E5622" w:rsidRPr="00A76EA4">
              <w:rPr>
                <w:rFonts w:ascii="Times New Roman" w:hAnsi="Times New Roman" w:cs="Times New Roman"/>
                <w:lang w:val="ru-RU"/>
              </w:rPr>
              <w:t>опитувальник</w:t>
            </w:r>
            <w:proofErr w:type="spellEnd"/>
            <w:r w:rsidR="009E5622" w:rsidRPr="00A76EA4">
              <w:rPr>
                <w:rFonts w:ascii="Times New Roman" w:hAnsi="Times New Roman" w:cs="Times New Roman"/>
                <w:lang w:val="ru-RU"/>
              </w:rPr>
              <w:t xml:space="preserve"> для   </w:t>
            </w:r>
            <w:proofErr w:type="spellStart"/>
            <w:r w:rsidR="009E5622" w:rsidRPr="00A76EA4">
              <w:rPr>
                <w:rFonts w:ascii="Times New Roman" w:hAnsi="Times New Roman" w:cs="Times New Roman"/>
                <w:lang w:val="ru-RU"/>
              </w:rPr>
              <w:t>визначення</w:t>
            </w:r>
            <w:proofErr w:type="spellEnd"/>
            <w:r w:rsidR="009E5622" w:rsidRPr="00A76EA4">
              <w:rPr>
                <w:rFonts w:ascii="Times New Roman" w:hAnsi="Times New Roman" w:cs="Times New Roman"/>
                <w:lang w:val="ru-RU"/>
              </w:rPr>
              <w:t xml:space="preserve"> </w:t>
            </w:r>
            <w:proofErr w:type="spellStart"/>
            <w:r w:rsidR="009E5622" w:rsidRPr="00A76EA4">
              <w:rPr>
                <w:rFonts w:ascii="Times New Roman" w:hAnsi="Times New Roman" w:cs="Times New Roman"/>
                <w:lang w:val="ru-RU"/>
              </w:rPr>
              <w:t>основних</w:t>
            </w:r>
            <w:proofErr w:type="spellEnd"/>
            <w:r w:rsidR="009E5622" w:rsidRPr="00A76EA4">
              <w:rPr>
                <w:rFonts w:ascii="Times New Roman" w:hAnsi="Times New Roman" w:cs="Times New Roman"/>
                <w:lang w:val="ru-RU"/>
              </w:rPr>
              <w:t xml:space="preserve">   проблем і потреб </w:t>
            </w:r>
            <w:proofErr w:type="spellStart"/>
            <w:r w:rsidR="009E5622" w:rsidRPr="00A76EA4">
              <w:rPr>
                <w:rFonts w:ascii="Times New Roman" w:hAnsi="Times New Roman" w:cs="Times New Roman"/>
                <w:lang w:val="ru-RU"/>
              </w:rPr>
              <w:t>внутрішньо</w:t>
            </w:r>
            <w:proofErr w:type="spellEnd"/>
            <w:r w:rsidR="009E5622" w:rsidRPr="00A76EA4">
              <w:rPr>
                <w:rFonts w:ascii="Times New Roman" w:hAnsi="Times New Roman" w:cs="Times New Roman"/>
                <w:lang w:val="ru-RU"/>
              </w:rPr>
              <w:t xml:space="preserve"> </w:t>
            </w:r>
            <w:proofErr w:type="spellStart"/>
            <w:r w:rsidR="009E5622" w:rsidRPr="00A76EA4">
              <w:rPr>
                <w:rFonts w:ascii="Times New Roman" w:hAnsi="Times New Roman" w:cs="Times New Roman"/>
                <w:lang w:val="ru-RU"/>
              </w:rPr>
              <w:t>переміщених</w:t>
            </w:r>
            <w:proofErr w:type="spellEnd"/>
            <w:r w:rsidR="009E5622" w:rsidRPr="00A76EA4">
              <w:rPr>
                <w:rFonts w:ascii="Times New Roman" w:hAnsi="Times New Roman" w:cs="Times New Roman"/>
                <w:lang w:val="ru-RU"/>
              </w:rPr>
              <w:t xml:space="preserve"> </w:t>
            </w:r>
            <w:proofErr w:type="spellStart"/>
            <w:r w:rsidR="009E5622" w:rsidRPr="00A76EA4">
              <w:rPr>
                <w:rFonts w:ascii="Times New Roman" w:hAnsi="Times New Roman" w:cs="Times New Roman"/>
                <w:lang w:val="ru-RU"/>
              </w:rPr>
              <w:t>осіб</w:t>
            </w:r>
            <w:proofErr w:type="spellEnd"/>
            <w:r w:rsidR="006A4DB1" w:rsidRPr="00A76EA4">
              <w:rPr>
                <w:rFonts w:ascii="Times New Roman" w:hAnsi="Times New Roman" w:cs="Times New Roman"/>
                <w:lang w:val="ru-RU"/>
              </w:rPr>
              <w:t>.</w:t>
            </w:r>
            <w:r w:rsidR="006A4DB1" w:rsidRPr="00A76EA4">
              <w:rPr>
                <w:rFonts w:ascii="Times New Roman" w:hAnsi="Times New Roman" w:cs="Times New Roman"/>
                <w:lang w:val="uk-UA"/>
              </w:rPr>
              <w:t xml:space="preserve"> Проведено</w:t>
            </w:r>
            <w:r w:rsidR="006A4DB1" w:rsidRPr="00A76EA4">
              <w:rPr>
                <w:rFonts w:ascii="Times New Roman" w:hAnsi="Times New Roman" w:cs="Times New Roman"/>
                <w:lang w:val="ru-RU"/>
              </w:rPr>
              <w:t xml:space="preserve"> </w:t>
            </w:r>
            <w:proofErr w:type="spellStart"/>
            <w:r w:rsidR="00615232" w:rsidRPr="00A76EA4">
              <w:rPr>
                <w:rFonts w:ascii="Times New Roman" w:hAnsi="Times New Roman" w:cs="Times New Roman"/>
                <w:lang w:val="ru-RU"/>
              </w:rPr>
              <w:t>моніторинг</w:t>
            </w:r>
            <w:proofErr w:type="spellEnd"/>
            <w:r w:rsidR="006A4DB1" w:rsidRPr="00A76EA4">
              <w:rPr>
                <w:rFonts w:ascii="Times New Roman" w:hAnsi="Times New Roman" w:cs="Times New Roman"/>
                <w:lang w:val="ru-RU"/>
              </w:rPr>
              <w:t xml:space="preserve"> стану </w:t>
            </w:r>
            <w:proofErr w:type="spellStart"/>
            <w:r w:rsidR="006A4DB1" w:rsidRPr="00A76EA4">
              <w:rPr>
                <w:rFonts w:ascii="Times New Roman" w:hAnsi="Times New Roman" w:cs="Times New Roman"/>
                <w:lang w:val="ru-RU"/>
              </w:rPr>
              <w:t>адаптації</w:t>
            </w:r>
            <w:proofErr w:type="spellEnd"/>
            <w:r w:rsidR="006A4DB1" w:rsidRPr="00A76EA4">
              <w:rPr>
                <w:rFonts w:ascii="Times New Roman" w:hAnsi="Times New Roman" w:cs="Times New Roman"/>
                <w:lang w:val="ru-RU"/>
              </w:rPr>
              <w:t xml:space="preserve"> </w:t>
            </w:r>
            <w:proofErr w:type="spellStart"/>
            <w:r w:rsidR="006A4DB1" w:rsidRPr="00A76EA4">
              <w:rPr>
                <w:rFonts w:ascii="Times New Roman" w:hAnsi="Times New Roman" w:cs="Times New Roman"/>
                <w:lang w:val="ru-RU"/>
              </w:rPr>
              <w:t>дітей</w:t>
            </w:r>
            <w:proofErr w:type="spellEnd"/>
            <w:r w:rsidR="006A4DB1" w:rsidRPr="00A76EA4">
              <w:rPr>
                <w:rFonts w:ascii="Times New Roman" w:hAnsi="Times New Roman" w:cs="Times New Roman"/>
                <w:lang w:val="ru-RU"/>
              </w:rPr>
              <w:t xml:space="preserve"> у закладах </w:t>
            </w:r>
            <w:proofErr w:type="spellStart"/>
            <w:r w:rsidR="006A4DB1" w:rsidRPr="00A76EA4">
              <w:rPr>
                <w:rFonts w:ascii="Times New Roman" w:hAnsi="Times New Roman" w:cs="Times New Roman"/>
                <w:lang w:val="ru-RU"/>
              </w:rPr>
              <w:t>загальної</w:t>
            </w:r>
            <w:proofErr w:type="spellEnd"/>
            <w:r w:rsidR="006A4DB1" w:rsidRPr="00A76EA4">
              <w:rPr>
                <w:rFonts w:ascii="Times New Roman" w:hAnsi="Times New Roman" w:cs="Times New Roman"/>
                <w:lang w:val="ru-RU"/>
              </w:rPr>
              <w:t xml:space="preserve"> </w:t>
            </w:r>
            <w:proofErr w:type="spellStart"/>
            <w:r w:rsidR="006A4DB1" w:rsidRPr="00A76EA4">
              <w:rPr>
                <w:rFonts w:ascii="Times New Roman" w:hAnsi="Times New Roman" w:cs="Times New Roman"/>
                <w:lang w:val="ru-RU"/>
              </w:rPr>
              <w:t>середньої</w:t>
            </w:r>
            <w:proofErr w:type="spellEnd"/>
            <w:r w:rsidR="006A4DB1" w:rsidRPr="00A76EA4">
              <w:rPr>
                <w:rFonts w:ascii="Times New Roman" w:hAnsi="Times New Roman" w:cs="Times New Roman"/>
                <w:lang w:val="ru-RU"/>
              </w:rPr>
              <w:t xml:space="preserve"> </w:t>
            </w:r>
            <w:proofErr w:type="spellStart"/>
            <w:r w:rsidR="006A4DB1" w:rsidRPr="00A76EA4">
              <w:rPr>
                <w:rFonts w:ascii="Times New Roman" w:hAnsi="Times New Roman" w:cs="Times New Roman"/>
                <w:lang w:val="ru-RU"/>
              </w:rPr>
              <w:t>освіти</w:t>
            </w:r>
            <w:proofErr w:type="spellEnd"/>
            <w:r w:rsidR="006A4DB1" w:rsidRPr="00A76EA4">
              <w:rPr>
                <w:rFonts w:ascii="Times New Roman" w:hAnsi="Times New Roman" w:cs="Times New Roman"/>
                <w:lang w:val="ru-RU"/>
              </w:rPr>
              <w:t xml:space="preserve"> та у </w:t>
            </w:r>
            <w:proofErr w:type="spellStart"/>
            <w:r w:rsidR="006A4DB1" w:rsidRPr="00A76EA4">
              <w:rPr>
                <w:rFonts w:ascii="Times New Roman" w:hAnsi="Times New Roman" w:cs="Times New Roman"/>
                <w:lang w:val="ru-RU"/>
              </w:rPr>
              <w:t>дошкільних</w:t>
            </w:r>
            <w:proofErr w:type="spellEnd"/>
            <w:r w:rsidR="006A4DB1" w:rsidRPr="00A76EA4">
              <w:rPr>
                <w:rFonts w:ascii="Times New Roman" w:hAnsi="Times New Roman" w:cs="Times New Roman"/>
                <w:lang w:val="ru-RU"/>
              </w:rPr>
              <w:t xml:space="preserve"> закладах </w:t>
            </w:r>
            <w:r w:rsidR="006A4DB1" w:rsidRPr="00A76EA4">
              <w:rPr>
                <w:rFonts w:ascii="Times New Roman" w:hAnsi="Times New Roman" w:cs="Times New Roman"/>
                <w:lang w:val="uk-UA"/>
              </w:rPr>
              <w:t xml:space="preserve">територіальних </w:t>
            </w:r>
            <w:r w:rsidR="006A4DB1" w:rsidRPr="00A76EA4">
              <w:rPr>
                <w:rFonts w:ascii="Times New Roman" w:hAnsi="Times New Roman" w:cs="Times New Roman"/>
                <w:lang w:val="ru-RU"/>
              </w:rPr>
              <w:t xml:space="preserve">громад </w:t>
            </w:r>
            <w:r w:rsidR="006A4DB1" w:rsidRPr="00A76EA4">
              <w:rPr>
                <w:rFonts w:ascii="Times New Roman" w:hAnsi="Times New Roman" w:cs="Times New Roman"/>
                <w:lang w:val="uk-UA"/>
              </w:rPr>
              <w:t>Рахівського району</w:t>
            </w:r>
            <w:r w:rsidR="00A127CF">
              <w:rPr>
                <w:rFonts w:ascii="Times New Roman" w:hAnsi="Times New Roman" w:cs="Times New Roman"/>
                <w:lang w:val="uk-UA"/>
              </w:rPr>
              <w:t>.</w:t>
            </w:r>
          </w:p>
          <w:p w14:paraId="3E8FDC77" w14:textId="77777777" w:rsidR="00083A05" w:rsidRDefault="00083A05" w:rsidP="009E3955">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lang w:val="uk-UA"/>
              </w:rPr>
            </w:pPr>
          </w:p>
          <w:p w14:paraId="5847EB2B" w14:textId="4F4C5619" w:rsidR="00083A05" w:rsidRPr="009E3955" w:rsidRDefault="00083A05" w:rsidP="009E3955">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lang w:val="uk-UA"/>
              </w:rPr>
            </w:pPr>
          </w:p>
        </w:tc>
        <w:tc>
          <w:tcPr>
            <w:tcW w:w="871" w:type="dxa"/>
          </w:tcPr>
          <w:p w14:paraId="5A15B46D" w14:textId="7F5AE65A" w:rsidR="00731EE9" w:rsidRPr="00265909" w:rsidRDefault="00E45722" w:rsidP="00BD250A">
            <w:pPr>
              <w:jc w:val="center"/>
              <w:rPr>
                <w:rFonts w:ascii="Times New Roman" w:hAnsi="Times New Roman" w:cs="Times New Roman"/>
                <w:lang w:val="ru-RU"/>
              </w:rPr>
            </w:pPr>
            <w:r>
              <w:rPr>
                <w:rFonts w:ascii="Times New Roman" w:hAnsi="Times New Roman" w:cs="Times New Roman"/>
                <w:lang w:val="ru-RU"/>
              </w:rPr>
              <w:t>4</w:t>
            </w:r>
          </w:p>
        </w:tc>
        <w:tc>
          <w:tcPr>
            <w:tcW w:w="3528" w:type="dxa"/>
          </w:tcPr>
          <w:p w14:paraId="0F08DBC4" w14:textId="2054276F" w:rsidR="00791FAE" w:rsidRPr="00A34597" w:rsidRDefault="00791FAE" w:rsidP="00791FAE">
            <w:pPr>
              <w:tabs>
                <w:tab w:val="left" w:pos="567"/>
              </w:tabs>
              <w:jc w:val="both"/>
              <w:rPr>
                <w:rFonts w:ascii="Times New Roman" w:hAnsi="Times New Roman" w:cs="Times New Roman"/>
                <w:i/>
                <w:iCs/>
                <w:shd w:val="clear" w:color="auto" w:fill="FFFFFF"/>
                <w:lang w:val="uk-UA"/>
              </w:rPr>
            </w:pPr>
            <w:proofErr w:type="spellStart"/>
            <w:r w:rsidRPr="00A34597">
              <w:rPr>
                <w:rFonts w:ascii="Times New Roman" w:hAnsi="Times New Roman" w:cs="Times New Roman"/>
                <w:i/>
                <w:iCs/>
                <w:lang w:val="ru-RU"/>
              </w:rPr>
              <w:t>В</w:t>
            </w:r>
            <w:r w:rsidR="00EC7EDB" w:rsidRPr="00A34597">
              <w:rPr>
                <w:rFonts w:ascii="Times New Roman" w:hAnsi="Times New Roman" w:cs="Times New Roman"/>
                <w:i/>
                <w:iCs/>
                <w:lang w:val="ru-RU"/>
              </w:rPr>
              <w:t>ідповідно</w:t>
            </w:r>
            <w:proofErr w:type="spellEnd"/>
            <w:r w:rsidR="00EC7EDB" w:rsidRPr="00A34597">
              <w:rPr>
                <w:rFonts w:ascii="Times New Roman" w:hAnsi="Times New Roman" w:cs="Times New Roman"/>
                <w:i/>
                <w:iCs/>
                <w:lang w:val="ru-RU"/>
              </w:rPr>
              <w:t xml:space="preserve"> </w:t>
            </w:r>
            <w:proofErr w:type="gramStart"/>
            <w:r w:rsidR="00EC7EDB" w:rsidRPr="00A34597">
              <w:rPr>
                <w:rFonts w:ascii="Times New Roman" w:hAnsi="Times New Roman" w:cs="Times New Roman"/>
                <w:i/>
                <w:iCs/>
                <w:lang w:val="ru-RU"/>
              </w:rPr>
              <w:t xml:space="preserve">до </w:t>
            </w:r>
            <w:r w:rsidR="006056C5" w:rsidRPr="00A34597">
              <w:rPr>
                <w:rFonts w:ascii="Times New Roman" w:hAnsi="Times New Roman" w:cs="Times New Roman"/>
                <w:i/>
                <w:iCs/>
                <w:lang w:val="ru-RU"/>
              </w:rPr>
              <w:t xml:space="preserve"> плану</w:t>
            </w:r>
            <w:proofErr w:type="gram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роботи</w:t>
            </w:r>
            <w:proofErr w:type="spellEnd"/>
            <w:r w:rsidR="00691342" w:rsidRPr="00A34597">
              <w:rPr>
                <w:rFonts w:ascii="Times New Roman" w:hAnsi="Times New Roman" w:cs="Times New Roman"/>
                <w:i/>
                <w:iCs/>
                <w:lang w:val="ru-RU"/>
              </w:rPr>
              <w:t xml:space="preserve"> Ради з </w:t>
            </w:r>
            <w:proofErr w:type="spellStart"/>
            <w:r w:rsidR="00691342" w:rsidRPr="00A34597">
              <w:rPr>
                <w:rFonts w:ascii="Times New Roman" w:hAnsi="Times New Roman" w:cs="Times New Roman"/>
                <w:i/>
                <w:iCs/>
                <w:lang w:val="ru-RU"/>
              </w:rPr>
              <w:t>питань</w:t>
            </w:r>
            <w:proofErr w:type="spellEnd"/>
            <w:r w:rsidR="00691342" w:rsidRPr="00A34597">
              <w:rPr>
                <w:rFonts w:ascii="Times New Roman" w:hAnsi="Times New Roman" w:cs="Times New Roman"/>
                <w:i/>
                <w:iCs/>
                <w:lang w:val="ru-RU"/>
              </w:rPr>
              <w:t xml:space="preserve"> ВПО</w:t>
            </w:r>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також</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shd w:val="clear" w:color="auto" w:fill="FFFFFF"/>
                <w:lang w:val="ru-RU"/>
              </w:rPr>
              <w:t>подані</w:t>
            </w:r>
            <w:proofErr w:type="spellEnd"/>
            <w:r w:rsidR="00DF49C5" w:rsidRPr="00A34597">
              <w:rPr>
                <w:rFonts w:ascii="Times New Roman" w:hAnsi="Times New Roman" w:cs="Times New Roman"/>
                <w:i/>
                <w:iCs/>
                <w:shd w:val="clear" w:color="auto" w:fill="FFFFFF"/>
                <w:lang w:val="ru-RU"/>
              </w:rPr>
              <w:t xml:space="preserve"> </w:t>
            </w:r>
            <w:proofErr w:type="spellStart"/>
            <w:r w:rsidR="00DF49C5" w:rsidRPr="00A34597">
              <w:rPr>
                <w:rFonts w:ascii="Times New Roman" w:hAnsi="Times New Roman" w:cs="Times New Roman"/>
                <w:i/>
                <w:iCs/>
                <w:shd w:val="clear" w:color="auto" w:fill="FFFFFF"/>
                <w:lang w:val="ru-RU"/>
              </w:rPr>
              <w:t>пропозиції</w:t>
            </w:r>
            <w:proofErr w:type="spellEnd"/>
            <w:r w:rsidR="00DF49C5" w:rsidRPr="00A34597">
              <w:rPr>
                <w:rFonts w:ascii="Times New Roman" w:hAnsi="Times New Roman" w:cs="Times New Roman"/>
                <w:i/>
                <w:iCs/>
                <w:shd w:val="clear" w:color="auto" w:fill="FFFFFF"/>
                <w:lang w:val="ru-RU"/>
              </w:rPr>
              <w:t xml:space="preserve"> та </w:t>
            </w:r>
            <w:proofErr w:type="spellStart"/>
            <w:r w:rsidR="00DF49C5" w:rsidRPr="00A34597">
              <w:rPr>
                <w:rFonts w:ascii="Times New Roman" w:hAnsi="Times New Roman" w:cs="Times New Roman"/>
                <w:i/>
                <w:iCs/>
                <w:shd w:val="clear" w:color="auto" w:fill="FFFFFF"/>
                <w:lang w:val="ru-RU"/>
              </w:rPr>
              <w:t>рекомендації</w:t>
            </w:r>
            <w:proofErr w:type="spellEnd"/>
            <w:r w:rsidR="00DF49C5" w:rsidRPr="00A34597">
              <w:rPr>
                <w:rFonts w:ascii="Times New Roman" w:hAnsi="Times New Roman" w:cs="Times New Roman"/>
                <w:i/>
                <w:iCs/>
                <w:shd w:val="clear" w:color="auto" w:fill="FFFFFF"/>
                <w:lang w:val="ru-RU"/>
              </w:rPr>
              <w:t xml:space="preserve"> у </w:t>
            </w:r>
            <w:proofErr w:type="spellStart"/>
            <w:r w:rsidR="00DF49C5" w:rsidRPr="00A34597">
              <w:rPr>
                <w:rFonts w:ascii="Times New Roman" w:hAnsi="Times New Roman" w:cs="Times New Roman"/>
                <w:i/>
                <w:iCs/>
                <w:shd w:val="clear" w:color="auto" w:fill="FFFFFF"/>
                <w:lang w:val="ru-RU"/>
              </w:rPr>
              <w:t>сфері</w:t>
            </w:r>
            <w:proofErr w:type="spellEnd"/>
            <w:r w:rsidR="00DF49C5" w:rsidRPr="00A34597">
              <w:rPr>
                <w:rFonts w:ascii="Times New Roman" w:hAnsi="Times New Roman" w:cs="Times New Roman"/>
                <w:i/>
                <w:iCs/>
                <w:shd w:val="clear" w:color="auto" w:fill="FFFFFF"/>
                <w:lang w:val="ru-RU"/>
              </w:rPr>
              <w:t xml:space="preserve"> </w:t>
            </w:r>
            <w:proofErr w:type="spellStart"/>
            <w:r w:rsidR="00DF49C5" w:rsidRPr="00A34597">
              <w:rPr>
                <w:rFonts w:ascii="Times New Roman" w:hAnsi="Times New Roman" w:cs="Times New Roman"/>
                <w:i/>
                <w:iCs/>
                <w:shd w:val="clear" w:color="auto" w:fill="FFFFFF"/>
                <w:lang w:val="ru-RU"/>
              </w:rPr>
              <w:t>захисту</w:t>
            </w:r>
            <w:proofErr w:type="spellEnd"/>
            <w:r w:rsidR="00DF49C5" w:rsidRPr="00A34597">
              <w:rPr>
                <w:rFonts w:ascii="Times New Roman" w:hAnsi="Times New Roman" w:cs="Times New Roman"/>
                <w:i/>
                <w:iCs/>
                <w:shd w:val="clear" w:color="auto" w:fill="FFFFFF"/>
                <w:lang w:val="ru-RU"/>
              </w:rPr>
              <w:t xml:space="preserve"> прав та </w:t>
            </w:r>
            <w:proofErr w:type="spellStart"/>
            <w:r w:rsidR="00DF49C5" w:rsidRPr="00A34597">
              <w:rPr>
                <w:rFonts w:ascii="Times New Roman" w:hAnsi="Times New Roman" w:cs="Times New Roman"/>
                <w:i/>
                <w:iCs/>
                <w:shd w:val="clear" w:color="auto" w:fill="FFFFFF"/>
                <w:lang w:val="ru-RU"/>
              </w:rPr>
              <w:t>інтере</w:t>
            </w:r>
            <w:r w:rsidR="00D96E49" w:rsidRPr="00A34597">
              <w:rPr>
                <w:rFonts w:ascii="Times New Roman" w:hAnsi="Times New Roman" w:cs="Times New Roman"/>
                <w:i/>
                <w:iCs/>
                <w:shd w:val="clear" w:color="auto" w:fill="FFFFFF"/>
                <w:lang w:val="ru-RU"/>
              </w:rPr>
              <w:t>сів</w:t>
            </w:r>
            <w:proofErr w:type="spellEnd"/>
            <w:r w:rsidR="00D96E49" w:rsidRPr="00A34597">
              <w:rPr>
                <w:rFonts w:ascii="Times New Roman" w:hAnsi="Times New Roman" w:cs="Times New Roman"/>
                <w:i/>
                <w:iCs/>
                <w:shd w:val="clear" w:color="auto" w:fill="FFFFFF"/>
                <w:lang w:val="ru-RU"/>
              </w:rPr>
              <w:t xml:space="preserve"> </w:t>
            </w:r>
            <w:proofErr w:type="spellStart"/>
            <w:r w:rsidR="00D96E49" w:rsidRPr="00A34597">
              <w:rPr>
                <w:rFonts w:ascii="Times New Roman" w:hAnsi="Times New Roman" w:cs="Times New Roman"/>
                <w:i/>
                <w:iCs/>
                <w:shd w:val="clear" w:color="auto" w:fill="FFFFFF"/>
                <w:lang w:val="ru-RU"/>
              </w:rPr>
              <w:t>внутрішньо</w:t>
            </w:r>
            <w:proofErr w:type="spellEnd"/>
            <w:r w:rsidR="00D96E49" w:rsidRPr="00A34597">
              <w:rPr>
                <w:rFonts w:ascii="Times New Roman" w:hAnsi="Times New Roman" w:cs="Times New Roman"/>
                <w:i/>
                <w:iCs/>
                <w:shd w:val="clear" w:color="auto" w:fill="FFFFFF"/>
                <w:lang w:val="ru-RU"/>
              </w:rPr>
              <w:t xml:space="preserve"> </w:t>
            </w:r>
            <w:proofErr w:type="spellStart"/>
            <w:r w:rsidR="00D96E49" w:rsidRPr="00A34597">
              <w:rPr>
                <w:rFonts w:ascii="Times New Roman" w:hAnsi="Times New Roman" w:cs="Times New Roman"/>
                <w:i/>
                <w:iCs/>
                <w:shd w:val="clear" w:color="auto" w:fill="FFFFFF"/>
                <w:lang w:val="ru-RU"/>
              </w:rPr>
              <w:t>переміщених</w:t>
            </w:r>
            <w:proofErr w:type="spellEnd"/>
            <w:r w:rsidR="00D96E49" w:rsidRPr="00A34597">
              <w:rPr>
                <w:rFonts w:ascii="Times New Roman" w:hAnsi="Times New Roman" w:cs="Times New Roman"/>
                <w:i/>
                <w:iCs/>
                <w:shd w:val="clear" w:color="auto" w:fill="FFFFFF"/>
                <w:lang w:val="ru-RU"/>
              </w:rPr>
              <w:t xml:space="preserve"> </w:t>
            </w:r>
            <w:proofErr w:type="spellStart"/>
            <w:r w:rsidR="00D96E49" w:rsidRPr="00A34597">
              <w:rPr>
                <w:rFonts w:ascii="Times New Roman" w:hAnsi="Times New Roman" w:cs="Times New Roman"/>
                <w:i/>
                <w:iCs/>
                <w:shd w:val="clear" w:color="auto" w:fill="FFFFFF"/>
                <w:lang w:val="ru-RU"/>
              </w:rPr>
              <w:t>осіб</w:t>
            </w:r>
            <w:proofErr w:type="spellEnd"/>
            <w:r w:rsidR="00D96E49" w:rsidRPr="00A34597">
              <w:rPr>
                <w:rFonts w:ascii="Times New Roman" w:hAnsi="Times New Roman" w:cs="Times New Roman"/>
                <w:i/>
                <w:iCs/>
                <w:shd w:val="clear" w:color="auto" w:fill="FFFFFF"/>
                <w:lang w:val="ru-RU"/>
              </w:rPr>
              <w:t xml:space="preserve"> до</w:t>
            </w:r>
            <w:r w:rsidRPr="00A34597">
              <w:rPr>
                <w:rFonts w:ascii="Times New Roman" w:hAnsi="Times New Roman" w:cs="Times New Roman"/>
                <w:i/>
                <w:iCs/>
                <w:shd w:val="clear" w:color="auto" w:fill="FFFFFF"/>
                <w:lang w:val="ru-RU"/>
              </w:rPr>
              <w:t xml:space="preserve"> </w:t>
            </w:r>
            <w:proofErr w:type="spellStart"/>
            <w:r w:rsidRPr="00A34597">
              <w:rPr>
                <w:rFonts w:ascii="Times New Roman" w:hAnsi="Times New Roman" w:cs="Times New Roman"/>
                <w:i/>
                <w:iCs/>
                <w:shd w:val="clear" w:color="auto" w:fill="FFFFFF"/>
                <w:lang w:val="ru-RU"/>
              </w:rPr>
              <w:t>територіальних</w:t>
            </w:r>
            <w:proofErr w:type="spellEnd"/>
            <w:r w:rsidRPr="00A34597">
              <w:rPr>
                <w:rFonts w:ascii="Times New Roman" w:hAnsi="Times New Roman" w:cs="Times New Roman"/>
                <w:i/>
                <w:iCs/>
                <w:shd w:val="clear" w:color="auto" w:fill="FFFFFF"/>
                <w:lang w:val="ru-RU"/>
              </w:rPr>
              <w:t xml:space="preserve"> громад району </w:t>
            </w:r>
            <w:r w:rsidR="00D94DAB" w:rsidRPr="00A34597">
              <w:rPr>
                <w:rFonts w:ascii="Times New Roman" w:hAnsi="Times New Roman" w:cs="Times New Roman"/>
                <w:i/>
                <w:iCs/>
                <w:shd w:val="clear" w:color="auto" w:fill="FFFFFF"/>
                <w:lang w:val="ru-RU"/>
              </w:rPr>
              <w:t xml:space="preserve">для </w:t>
            </w:r>
            <w:proofErr w:type="spellStart"/>
            <w:r w:rsidR="00D94DAB" w:rsidRPr="00A34597">
              <w:rPr>
                <w:rFonts w:ascii="Times New Roman" w:hAnsi="Times New Roman" w:cs="Times New Roman"/>
                <w:i/>
                <w:iCs/>
                <w:shd w:val="clear" w:color="auto" w:fill="FFFFFF"/>
                <w:lang w:val="ru-RU"/>
              </w:rPr>
              <w:t>виконання</w:t>
            </w:r>
            <w:proofErr w:type="spellEnd"/>
            <w:r w:rsidR="00F24929" w:rsidRPr="00A34597">
              <w:rPr>
                <w:rFonts w:ascii="Times New Roman" w:hAnsi="Times New Roman" w:cs="Times New Roman"/>
                <w:i/>
                <w:iCs/>
                <w:shd w:val="clear" w:color="auto" w:fill="FFFFFF"/>
                <w:lang w:val="ru-RU"/>
              </w:rPr>
              <w:t>.</w:t>
            </w:r>
            <w:r w:rsidR="00B336DB" w:rsidRPr="00A34597">
              <w:rPr>
                <w:rFonts w:ascii="Times New Roman" w:hAnsi="Times New Roman" w:cs="Times New Roman"/>
                <w:i/>
                <w:iCs/>
                <w:sz w:val="28"/>
                <w:szCs w:val="28"/>
                <w:shd w:val="clear" w:color="auto" w:fill="FFFFFF"/>
                <w:lang w:val="uk-UA"/>
              </w:rPr>
              <w:t xml:space="preserve"> </w:t>
            </w:r>
            <w:r w:rsidR="00010C77" w:rsidRPr="00A34597">
              <w:rPr>
                <w:rFonts w:ascii="Times New Roman" w:hAnsi="Times New Roman" w:cs="Times New Roman"/>
                <w:i/>
                <w:iCs/>
                <w:shd w:val="clear" w:color="auto" w:fill="FFFFFF"/>
                <w:lang w:val="uk-UA"/>
              </w:rPr>
              <w:t>Рахівською філією</w:t>
            </w:r>
            <w:r w:rsidR="00B336DB" w:rsidRPr="00A34597">
              <w:rPr>
                <w:rFonts w:ascii="Times New Roman" w:hAnsi="Times New Roman" w:cs="Times New Roman"/>
                <w:i/>
                <w:iCs/>
                <w:shd w:val="clear" w:color="auto" w:fill="FFFFFF"/>
                <w:lang w:val="uk-UA"/>
              </w:rPr>
              <w:t xml:space="preserve"> Закарпатського обласного центру зайнятості</w:t>
            </w:r>
            <w:r w:rsidR="004E5EC5" w:rsidRPr="00A34597">
              <w:rPr>
                <w:rFonts w:ascii="Times New Roman" w:hAnsi="Times New Roman" w:cs="Times New Roman"/>
                <w:i/>
                <w:iCs/>
                <w:lang w:val="uk-UA"/>
              </w:rPr>
              <w:t xml:space="preserve"> </w:t>
            </w:r>
            <w:r w:rsidR="00010C77" w:rsidRPr="00A34597">
              <w:rPr>
                <w:rFonts w:ascii="Times New Roman" w:hAnsi="Times New Roman" w:cs="Times New Roman"/>
                <w:i/>
                <w:iCs/>
                <w:lang w:val="uk-UA"/>
              </w:rPr>
              <w:t xml:space="preserve">проведені заходи в напрямку соціально-економічної </w:t>
            </w:r>
            <w:proofErr w:type="spellStart"/>
            <w:r w:rsidR="00010C77" w:rsidRPr="00A34597">
              <w:rPr>
                <w:rFonts w:ascii="Times New Roman" w:hAnsi="Times New Roman" w:cs="Times New Roman"/>
                <w:i/>
                <w:iCs/>
                <w:lang w:val="uk-UA"/>
              </w:rPr>
              <w:t>інтегра</w:t>
            </w:r>
            <w:r w:rsidR="00010C77" w:rsidRPr="00A34597">
              <w:rPr>
                <w:rFonts w:ascii="Times New Roman" w:hAnsi="Times New Roman" w:cs="Times New Roman"/>
                <w:i/>
                <w:iCs/>
                <w:lang w:val="ru-RU"/>
              </w:rPr>
              <w:t>ції</w:t>
            </w:r>
            <w:proofErr w:type="spellEnd"/>
            <w:r w:rsidR="00131DC1" w:rsidRPr="00A34597">
              <w:rPr>
                <w:rFonts w:ascii="Times New Roman" w:hAnsi="Times New Roman" w:cs="Times New Roman"/>
                <w:i/>
                <w:iCs/>
                <w:lang w:val="ru-RU"/>
              </w:rPr>
              <w:t>, ВПО пр</w:t>
            </w:r>
            <w:r w:rsidR="00ED6164" w:rsidRPr="00A34597">
              <w:rPr>
                <w:rFonts w:ascii="Times New Roman" w:hAnsi="Times New Roman" w:cs="Times New Roman"/>
                <w:i/>
                <w:iCs/>
                <w:lang w:val="ru-RU"/>
              </w:rPr>
              <w:t>о</w:t>
            </w:r>
            <w:r w:rsidR="00EA6D14" w:rsidRPr="00A34597">
              <w:rPr>
                <w:rFonts w:ascii="Times New Roman" w:hAnsi="Times New Roman" w:cs="Times New Roman"/>
                <w:i/>
                <w:iCs/>
                <w:lang w:val="ru-RU"/>
              </w:rPr>
              <w:t xml:space="preserve">ходили </w:t>
            </w:r>
            <w:proofErr w:type="spellStart"/>
            <w:r w:rsidR="00131DC1" w:rsidRPr="00A34597">
              <w:rPr>
                <w:rFonts w:ascii="Times New Roman" w:hAnsi="Times New Roman" w:cs="Times New Roman"/>
                <w:i/>
                <w:iCs/>
                <w:lang w:val="ru-RU"/>
              </w:rPr>
              <w:t>профнавчання</w:t>
            </w:r>
            <w:proofErr w:type="spellEnd"/>
            <w:r w:rsidR="00FC7713" w:rsidRPr="00A34597">
              <w:rPr>
                <w:rFonts w:ascii="Times New Roman" w:hAnsi="Times New Roman" w:cs="Times New Roman"/>
                <w:i/>
                <w:iCs/>
                <w:lang w:val="ru-RU"/>
              </w:rPr>
              <w:t>, а</w:t>
            </w:r>
            <w:r w:rsidR="00131DC1" w:rsidRPr="00A34597">
              <w:rPr>
                <w:rFonts w:ascii="Times New Roman" w:hAnsi="Times New Roman" w:cs="Times New Roman"/>
                <w:i/>
                <w:iCs/>
                <w:lang w:val="ru-RU"/>
              </w:rPr>
              <w:t xml:space="preserve"> </w:t>
            </w:r>
            <w:proofErr w:type="spellStart"/>
            <w:r w:rsidR="00131DC1" w:rsidRPr="00A34597">
              <w:rPr>
                <w:rFonts w:ascii="Times New Roman" w:hAnsi="Times New Roman" w:cs="Times New Roman"/>
                <w:i/>
                <w:iCs/>
                <w:lang w:val="ru-RU"/>
              </w:rPr>
              <w:t>також</w:t>
            </w:r>
            <w:proofErr w:type="spellEnd"/>
            <w:r w:rsidR="00131DC1" w:rsidRPr="00A34597">
              <w:rPr>
                <w:rFonts w:ascii="Times New Roman" w:hAnsi="Times New Roman" w:cs="Times New Roman"/>
                <w:i/>
                <w:iCs/>
                <w:lang w:val="ru-RU"/>
              </w:rPr>
              <w:t xml:space="preserve"> </w:t>
            </w:r>
            <w:proofErr w:type="spellStart"/>
            <w:r w:rsidR="00131DC1" w:rsidRPr="00A34597">
              <w:rPr>
                <w:rFonts w:ascii="Times New Roman" w:hAnsi="Times New Roman" w:cs="Times New Roman"/>
                <w:i/>
                <w:iCs/>
                <w:lang w:val="ru-RU"/>
              </w:rPr>
              <w:t>о</w:t>
            </w:r>
            <w:r w:rsidR="00DE54F1" w:rsidRPr="00A34597">
              <w:rPr>
                <w:rFonts w:ascii="Times New Roman" w:hAnsi="Times New Roman" w:cs="Times New Roman"/>
                <w:i/>
                <w:iCs/>
                <w:lang w:val="ru-RU"/>
              </w:rPr>
              <w:t>т</w:t>
            </w:r>
            <w:r w:rsidR="007B00DB" w:rsidRPr="00A34597">
              <w:rPr>
                <w:rFonts w:ascii="Times New Roman" w:hAnsi="Times New Roman" w:cs="Times New Roman"/>
                <w:i/>
                <w:iCs/>
                <w:lang w:val="ru-RU"/>
              </w:rPr>
              <w:t>римали</w:t>
            </w:r>
            <w:proofErr w:type="spellEnd"/>
            <w:r w:rsidR="007B00DB" w:rsidRPr="00A34597">
              <w:rPr>
                <w:rFonts w:ascii="Times New Roman" w:hAnsi="Times New Roman" w:cs="Times New Roman"/>
                <w:i/>
                <w:iCs/>
                <w:lang w:val="ru-RU"/>
              </w:rPr>
              <w:t xml:space="preserve"> </w:t>
            </w:r>
            <w:proofErr w:type="spellStart"/>
            <w:r w:rsidR="007B00DB" w:rsidRPr="00A34597">
              <w:rPr>
                <w:rFonts w:ascii="Times New Roman" w:hAnsi="Times New Roman" w:cs="Times New Roman"/>
                <w:i/>
                <w:iCs/>
                <w:lang w:val="ru-RU"/>
              </w:rPr>
              <w:t>ваучери</w:t>
            </w:r>
            <w:proofErr w:type="spellEnd"/>
            <w:r w:rsidR="007B00DB" w:rsidRPr="00A34597">
              <w:rPr>
                <w:rFonts w:ascii="Times New Roman" w:hAnsi="Times New Roman" w:cs="Times New Roman"/>
                <w:i/>
                <w:iCs/>
                <w:lang w:val="ru-RU"/>
              </w:rPr>
              <w:t xml:space="preserve"> на </w:t>
            </w:r>
            <w:proofErr w:type="spellStart"/>
            <w:r w:rsidR="007B00DB" w:rsidRPr="00A34597">
              <w:rPr>
                <w:rFonts w:ascii="Times New Roman" w:hAnsi="Times New Roman" w:cs="Times New Roman"/>
                <w:i/>
                <w:iCs/>
                <w:lang w:val="ru-RU"/>
              </w:rPr>
              <w:t>навчання</w:t>
            </w:r>
            <w:proofErr w:type="spellEnd"/>
            <w:r w:rsidR="007B00DB" w:rsidRPr="00A34597">
              <w:rPr>
                <w:rFonts w:ascii="Times New Roman" w:hAnsi="Times New Roman" w:cs="Times New Roman"/>
                <w:i/>
                <w:iCs/>
                <w:lang w:val="ru-RU"/>
              </w:rPr>
              <w:t>.</w:t>
            </w:r>
            <w:r w:rsidR="001D5973" w:rsidRPr="00A34597">
              <w:rPr>
                <w:rFonts w:ascii="Times New Roman" w:hAnsi="Times New Roman" w:cs="Times New Roman"/>
                <w:i/>
                <w:iCs/>
                <w:lang w:val="ru-RU"/>
              </w:rPr>
              <w:t xml:space="preserve"> </w:t>
            </w:r>
            <w:proofErr w:type="spellStart"/>
            <w:r w:rsidR="001D5973" w:rsidRPr="00A34597">
              <w:rPr>
                <w:rFonts w:ascii="Times New Roman" w:hAnsi="Times New Roman" w:cs="Times New Roman"/>
                <w:i/>
                <w:iCs/>
                <w:lang w:val="ru-RU"/>
              </w:rPr>
              <w:t>Сприяли</w:t>
            </w:r>
            <w:proofErr w:type="spellEnd"/>
            <w:r w:rsidR="001D5973" w:rsidRPr="00A34597">
              <w:rPr>
                <w:rFonts w:ascii="Times New Roman" w:hAnsi="Times New Roman" w:cs="Times New Roman"/>
                <w:i/>
                <w:iCs/>
                <w:lang w:val="ru-RU"/>
              </w:rPr>
              <w:t xml:space="preserve"> </w:t>
            </w:r>
            <w:r w:rsidR="00AA7F2A" w:rsidRPr="00A34597">
              <w:rPr>
                <w:rFonts w:ascii="Times New Roman" w:hAnsi="Times New Roman" w:cs="Times New Roman"/>
                <w:i/>
                <w:iCs/>
                <w:lang w:val="ru-RU"/>
              </w:rPr>
              <w:t xml:space="preserve">в </w:t>
            </w:r>
            <w:proofErr w:type="spellStart"/>
            <w:r w:rsidR="00AA7F2A" w:rsidRPr="00A34597">
              <w:rPr>
                <w:rFonts w:ascii="Times New Roman" w:hAnsi="Times New Roman" w:cs="Times New Roman"/>
                <w:i/>
                <w:iCs/>
                <w:lang w:val="ru-RU"/>
              </w:rPr>
              <w:t>пра</w:t>
            </w:r>
            <w:r w:rsidR="001D5973" w:rsidRPr="00A34597">
              <w:rPr>
                <w:rFonts w:ascii="Times New Roman" w:hAnsi="Times New Roman" w:cs="Times New Roman"/>
                <w:i/>
                <w:iCs/>
                <w:lang w:val="ru-RU"/>
              </w:rPr>
              <w:t>цевлашт</w:t>
            </w:r>
            <w:r w:rsidR="00405003" w:rsidRPr="00A34597">
              <w:rPr>
                <w:rFonts w:ascii="Times New Roman" w:hAnsi="Times New Roman" w:cs="Times New Roman"/>
                <w:i/>
                <w:iCs/>
                <w:lang w:val="ru-RU"/>
              </w:rPr>
              <w:t>у</w:t>
            </w:r>
            <w:r w:rsidR="001D5973" w:rsidRPr="00A34597">
              <w:rPr>
                <w:rFonts w:ascii="Times New Roman" w:hAnsi="Times New Roman" w:cs="Times New Roman"/>
                <w:i/>
                <w:iCs/>
                <w:lang w:val="ru-RU"/>
              </w:rPr>
              <w:t>ванні</w:t>
            </w:r>
            <w:proofErr w:type="spellEnd"/>
            <w:r w:rsidR="001D5973" w:rsidRPr="00A34597">
              <w:rPr>
                <w:rFonts w:ascii="Times New Roman" w:hAnsi="Times New Roman" w:cs="Times New Roman"/>
                <w:i/>
                <w:iCs/>
                <w:lang w:val="ru-RU"/>
              </w:rPr>
              <w:t xml:space="preserve"> </w:t>
            </w:r>
            <w:r w:rsidR="007B00DB" w:rsidRPr="00A34597">
              <w:rPr>
                <w:rFonts w:ascii="Times New Roman" w:hAnsi="Times New Roman" w:cs="Times New Roman"/>
                <w:i/>
                <w:iCs/>
                <w:lang w:val="ru-RU"/>
              </w:rPr>
              <w:t>ВПО.</w:t>
            </w:r>
            <w:r w:rsidR="00FC27E3" w:rsidRPr="00A34597">
              <w:rPr>
                <w:rFonts w:ascii="Times New Roman" w:hAnsi="Times New Roman" w:cs="Times New Roman"/>
                <w:i/>
                <w:iCs/>
                <w:sz w:val="28"/>
                <w:szCs w:val="28"/>
              </w:rPr>
              <w:t xml:space="preserve"> </w:t>
            </w:r>
            <w:proofErr w:type="spellStart"/>
            <w:r w:rsidR="00FC27E3" w:rsidRPr="00A34597">
              <w:rPr>
                <w:rFonts w:ascii="Times New Roman" w:hAnsi="Times New Roman" w:cs="Times New Roman"/>
                <w:i/>
                <w:iCs/>
              </w:rPr>
              <w:t>Прикріплено</w:t>
            </w:r>
            <w:proofErr w:type="spellEnd"/>
            <w:r w:rsidR="00FC27E3" w:rsidRPr="00A34597">
              <w:rPr>
                <w:rFonts w:ascii="Times New Roman" w:hAnsi="Times New Roman" w:cs="Times New Roman"/>
                <w:i/>
                <w:iCs/>
              </w:rPr>
              <w:t xml:space="preserve"> 100% ВПО </w:t>
            </w:r>
            <w:proofErr w:type="spellStart"/>
            <w:r w:rsidR="00FC27E3" w:rsidRPr="00A34597">
              <w:rPr>
                <w:rFonts w:ascii="Times New Roman" w:hAnsi="Times New Roman" w:cs="Times New Roman"/>
                <w:i/>
                <w:iCs/>
              </w:rPr>
              <w:t>до</w:t>
            </w:r>
            <w:proofErr w:type="spellEnd"/>
            <w:r w:rsidR="00FC27E3" w:rsidRPr="00A34597">
              <w:rPr>
                <w:rFonts w:ascii="Times New Roman" w:hAnsi="Times New Roman" w:cs="Times New Roman"/>
                <w:i/>
                <w:iCs/>
              </w:rPr>
              <w:t xml:space="preserve"> </w:t>
            </w:r>
            <w:proofErr w:type="spellStart"/>
            <w:r w:rsidR="00FC27E3" w:rsidRPr="00A34597">
              <w:rPr>
                <w:rFonts w:ascii="Times New Roman" w:hAnsi="Times New Roman" w:cs="Times New Roman"/>
                <w:i/>
                <w:iCs/>
              </w:rPr>
              <w:t>сімейних</w:t>
            </w:r>
            <w:proofErr w:type="spellEnd"/>
            <w:r w:rsidR="00FC27E3" w:rsidRPr="00A34597">
              <w:rPr>
                <w:rFonts w:ascii="Times New Roman" w:hAnsi="Times New Roman" w:cs="Times New Roman"/>
                <w:i/>
                <w:iCs/>
              </w:rPr>
              <w:t xml:space="preserve"> </w:t>
            </w:r>
            <w:proofErr w:type="spellStart"/>
            <w:r w:rsidR="00FC27E3" w:rsidRPr="00A34597">
              <w:rPr>
                <w:rFonts w:ascii="Times New Roman" w:hAnsi="Times New Roman" w:cs="Times New Roman"/>
                <w:i/>
                <w:iCs/>
              </w:rPr>
              <w:t>лікарів</w:t>
            </w:r>
            <w:proofErr w:type="spellEnd"/>
            <w:r w:rsidR="007C0A84" w:rsidRPr="00A34597">
              <w:rPr>
                <w:rFonts w:ascii="Times New Roman" w:hAnsi="Times New Roman" w:cs="Times New Roman"/>
                <w:i/>
                <w:iCs/>
                <w:lang w:val="uk-UA"/>
              </w:rPr>
              <w:t>.</w:t>
            </w:r>
          </w:p>
          <w:p w14:paraId="0DB79158" w14:textId="77777777" w:rsidR="00731EE9" w:rsidRPr="00A34597" w:rsidRDefault="00731EE9" w:rsidP="00814662">
            <w:pPr>
              <w:tabs>
                <w:tab w:val="left" w:pos="567"/>
              </w:tabs>
              <w:jc w:val="both"/>
              <w:rPr>
                <w:rFonts w:ascii="Times New Roman" w:hAnsi="Times New Roman" w:cs="Times New Roman"/>
                <w:i/>
                <w:iCs/>
                <w:lang w:val="ru-RU"/>
              </w:rPr>
            </w:pPr>
          </w:p>
        </w:tc>
      </w:tr>
    </w:tbl>
    <w:p w14:paraId="12E2259B" w14:textId="77777777" w:rsidR="00E67C27" w:rsidRDefault="001C2279">
      <w:pPr>
        <w:pStyle w:val="21"/>
        <w:rPr>
          <w:rFonts w:ascii="Times New Roman" w:hAnsi="Times New Roman" w:cs="Times New Roman"/>
          <w:color w:val="auto"/>
          <w:lang w:val="ru-RU"/>
        </w:rPr>
      </w:pPr>
      <w:r>
        <w:rPr>
          <w:rFonts w:ascii="Times New Roman" w:hAnsi="Times New Roman" w:cs="Times New Roman"/>
          <w:color w:val="auto"/>
          <w:lang w:val="ru-RU"/>
        </w:rPr>
        <w:t xml:space="preserve">  </w:t>
      </w:r>
    </w:p>
    <w:p w14:paraId="43AD6ADF" w14:textId="6FA7C94B" w:rsidR="00C9072A" w:rsidRPr="00BE648E" w:rsidRDefault="00FA65AC">
      <w:pPr>
        <w:pStyle w:val="21"/>
        <w:rPr>
          <w:rFonts w:ascii="Times New Roman" w:hAnsi="Times New Roman" w:cs="Times New Roman"/>
          <w:color w:val="auto"/>
          <w:lang w:val="ru-RU"/>
        </w:rPr>
      </w:pPr>
      <w:proofErr w:type="spellStart"/>
      <w:r w:rsidRPr="00BE648E">
        <w:rPr>
          <w:rFonts w:ascii="Times New Roman" w:hAnsi="Times New Roman" w:cs="Times New Roman"/>
          <w:color w:val="auto"/>
          <w:lang w:val="ru-RU"/>
        </w:rPr>
        <w:t>Напрям</w:t>
      </w:r>
      <w:proofErr w:type="spellEnd"/>
      <w:r w:rsidRPr="00BE648E">
        <w:rPr>
          <w:rFonts w:ascii="Times New Roman" w:hAnsi="Times New Roman" w:cs="Times New Roman"/>
          <w:color w:val="auto"/>
          <w:lang w:val="ru-RU"/>
        </w:rPr>
        <w:t xml:space="preserve"> 2. </w:t>
      </w:r>
      <w:proofErr w:type="spellStart"/>
      <w:r w:rsidRPr="00BE648E">
        <w:rPr>
          <w:rFonts w:ascii="Times New Roman" w:hAnsi="Times New Roman" w:cs="Times New Roman"/>
          <w:color w:val="auto"/>
          <w:lang w:val="ru-RU"/>
        </w:rPr>
        <w:t>Представництво</w:t>
      </w:r>
      <w:proofErr w:type="spellEnd"/>
      <w:r w:rsidRPr="00BE648E">
        <w:rPr>
          <w:rFonts w:ascii="Times New Roman" w:hAnsi="Times New Roman" w:cs="Times New Roman"/>
          <w:color w:val="auto"/>
          <w:lang w:val="ru-RU"/>
        </w:rPr>
        <w:t xml:space="preserve"> та </w:t>
      </w:r>
      <w:proofErr w:type="spellStart"/>
      <w:r w:rsidRPr="00BE648E">
        <w:rPr>
          <w:rFonts w:ascii="Times New Roman" w:hAnsi="Times New Roman" w:cs="Times New Roman"/>
          <w:color w:val="auto"/>
          <w:lang w:val="ru-RU"/>
        </w:rPr>
        <w:t>залучення</w:t>
      </w:r>
      <w:proofErr w:type="spellEnd"/>
      <w:r w:rsidRPr="00BE648E">
        <w:rPr>
          <w:rFonts w:ascii="Times New Roman" w:hAnsi="Times New Roman" w:cs="Times New Roman"/>
          <w:color w:val="auto"/>
          <w:lang w:val="ru-RU"/>
        </w:rPr>
        <w:t xml:space="preserve"> ВПО</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3288"/>
        <w:gridCol w:w="876"/>
        <w:gridCol w:w="3197"/>
      </w:tblGrid>
      <w:tr w:rsidR="00FA65AC" w:rsidRPr="00D96E49" w14:paraId="010E55A4" w14:textId="77777777" w:rsidTr="00A127CF">
        <w:tc>
          <w:tcPr>
            <w:tcW w:w="2160" w:type="dxa"/>
          </w:tcPr>
          <w:p w14:paraId="6EE9D71C" w14:textId="77777777" w:rsidR="00C9072A" w:rsidRPr="00D96E49" w:rsidRDefault="00FA65AC">
            <w:pPr>
              <w:rPr>
                <w:rFonts w:ascii="Times New Roman" w:hAnsi="Times New Roman" w:cs="Times New Roman"/>
                <w:lang w:val="ru-RU"/>
              </w:rPr>
            </w:pPr>
            <w:proofErr w:type="spellStart"/>
            <w:r w:rsidRPr="00D96E49">
              <w:rPr>
                <w:rFonts w:ascii="Times New Roman" w:hAnsi="Times New Roman" w:cs="Times New Roman"/>
                <w:lang w:val="ru-RU"/>
              </w:rPr>
              <w:t>Індикатор</w:t>
            </w:r>
            <w:proofErr w:type="spellEnd"/>
          </w:p>
        </w:tc>
        <w:tc>
          <w:tcPr>
            <w:tcW w:w="3364" w:type="dxa"/>
          </w:tcPr>
          <w:p w14:paraId="1BEE2ECE" w14:textId="77777777" w:rsidR="00C9072A" w:rsidRPr="00D96E49" w:rsidRDefault="00FA65AC">
            <w:pPr>
              <w:rPr>
                <w:rFonts w:ascii="Times New Roman" w:hAnsi="Times New Roman" w:cs="Times New Roman"/>
                <w:lang w:val="ru-RU"/>
              </w:rPr>
            </w:pPr>
            <w:proofErr w:type="spellStart"/>
            <w:r w:rsidRPr="00D96E49">
              <w:rPr>
                <w:rFonts w:ascii="Times New Roman" w:hAnsi="Times New Roman" w:cs="Times New Roman"/>
                <w:lang w:val="ru-RU"/>
              </w:rPr>
              <w:t>Опис</w:t>
            </w:r>
            <w:proofErr w:type="spellEnd"/>
            <w:r w:rsidRPr="00D96E49">
              <w:rPr>
                <w:rFonts w:ascii="Times New Roman" w:hAnsi="Times New Roman" w:cs="Times New Roman"/>
                <w:lang w:val="ru-RU"/>
              </w:rPr>
              <w:t xml:space="preserve"> / </w:t>
            </w:r>
            <w:proofErr w:type="spellStart"/>
            <w:r w:rsidRPr="00D96E49">
              <w:rPr>
                <w:rFonts w:ascii="Times New Roman" w:hAnsi="Times New Roman" w:cs="Times New Roman"/>
                <w:lang w:val="ru-RU"/>
              </w:rPr>
              <w:t>приклади</w:t>
            </w:r>
            <w:proofErr w:type="spellEnd"/>
          </w:p>
        </w:tc>
        <w:tc>
          <w:tcPr>
            <w:tcW w:w="708" w:type="dxa"/>
          </w:tcPr>
          <w:p w14:paraId="1B866264" w14:textId="77777777" w:rsidR="00C9072A" w:rsidRPr="00D96E49" w:rsidRDefault="00FA65AC">
            <w:pPr>
              <w:rPr>
                <w:rFonts w:ascii="Times New Roman" w:hAnsi="Times New Roman" w:cs="Times New Roman"/>
                <w:lang w:val="ru-RU"/>
              </w:rPr>
            </w:pPr>
            <w:proofErr w:type="spellStart"/>
            <w:r w:rsidRPr="00D96E49">
              <w:rPr>
                <w:rFonts w:ascii="Times New Roman" w:hAnsi="Times New Roman" w:cs="Times New Roman"/>
                <w:lang w:val="ru-RU"/>
              </w:rPr>
              <w:t>Оцінка</w:t>
            </w:r>
            <w:proofErr w:type="spellEnd"/>
            <w:r w:rsidRPr="00D96E49">
              <w:rPr>
                <w:rFonts w:ascii="Times New Roman" w:hAnsi="Times New Roman" w:cs="Times New Roman"/>
                <w:lang w:val="ru-RU"/>
              </w:rPr>
              <w:t xml:space="preserve"> (1–5)</w:t>
            </w:r>
          </w:p>
        </w:tc>
        <w:tc>
          <w:tcPr>
            <w:tcW w:w="3266" w:type="dxa"/>
          </w:tcPr>
          <w:p w14:paraId="0D7949BB" w14:textId="77777777" w:rsidR="00C9072A" w:rsidRPr="00D96E49" w:rsidRDefault="00FA65AC" w:rsidP="00E12968">
            <w:pPr>
              <w:ind w:right="-679"/>
              <w:rPr>
                <w:rFonts w:ascii="Times New Roman" w:hAnsi="Times New Roman" w:cs="Times New Roman"/>
                <w:lang w:val="ru-RU"/>
              </w:rPr>
            </w:pPr>
            <w:proofErr w:type="spellStart"/>
            <w:r w:rsidRPr="00D96E49">
              <w:rPr>
                <w:rFonts w:ascii="Times New Roman" w:hAnsi="Times New Roman" w:cs="Times New Roman"/>
                <w:lang w:val="ru-RU"/>
              </w:rPr>
              <w:t>Коментар</w:t>
            </w:r>
            <w:proofErr w:type="spellEnd"/>
          </w:p>
        </w:tc>
      </w:tr>
      <w:tr w:rsidR="00FA65AC" w:rsidRPr="00D403A0" w14:paraId="2CCAEB7E" w14:textId="77777777" w:rsidTr="00A127CF">
        <w:tc>
          <w:tcPr>
            <w:tcW w:w="2160" w:type="dxa"/>
          </w:tcPr>
          <w:p w14:paraId="1DF82BBA" w14:textId="77777777" w:rsidR="00C9072A" w:rsidRPr="00D96E49" w:rsidRDefault="00FA65AC">
            <w:pPr>
              <w:rPr>
                <w:rFonts w:ascii="Times New Roman" w:hAnsi="Times New Roman" w:cs="Times New Roman"/>
                <w:lang w:val="ru-RU"/>
              </w:rPr>
            </w:pPr>
            <w:proofErr w:type="spellStart"/>
            <w:r w:rsidRPr="00D96E49">
              <w:rPr>
                <w:rFonts w:ascii="Times New Roman" w:hAnsi="Times New Roman" w:cs="Times New Roman"/>
                <w:lang w:val="ru-RU"/>
              </w:rPr>
              <w:lastRenderedPageBreak/>
              <w:t>Представництво</w:t>
            </w:r>
            <w:proofErr w:type="spellEnd"/>
            <w:r w:rsidRPr="00D96E49">
              <w:rPr>
                <w:rFonts w:ascii="Times New Roman" w:hAnsi="Times New Roman" w:cs="Times New Roman"/>
                <w:lang w:val="ru-RU"/>
              </w:rPr>
              <w:t xml:space="preserve"> </w:t>
            </w:r>
            <w:proofErr w:type="spellStart"/>
            <w:r w:rsidRPr="00D96E49">
              <w:rPr>
                <w:rFonts w:ascii="Times New Roman" w:hAnsi="Times New Roman" w:cs="Times New Roman"/>
                <w:lang w:val="ru-RU"/>
              </w:rPr>
              <w:t>різних</w:t>
            </w:r>
            <w:proofErr w:type="spellEnd"/>
            <w:r w:rsidRPr="00D96E49">
              <w:rPr>
                <w:rFonts w:ascii="Times New Roman" w:hAnsi="Times New Roman" w:cs="Times New Roman"/>
                <w:lang w:val="ru-RU"/>
              </w:rPr>
              <w:t xml:space="preserve"> </w:t>
            </w:r>
            <w:proofErr w:type="spellStart"/>
            <w:r w:rsidRPr="00D96E49">
              <w:rPr>
                <w:rFonts w:ascii="Times New Roman" w:hAnsi="Times New Roman" w:cs="Times New Roman"/>
                <w:lang w:val="ru-RU"/>
              </w:rPr>
              <w:t>груп</w:t>
            </w:r>
            <w:proofErr w:type="spellEnd"/>
            <w:r w:rsidRPr="00D96E49">
              <w:rPr>
                <w:rFonts w:ascii="Times New Roman" w:hAnsi="Times New Roman" w:cs="Times New Roman"/>
                <w:lang w:val="ru-RU"/>
              </w:rPr>
              <w:t xml:space="preserve"> ВПО</w:t>
            </w:r>
          </w:p>
        </w:tc>
        <w:tc>
          <w:tcPr>
            <w:tcW w:w="3364" w:type="dxa"/>
          </w:tcPr>
          <w:p w14:paraId="54B24C6C" w14:textId="0746610D" w:rsidR="00C9072A" w:rsidRPr="00BB126B" w:rsidRDefault="00472635" w:rsidP="00A127CF">
            <w:pPr>
              <w:spacing w:after="0"/>
              <w:rPr>
                <w:rFonts w:ascii="Times New Roman" w:hAnsi="Times New Roman" w:cs="Times New Roman"/>
                <w:lang w:val="uk-UA"/>
              </w:rPr>
            </w:pPr>
            <w:r w:rsidRPr="00472635">
              <w:rPr>
                <w:rFonts w:ascii="Times New Roman" w:hAnsi="Times New Roman" w:cs="Times New Roman"/>
                <w:lang w:val="uk-UA"/>
              </w:rPr>
              <w:t>Рахівська Рада з питань ВПО забезпечує представництво різних груп внутрішньо переміщених осіб через залучення представників різного віку, статі, соціального статусу та місць походження. Формування складу Ради відбувається на засадах відкритості та добровільної участі, що дає можливість врахувати потреби різних категорій ВПО. У роботі Ради також використовуються консультації, опитування та публічні обговорення для врахування думок ширшого кола переселенців. Це сприяє більш збалансованому та інклюзивному ухваленню рішень.</w:t>
            </w:r>
          </w:p>
        </w:tc>
        <w:tc>
          <w:tcPr>
            <w:tcW w:w="708" w:type="dxa"/>
          </w:tcPr>
          <w:p w14:paraId="572AA602" w14:textId="52D88865" w:rsidR="00C9072A" w:rsidRPr="00D96E49" w:rsidRDefault="006967B2" w:rsidP="00C12930">
            <w:pPr>
              <w:jc w:val="center"/>
              <w:rPr>
                <w:rFonts w:ascii="Times New Roman" w:hAnsi="Times New Roman" w:cs="Times New Roman"/>
                <w:lang w:val="ru-RU"/>
              </w:rPr>
            </w:pPr>
            <w:r>
              <w:rPr>
                <w:rFonts w:ascii="Times New Roman" w:hAnsi="Times New Roman" w:cs="Times New Roman"/>
                <w:lang w:val="ru-RU"/>
              </w:rPr>
              <w:t>5</w:t>
            </w:r>
          </w:p>
        </w:tc>
        <w:tc>
          <w:tcPr>
            <w:tcW w:w="3266" w:type="dxa"/>
          </w:tcPr>
          <w:p w14:paraId="1A2F89EC" w14:textId="654D57CC" w:rsidR="00C9072A" w:rsidRPr="00A34597" w:rsidRDefault="00A34597">
            <w:pPr>
              <w:rPr>
                <w:rFonts w:ascii="Times New Roman" w:hAnsi="Times New Roman" w:cs="Times New Roman"/>
                <w:i/>
                <w:iCs/>
                <w:lang w:val="ru-RU"/>
              </w:rPr>
            </w:pPr>
            <w:proofErr w:type="spellStart"/>
            <w:r w:rsidRPr="00A34597">
              <w:rPr>
                <w:rFonts w:ascii="Times New Roman" w:hAnsi="Times New Roman" w:cs="Times New Roman"/>
                <w:i/>
                <w:iCs/>
                <w:lang w:val="ru-RU"/>
              </w:rPr>
              <w:t>Такий</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підхід</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дозволяє</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Раді</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ефективно</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враховувати</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різноманітні</w:t>
            </w:r>
            <w:proofErr w:type="spellEnd"/>
            <w:r w:rsidRPr="00A34597">
              <w:rPr>
                <w:rFonts w:ascii="Times New Roman" w:hAnsi="Times New Roman" w:cs="Times New Roman"/>
                <w:i/>
                <w:iCs/>
                <w:lang w:val="ru-RU"/>
              </w:rPr>
              <w:t xml:space="preserve"> потреби ВПО та </w:t>
            </w:r>
            <w:proofErr w:type="spellStart"/>
            <w:r w:rsidRPr="00A34597">
              <w:rPr>
                <w:rFonts w:ascii="Times New Roman" w:hAnsi="Times New Roman" w:cs="Times New Roman"/>
                <w:i/>
                <w:iCs/>
                <w:lang w:val="ru-RU"/>
              </w:rPr>
              <w:t>забезпечує</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інклюзивність</w:t>
            </w:r>
            <w:proofErr w:type="spellEnd"/>
            <w:r w:rsidRPr="00A34597">
              <w:rPr>
                <w:rFonts w:ascii="Times New Roman" w:hAnsi="Times New Roman" w:cs="Times New Roman"/>
                <w:i/>
                <w:iCs/>
                <w:lang w:val="ru-RU"/>
              </w:rPr>
              <w:t xml:space="preserve"> у </w:t>
            </w:r>
            <w:proofErr w:type="spellStart"/>
            <w:r w:rsidRPr="00A34597">
              <w:rPr>
                <w:rFonts w:ascii="Times New Roman" w:hAnsi="Times New Roman" w:cs="Times New Roman"/>
                <w:i/>
                <w:iCs/>
                <w:lang w:val="ru-RU"/>
              </w:rPr>
              <w:t>процесі</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прийняття</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рішень</w:t>
            </w:r>
            <w:proofErr w:type="spellEnd"/>
            <w:r w:rsidRPr="00A34597">
              <w:rPr>
                <w:rFonts w:ascii="Times New Roman" w:hAnsi="Times New Roman" w:cs="Times New Roman"/>
                <w:i/>
                <w:iCs/>
                <w:lang w:val="ru-RU"/>
              </w:rPr>
              <w:t xml:space="preserve"> на </w:t>
            </w:r>
            <w:proofErr w:type="spellStart"/>
            <w:r w:rsidRPr="00A34597">
              <w:rPr>
                <w:rFonts w:ascii="Times New Roman" w:hAnsi="Times New Roman" w:cs="Times New Roman"/>
                <w:i/>
                <w:iCs/>
                <w:lang w:val="ru-RU"/>
              </w:rPr>
              <w:t>місцевому</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рівні</w:t>
            </w:r>
            <w:proofErr w:type="spellEnd"/>
          </w:p>
        </w:tc>
      </w:tr>
      <w:tr w:rsidR="00FA65AC" w:rsidRPr="00D403A0" w14:paraId="58E37043" w14:textId="77777777" w:rsidTr="00A127CF">
        <w:tc>
          <w:tcPr>
            <w:tcW w:w="2160" w:type="dxa"/>
          </w:tcPr>
          <w:p w14:paraId="7FB9028F" w14:textId="77777777" w:rsidR="00C9072A" w:rsidRPr="00DC4DE7" w:rsidRDefault="00FA65AC">
            <w:pPr>
              <w:rPr>
                <w:rFonts w:ascii="Times New Roman" w:hAnsi="Times New Roman" w:cs="Times New Roman"/>
                <w:lang w:val="ru-RU"/>
              </w:rPr>
            </w:pPr>
            <w:proofErr w:type="spellStart"/>
            <w:r w:rsidRPr="00D96E49">
              <w:rPr>
                <w:rFonts w:ascii="Times New Roman" w:hAnsi="Times New Roman" w:cs="Times New Roman"/>
                <w:lang w:val="ru-RU"/>
              </w:rPr>
              <w:t>Н</w:t>
            </w:r>
            <w:r w:rsidRPr="00DC4DE7">
              <w:rPr>
                <w:rFonts w:ascii="Times New Roman" w:hAnsi="Times New Roman" w:cs="Times New Roman"/>
                <w:lang w:val="ru-RU"/>
              </w:rPr>
              <w:t>аявність</w:t>
            </w:r>
            <w:proofErr w:type="spellEnd"/>
            <w:r w:rsidRPr="00DC4DE7">
              <w:rPr>
                <w:rFonts w:ascii="Times New Roman" w:hAnsi="Times New Roman" w:cs="Times New Roman"/>
                <w:lang w:val="ru-RU"/>
              </w:rPr>
              <w:t xml:space="preserve"> </w:t>
            </w:r>
            <w:proofErr w:type="spellStart"/>
            <w:r w:rsidRPr="00DC4DE7">
              <w:rPr>
                <w:rFonts w:ascii="Times New Roman" w:hAnsi="Times New Roman" w:cs="Times New Roman"/>
                <w:lang w:val="ru-RU"/>
              </w:rPr>
              <w:t>каналів</w:t>
            </w:r>
            <w:proofErr w:type="spellEnd"/>
            <w:r w:rsidRPr="00DC4DE7">
              <w:rPr>
                <w:rFonts w:ascii="Times New Roman" w:hAnsi="Times New Roman" w:cs="Times New Roman"/>
                <w:lang w:val="ru-RU"/>
              </w:rPr>
              <w:t xml:space="preserve"> </w:t>
            </w:r>
            <w:proofErr w:type="spellStart"/>
            <w:r w:rsidRPr="00DC4DE7">
              <w:rPr>
                <w:rFonts w:ascii="Times New Roman" w:hAnsi="Times New Roman" w:cs="Times New Roman"/>
                <w:lang w:val="ru-RU"/>
              </w:rPr>
              <w:t>зворотного</w:t>
            </w:r>
            <w:proofErr w:type="spellEnd"/>
            <w:r w:rsidRPr="00DC4DE7">
              <w:rPr>
                <w:rFonts w:ascii="Times New Roman" w:hAnsi="Times New Roman" w:cs="Times New Roman"/>
                <w:lang w:val="ru-RU"/>
              </w:rPr>
              <w:t xml:space="preserve"> </w:t>
            </w:r>
            <w:proofErr w:type="spellStart"/>
            <w:r w:rsidRPr="00DC4DE7">
              <w:rPr>
                <w:rFonts w:ascii="Times New Roman" w:hAnsi="Times New Roman" w:cs="Times New Roman"/>
                <w:lang w:val="ru-RU"/>
              </w:rPr>
              <w:t>зв’язку</w:t>
            </w:r>
            <w:proofErr w:type="spellEnd"/>
          </w:p>
        </w:tc>
        <w:tc>
          <w:tcPr>
            <w:tcW w:w="3364" w:type="dxa"/>
          </w:tcPr>
          <w:p w14:paraId="1F7E29DF" w14:textId="77777777" w:rsidR="00C9072A" w:rsidRDefault="00A127CF">
            <w:pPr>
              <w:rPr>
                <w:rFonts w:ascii="Times New Roman" w:hAnsi="Times New Roman" w:cs="Times New Roman"/>
                <w:lang w:val="uk-UA"/>
              </w:rPr>
            </w:pPr>
            <w:r w:rsidRPr="00A127CF">
              <w:rPr>
                <w:rFonts w:ascii="Times New Roman" w:hAnsi="Times New Roman" w:cs="Times New Roman"/>
                <w:lang w:val="uk-UA"/>
              </w:rPr>
              <w:t>Г</w:t>
            </w:r>
            <w:r>
              <w:rPr>
                <w:rFonts w:ascii="Times New Roman" w:hAnsi="Times New Roman" w:cs="Times New Roman"/>
                <w:lang w:val="uk-UA"/>
              </w:rPr>
              <w:t>олова Ради, брала</w:t>
            </w:r>
            <w:r w:rsidRPr="008322C6">
              <w:rPr>
                <w:rFonts w:ascii="Times New Roman" w:hAnsi="Times New Roman" w:cs="Times New Roman"/>
                <w:lang w:val="uk-UA"/>
              </w:rPr>
              <w:t xml:space="preserve"> участь у засіданнях Координаційного штабу з питань ВПО, де раз на два тижні у</w:t>
            </w:r>
            <w:r w:rsidRPr="00A127CF">
              <w:rPr>
                <w:rFonts w:ascii="Times New Roman" w:hAnsi="Times New Roman" w:cs="Times New Roman"/>
                <w:lang w:val="uk-UA"/>
              </w:rPr>
              <w:t xml:space="preserve"> його засіданнях беруть участь в тому числі представники центральних органів виконавчої влади, обласних та Київської міської  військових адміністрацій, міжнародних і громадських організацій та інші під головуванням Віце-прем’єр-міністра України – Міністра з питань реінтеграції тимчасово окупованих територій.</w:t>
            </w:r>
          </w:p>
          <w:p w14:paraId="77A41438" w14:textId="5F4F7678" w:rsidR="00A127CF" w:rsidRPr="00DC4DE7" w:rsidRDefault="00A127CF">
            <w:pPr>
              <w:rPr>
                <w:rFonts w:ascii="Times New Roman" w:hAnsi="Times New Roman" w:cs="Times New Roman"/>
                <w:lang w:val="ru-RU"/>
              </w:rPr>
            </w:pPr>
            <w:r>
              <w:rPr>
                <w:rFonts w:ascii="Times New Roman" w:hAnsi="Times New Roman" w:cs="Times New Roman"/>
                <w:lang w:val="uk-UA"/>
              </w:rPr>
              <w:t>ВПО можуть звернутися до Ради із індивідуальним чи колективним зверненням.</w:t>
            </w:r>
          </w:p>
        </w:tc>
        <w:tc>
          <w:tcPr>
            <w:tcW w:w="708" w:type="dxa"/>
          </w:tcPr>
          <w:p w14:paraId="6CA89450" w14:textId="694CF39B" w:rsidR="00C9072A" w:rsidRPr="00DC4DE7" w:rsidRDefault="00A127CF" w:rsidP="00372CBA">
            <w:pPr>
              <w:jc w:val="center"/>
              <w:rPr>
                <w:rFonts w:ascii="Times New Roman" w:hAnsi="Times New Roman" w:cs="Times New Roman"/>
                <w:lang w:val="ru-RU"/>
              </w:rPr>
            </w:pPr>
            <w:r>
              <w:rPr>
                <w:rFonts w:ascii="Times New Roman" w:hAnsi="Times New Roman" w:cs="Times New Roman"/>
                <w:lang w:val="ru-RU"/>
              </w:rPr>
              <w:t>5</w:t>
            </w:r>
          </w:p>
        </w:tc>
        <w:tc>
          <w:tcPr>
            <w:tcW w:w="3266" w:type="dxa"/>
          </w:tcPr>
          <w:p w14:paraId="1A4EB787" w14:textId="0527F775" w:rsidR="00C9072A" w:rsidRPr="00A34597" w:rsidRDefault="00A127CF">
            <w:pPr>
              <w:rPr>
                <w:rFonts w:ascii="Times New Roman" w:hAnsi="Times New Roman" w:cs="Times New Roman"/>
                <w:i/>
                <w:iCs/>
                <w:lang w:val="ru-RU"/>
              </w:rPr>
            </w:pPr>
            <w:r w:rsidRPr="00A34597">
              <w:rPr>
                <w:rFonts w:ascii="Times New Roman" w:hAnsi="Times New Roman" w:cs="Times New Roman"/>
                <w:i/>
                <w:iCs/>
                <w:lang w:val="uk-UA"/>
              </w:rPr>
              <w:t xml:space="preserve">Розглядалися </w:t>
            </w:r>
            <w:r w:rsidRPr="00A34597">
              <w:rPr>
                <w:rFonts w:ascii="Times New Roman" w:hAnsi="Times New Roman" w:cs="Times New Roman"/>
                <w:i/>
                <w:iCs/>
                <w:shd w:val="clear" w:color="auto" w:fill="FFFFFF"/>
                <w:lang w:val="uk-UA"/>
              </w:rPr>
              <w:t>питання соціального захисту ВПО, сприяння їх працевлаштуванню й інтеграції у приймаючі громади тощо</w:t>
            </w:r>
          </w:p>
        </w:tc>
      </w:tr>
      <w:tr w:rsidR="00FA65AC" w:rsidRPr="00D403A0" w14:paraId="1ABBD6B7" w14:textId="77777777" w:rsidTr="00A127CF">
        <w:tc>
          <w:tcPr>
            <w:tcW w:w="2160" w:type="dxa"/>
          </w:tcPr>
          <w:p w14:paraId="2856995A" w14:textId="77777777" w:rsidR="00C9072A" w:rsidRPr="00DC4DE7" w:rsidRDefault="00FA65AC">
            <w:pPr>
              <w:rPr>
                <w:rFonts w:ascii="Times New Roman" w:hAnsi="Times New Roman" w:cs="Times New Roman"/>
                <w:lang w:val="ru-RU"/>
              </w:rPr>
            </w:pPr>
            <w:proofErr w:type="spellStart"/>
            <w:r w:rsidRPr="00DC4DE7">
              <w:rPr>
                <w:rFonts w:ascii="Times New Roman" w:hAnsi="Times New Roman" w:cs="Times New Roman"/>
                <w:lang w:val="ru-RU"/>
              </w:rPr>
              <w:t>Проведення</w:t>
            </w:r>
            <w:proofErr w:type="spellEnd"/>
            <w:r w:rsidRPr="00DC4DE7">
              <w:rPr>
                <w:rFonts w:ascii="Times New Roman" w:hAnsi="Times New Roman" w:cs="Times New Roman"/>
                <w:lang w:val="ru-RU"/>
              </w:rPr>
              <w:t xml:space="preserve"> </w:t>
            </w:r>
            <w:proofErr w:type="spellStart"/>
            <w:r w:rsidRPr="00DC4DE7">
              <w:rPr>
                <w:rFonts w:ascii="Times New Roman" w:hAnsi="Times New Roman" w:cs="Times New Roman"/>
                <w:lang w:val="ru-RU"/>
              </w:rPr>
              <w:t>консультацій</w:t>
            </w:r>
            <w:proofErr w:type="spellEnd"/>
            <w:r w:rsidRPr="00DC4DE7">
              <w:rPr>
                <w:rFonts w:ascii="Times New Roman" w:hAnsi="Times New Roman" w:cs="Times New Roman"/>
                <w:lang w:val="ru-RU"/>
              </w:rPr>
              <w:t xml:space="preserve"> з ВПО</w:t>
            </w:r>
          </w:p>
        </w:tc>
        <w:tc>
          <w:tcPr>
            <w:tcW w:w="3364" w:type="dxa"/>
          </w:tcPr>
          <w:p w14:paraId="7CB6D09A" w14:textId="6F30FD2C" w:rsidR="00C9072A" w:rsidRDefault="00FF3EFC" w:rsidP="00EA27DF">
            <w:pPr>
              <w:spacing w:after="0"/>
              <w:rPr>
                <w:rFonts w:ascii="Times New Roman" w:hAnsi="Times New Roman" w:cs="Times New Roman"/>
                <w:lang w:val="uk-UA"/>
              </w:rPr>
            </w:pPr>
            <w:r>
              <w:rPr>
                <w:rFonts w:ascii="Times New Roman" w:hAnsi="Times New Roman" w:cs="Times New Roman"/>
                <w:lang w:val="uk-UA"/>
              </w:rPr>
              <w:t xml:space="preserve">При зверненні ВПО </w:t>
            </w:r>
            <w:r w:rsidR="003B7CB5">
              <w:rPr>
                <w:rFonts w:ascii="Times New Roman" w:hAnsi="Times New Roman" w:cs="Times New Roman"/>
                <w:lang w:val="uk-UA"/>
              </w:rPr>
              <w:t>надаються консультації та допомога спеціалі</w:t>
            </w:r>
            <w:r w:rsidR="00544C6E">
              <w:rPr>
                <w:rFonts w:ascii="Times New Roman" w:hAnsi="Times New Roman" w:cs="Times New Roman"/>
                <w:lang w:val="uk-UA"/>
              </w:rPr>
              <w:t>с</w:t>
            </w:r>
            <w:r w:rsidR="003B7CB5">
              <w:rPr>
                <w:rFonts w:ascii="Times New Roman" w:hAnsi="Times New Roman" w:cs="Times New Roman"/>
                <w:lang w:val="uk-UA"/>
              </w:rPr>
              <w:t>тами УСЗН та НСП Рахівської РДА-РВА, а також і головою Ради та членами</w:t>
            </w:r>
            <w:r w:rsidR="00A66654">
              <w:rPr>
                <w:rFonts w:ascii="Times New Roman" w:hAnsi="Times New Roman" w:cs="Times New Roman"/>
                <w:lang w:val="uk-UA"/>
              </w:rPr>
              <w:t>.</w:t>
            </w:r>
          </w:p>
          <w:p w14:paraId="1992A331" w14:textId="0A6CF153" w:rsidR="008171B5" w:rsidRDefault="008171B5" w:rsidP="00EA27DF">
            <w:pPr>
              <w:spacing w:after="0"/>
              <w:rPr>
                <w:rFonts w:ascii="Times New Roman" w:hAnsi="Times New Roman" w:cs="Times New Roman"/>
                <w:lang w:val="uk-UA"/>
              </w:rPr>
            </w:pPr>
            <w:r>
              <w:rPr>
                <w:rFonts w:ascii="Times New Roman" w:hAnsi="Times New Roman" w:cs="Times New Roman"/>
                <w:lang w:val="uk-UA"/>
              </w:rPr>
              <w:t xml:space="preserve">Наприклад, надавалися консультації членкинею Ради – державним реєстратором щодо особливостей реєстрації </w:t>
            </w:r>
            <w:r>
              <w:rPr>
                <w:rFonts w:ascii="Times New Roman" w:hAnsi="Times New Roman" w:cs="Times New Roman"/>
                <w:lang w:val="uk-UA"/>
              </w:rPr>
              <w:lastRenderedPageBreak/>
              <w:t>нерухомого майна на окупованих територіях або територіях , де ведуться бойові дії за зверненнями ВПО. Також проводилося інформування пенсіонерів-ВПО щодо верифікації в органах ПФУ для можливості подальшого отримання пенсій.</w:t>
            </w:r>
          </w:p>
          <w:p w14:paraId="1D45D176" w14:textId="6676F58B" w:rsidR="008E7143" w:rsidRPr="00FF3EFC" w:rsidRDefault="008E7143" w:rsidP="00EA27DF">
            <w:pPr>
              <w:spacing w:after="0"/>
              <w:rPr>
                <w:rFonts w:ascii="Times New Roman" w:hAnsi="Times New Roman" w:cs="Times New Roman"/>
                <w:lang w:val="uk-UA"/>
              </w:rPr>
            </w:pPr>
          </w:p>
        </w:tc>
        <w:tc>
          <w:tcPr>
            <w:tcW w:w="708" w:type="dxa"/>
          </w:tcPr>
          <w:p w14:paraId="1A816573" w14:textId="603369E5" w:rsidR="00C9072A" w:rsidRPr="003B7CB5" w:rsidRDefault="00FC7346">
            <w:pPr>
              <w:rPr>
                <w:rFonts w:ascii="Times New Roman" w:hAnsi="Times New Roman" w:cs="Times New Roman"/>
                <w:lang w:val="ru-RU"/>
              </w:rPr>
            </w:pPr>
            <w:r>
              <w:rPr>
                <w:rFonts w:ascii="Times New Roman" w:hAnsi="Times New Roman" w:cs="Times New Roman"/>
                <w:lang w:val="ru-RU"/>
              </w:rPr>
              <w:lastRenderedPageBreak/>
              <w:t xml:space="preserve">     5</w:t>
            </w:r>
          </w:p>
        </w:tc>
        <w:tc>
          <w:tcPr>
            <w:tcW w:w="3266" w:type="dxa"/>
          </w:tcPr>
          <w:p w14:paraId="711DAE7D" w14:textId="30400229" w:rsidR="00C9072A" w:rsidRPr="00A34597" w:rsidRDefault="00A66654">
            <w:pPr>
              <w:rPr>
                <w:rFonts w:ascii="Times New Roman" w:hAnsi="Times New Roman" w:cs="Times New Roman"/>
                <w:i/>
                <w:iCs/>
                <w:lang w:val="ru-RU"/>
              </w:rPr>
            </w:pPr>
            <w:proofErr w:type="spellStart"/>
            <w:r w:rsidRPr="00A66654">
              <w:rPr>
                <w:rFonts w:ascii="Times New Roman" w:hAnsi="Times New Roman" w:cs="Times New Roman"/>
                <w:i/>
                <w:iCs/>
                <w:lang w:val="ru-RU"/>
              </w:rPr>
              <w:t>Проведення</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регулярних</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консультацій</w:t>
            </w:r>
            <w:proofErr w:type="spellEnd"/>
            <w:r w:rsidRPr="00A66654">
              <w:rPr>
                <w:rFonts w:ascii="Times New Roman" w:hAnsi="Times New Roman" w:cs="Times New Roman"/>
                <w:i/>
                <w:iCs/>
                <w:lang w:val="ru-RU"/>
              </w:rPr>
              <w:t xml:space="preserve"> з ВПО </w:t>
            </w:r>
            <w:proofErr w:type="spellStart"/>
            <w:r w:rsidRPr="00A66654">
              <w:rPr>
                <w:rFonts w:ascii="Times New Roman" w:hAnsi="Times New Roman" w:cs="Times New Roman"/>
                <w:i/>
                <w:iCs/>
                <w:lang w:val="ru-RU"/>
              </w:rPr>
              <w:t>сприяє</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відкритому</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діалогу</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виявленню</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актуальних</w:t>
            </w:r>
            <w:proofErr w:type="spellEnd"/>
            <w:r w:rsidRPr="00A66654">
              <w:rPr>
                <w:rFonts w:ascii="Times New Roman" w:hAnsi="Times New Roman" w:cs="Times New Roman"/>
                <w:i/>
                <w:iCs/>
                <w:lang w:val="ru-RU"/>
              </w:rPr>
              <w:t xml:space="preserve"> проблем та </w:t>
            </w:r>
            <w:proofErr w:type="spellStart"/>
            <w:r w:rsidRPr="00A66654">
              <w:rPr>
                <w:rFonts w:ascii="Times New Roman" w:hAnsi="Times New Roman" w:cs="Times New Roman"/>
                <w:i/>
                <w:iCs/>
                <w:lang w:val="ru-RU"/>
              </w:rPr>
              <w:t>залученню</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внутрішньо</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переміщених</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осіб</w:t>
            </w:r>
            <w:proofErr w:type="spellEnd"/>
            <w:r w:rsidRPr="00A66654">
              <w:rPr>
                <w:rFonts w:ascii="Times New Roman" w:hAnsi="Times New Roman" w:cs="Times New Roman"/>
                <w:i/>
                <w:iCs/>
                <w:lang w:val="ru-RU"/>
              </w:rPr>
              <w:t xml:space="preserve"> до </w:t>
            </w:r>
            <w:proofErr w:type="spellStart"/>
            <w:r w:rsidRPr="00A66654">
              <w:rPr>
                <w:rFonts w:ascii="Times New Roman" w:hAnsi="Times New Roman" w:cs="Times New Roman"/>
                <w:i/>
                <w:iCs/>
                <w:lang w:val="ru-RU"/>
              </w:rPr>
              <w:t>формування</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місцевих</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рішень</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що</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безпосередньо</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впливають</w:t>
            </w:r>
            <w:proofErr w:type="spellEnd"/>
            <w:r w:rsidRPr="00A66654">
              <w:rPr>
                <w:rFonts w:ascii="Times New Roman" w:hAnsi="Times New Roman" w:cs="Times New Roman"/>
                <w:i/>
                <w:iCs/>
                <w:lang w:val="ru-RU"/>
              </w:rPr>
              <w:t xml:space="preserve"> </w:t>
            </w:r>
            <w:r w:rsidRPr="00A66654">
              <w:rPr>
                <w:rFonts w:ascii="Times New Roman" w:hAnsi="Times New Roman" w:cs="Times New Roman"/>
                <w:i/>
                <w:iCs/>
                <w:lang w:val="ru-RU"/>
              </w:rPr>
              <w:lastRenderedPageBreak/>
              <w:t xml:space="preserve">на </w:t>
            </w:r>
            <w:proofErr w:type="spellStart"/>
            <w:r w:rsidRPr="00A66654">
              <w:rPr>
                <w:rFonts w:ascii="Times New Roman" w:hAnsi="Times New Roman" w:cs="Times New Roman"/>
                <w:i/>
                <w:iCs/>
                <w:lang w:val="ru-RU"/>
              </w:rPr>
              <w:t>їхнє</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життя</w:t>
            </w:r>
            <w:proofErr w:type="spellEnd"/>
            <w:r>
              <w:rPr>
                <w:rFonts w:ascii="Times New Roman" w:hAnsi="Times New Roman" w:cs="Times New Roman"/>
                <w:i/>
                <w:iCs/>
                <w:lang w:val="ru-RU"/>
              </w:rPr>
              <w:t>.</w:t>
            </w:r>
          </w:p>
        </w:tc>
      </w:tr>
      <w:tr w:rsidR="00FA65AC" w:rsidRPr="00D403A0" w14:paraId="31181BF1" w14:textId="77777777" w:rsidTr="00A127CF">
        <w:tc>
          <w:tcPr>
            <w:tcW w:w="2160" w:type="dxa"/>
          </w:tcPr>
          <w:p w14:paraId="3328F423"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lastRenderedPageBreak/>
              <w:t>Залучення</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мешканців</w:t>
            </w:r>
            <w:proofErr w:type="spellEnd"/>
            <w:r w:rsidRPr="00FA65AC">
              <w:rPr>
                <w:rFonts w:ascii="Times New Roman" w:hAnsi="Times New Roman" w:cs="Times New Roman"/>
              </w:rPr>
              <w:t xml:space="preserve"> МТП</w:t>
            </w:r>
          </w:p>
        </w:tc>
        <w:tc>
          <w:tcPr>
            <w:tcW w:w="3364" w:type="dxa"/>
          </w:tcPr>
          <w:p w14:paraId="452AAB65" w14:textId="12EB692F" w:rsidR="00C9072A" w:rsidRPr="00E92701" w:rsidRDefault="009E4A4F" w:rsidP="005743BC">
            <w:pPr>
              <w:spacing w:after="0"/>
              <w:rPr>
                <w:rFonts w:ascii="Times New Roman" w:hAnsi="Times New Roman" w:cs="Times New Roman"/>
                <w:lang w:val="ru-RU"/>
              </w:rPr>
            </w:pPr>
            <w:r w:rsidRPr="00E92701">
              <w:rPr>
                <w:rFonts w:ascii="Times New Roman" w:hAnsi="Times New Roman" w:cs="Times New Roman"/>
                <w:lang w:val="uk-UA"/>
              </w:rPr>
              <w:t xml:space="preserve">Мешканців МТП також </w:t>
            </w:r>
            <w:proofErr w:type="spellStart"/>
            <w:r w:rsidRPr="00E92701">
              <w:rPr>
                <w:rFonts w:ascii="Times New Roman" w:hAnsi="Times New Roman" w:cs="Times New Roman"/>
                <w:lang w:val="ru-RU"/>
              </w:rPr>
              <w:t>обрано</w:t>
            </w:r>
            <w:proofErr w:type="spellEnd"/>
            <w:r w:rsidRPr="00E92701">
              <w:rPr>
                <w:rFonts w:ascii="Times New Roman" w:hAnsi="Times New Roman" w:cs="Times New Roman"/>
                <w:lang w:val="ru-RU"/>
              </w:rPr>
              <w:t xml:space="preserve"> до складу Ради</w:t>
            </w:r>
          </w:p>
        </w:tc>
        <w:tc>
          <w:tcPr>
            <w:tcW w:w="708" w:type="dxa"/>
          </w:tcPr>
          <w:p w14:paraId="10FE22E0" w14:textId="094390E9" w:rsidR="00C9072A" w:rsidRPr="006F6A72" w:rsidRDefault="00B1693A">
            <w:pPr>
              <w:rPr>
                <w:rFonts w:ascii="Times New Roman" w:hAnsi="Times New Roman" w:cs="Times New Roman"/>
                <w:lang w:val="ru-RU"/>
              </w:rPr>
            </w:pPr>
            <w:r>
              <w:rPr>
                <w:rFonts w:ascii="Times New Roman" w:hAnsi="Times New Roman" w:cs="Times New Roman"/>
                <w:lang w:val="ru-RU"/>
              </w:rPr>
              <w:t xml:space="preserve">   4</w:t>
            </w:r>
          </w:p>
        </w:tc>
        <w:tc>
          <w:tcPr>
            <w:tcW w:w="3266" w:type="dxa"/>
          </w:tcPr>
          <w:p w14:paraId="008CB569" w14:textId="425AEE02" w:rsidR="00C9072A" w:rsidRPr="00A34597" w:rsidRDefault="00D263F7" w:rsidP="00453E48">
            <w:pPr>
              <w:spacing w:after="0" w:line="240" w:lineRule="auto"/>
              <w:jc w:val="both"/>
              <w:rPr>
                <w:rFonts w:ascii="Times New Roman" w:eastAsia="Times New Roman" w:hAnsi="Times New Roman" w:cs="Times New Roman"/>
                <w:i/>
                <w:iCs/>
                <w:lang w:val="ru-RU"/>
              </w:rPr>
            </w:pPr>
            <w:proofErr w:type="spellStart"/>
            <w:r w:rsidRPr="00A34597">
              <w:rPr>
                <w:rFonts w:ascii="Times New Roman" w:hAnsi="Times New Roman" w:cs="Times New Roman"/>
                <w:i/>
                <w:iCs/>
                <w:lang w:val="ru-RU"/>
              </w:rPr>
              <w:t>Беруть</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активну</w:t>
            </w:r>
            <w:proofErr w:type="spellEnd"/>
            <w:r w:rsidRPr="00A34597">
              <w:rPr>
                <w:rFonts w:ascii="Times New Roman" w:hAnsi="Times New Roman" w:cs="Times New Roman"/>
                <w:i/>
                <w:iCs/>
                <w:lang w:val="ru-RU"/>
              </w:rPr>
              <w:t xml:space="preserve"> участь у </w:t>
            </w:r>
            <w:proofErr w:type="spellStart"/>
            <w:r w:rsidRPr="00A34597">
              <w:rPr>
                <w:rFonts w:ascii="Times New Roman" w:hAnsi="Times New Roman" w:cs="Times New Roman"/>
                <w:i/>
                <w:iCs/>
                <w:lang w:val="ru-RU"/>
              </w:rPr>
              <w:t>громадській</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діяльності</w:t>
            </w:r>
            <w:proofErr w:type="spellEnd"/>
            <w:r w:rsidRPr="00A34597">
              <w:rPr>
                <w:rFonts w:ascii="Times New Roman" w:hAnsi="Times New Roman" w:cs="Times New Roman"/>
                <w:i/>
                <w:iCs/>
                <w:lang w:val="ru-RU"/>
              </w:rPr>
              <w:t xml:space="preserve"> у </w:t>
            </w:r>
            <w:proofErr w:type="spellStart"/>
            <w:r w:rsidRPr="00A34597">
              <w:rPr>
                <w:rFonts w:ascii="Times New Roman" w:hAnsi="Times New Roman" w:cs="Times New Roman"/>
                <w:i/>
                <w:iCs/>
                <w:lang w:val="ru-RU"/>
              </w:rPr>
              <w:t>сфері</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захисту</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внутрішньо</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переміщених</w:t>
            </w:r>
            <w:proofErr w:type="spellEnd"/>
            <w:r w:rsidRPr="00A34597">
              <w:rPr>
                <w:rFonts w:ascii="Times New Roman" w:hAnsi="Times New Roman" w:cs="Times New Roman"/>
                <w:i/>
                <w:iCs/>
                <w:lang w:val="ru-RU"/>
              </w:rPr>
              <w:t xml:space="preserve"> </w:t>
            </w:r>
            <w:proofErr w:type="spellStart"/>
            <w:r w:rsidRPr="00A34597">
              <w:rPr>
                <w:rFonts w:ascii="Times New Roman" w:hAnsi="Times New Roman" w:cs="Times New Roman"/>
                <w:i/>
                <w:iCs/>
                <w:lang w:val="ru-RU"/>
              </w:rPr>
              <w:t>осіб</w:t>
            </w:r>
            <w:proofErr w:type="spellEnd"/>
            <w:r w:rsidRPr="00A34597">
              <w:rPr>
                <w:rFonts w:ascii="Times New Roman" w:hAnsi="Times New Roman" w:cs="Times New Roman"/>
                <w:i/>
                <w:iCs/>
                <w:lang w:val="ru-RU"/>
              </w:rPr>
              <w:t xml:space="preserve">. </w:t>
            </w:r>
            <w:bookmarkStart w:id="1" w:name="n56"/>
            <w:bookmarkStart w:id="2" w:name="n57"/>
            <w:bookmarkEnd w:id="1"/>
            <w:bookmarkEnd w:id="2"/>
          </w:p>
        </w:tc>
      </w:tr>
      <w:tr w:rsidR="00FA65AC" w:rsidRPr="00D403A0" w14:paraId="2B884138" w14:textId="77777777" w:rsidTr="00A127CF">
        <w:tc>
          <w:tcPr>
            <w:tcW w:w="2160" w:type="dxa"/>
          </w:tcPr>
          <w:p w14:paraId="04F4B922" w14:textId="77777777" w:rsidR="00C9072A" w:rsidRPr="00FA65AC" w:rsidRDefault="00FA65AC">
            <w:pPr>
              <w:rPr>
                <w:rFonts w:ascii="Times New Roman" w:hAnsi="Times New Roman" w:cs="Times New Roman"/>
                <w:lang w:val="ru-RU"/>
              </w:rPr>
            </w:pPr>
            <w:proofErr w:type="spellStart"/>
            <w:r w:rsidRPr="00FA65AC">
              <w:rPr>
                <w:rFonts w:ascii="Times New Roman" w:hAnsi="Times New Roman" w:cs="Times New Roman"/>
                <w:lang w:val="ru-RU"/>
              </w:rPr>
              <w:t>Врахування</w:t>
            </w:r>
            <w:proofErr w:type="spellEnd"/>
            <w:r w:rsidRPr="00FA65AC">
              <w:rPr>
                <w:rFonts w:ascii="Times New Roman" w:hAnsi="Times New Roman" w:cs="Times New Roman"/>
                <w:lang w:val="ru-RU"/>
              </w:rPr>
              <w:t xml:space="preserve"> </w:t>
            </w:r>
            <w:proofErr w:type="spellStart"/>
            <w:r w:rsidRPr="00FA65AC">
              <w:rPr>
                <w:rFonts w:ascii="Times New Roman" w:hAnsi="Times New Roman" w:cs="Times New Roman"/>
                <w:lang w:val="ru-RU"/>
              </w:rPr>
              <w:t>результатів</w:t>
            </w:r>
            <w:proofErr w:type="spellEnd"/>
            <w:r w:rsidRPr="00FA65AC">
              <w:rPr>
                <w:rFonts w:ascii="Times New Roman" w:hAnsi="Times New Roman" w:cs="Times New Roman"/>
                <w:lang w:val="ru-RU"/>
              </w:rPr>
              <w:t xml:space="preserve"> </w:t>
            </w:r>
            <w:proofErr w:type="spellStart"/>
            <w:r w:rsidRPr="00FA65AC">
              <w:rPr>
                <w:rFonts w:ascii="Times New Roman" w:hAnsi="Times New Roman" w:cs="Times New Roman"/>
                <w:lang w:val="ru-RU"/>
              </w:rPr>
              <w:t>консультацій</w:t>
            </w:r>
            <w:proofErr w:type="spellEnd"/>
            <w:r w:rsidRPr="00FA65AC">
              <w:rPr>
                <w:rFonts w:ascii="Times New Roman" w:hAnsi="Times New Roman" w:cs="Times New Roman"/>
                <w:lang w:val="ru-RU"/>
              </w:rPr>
              <w:t xml:space="preserve"> у </w:t>
            </w:r>
            <w:proofErr w:type="spellStart"/>
            <w:r w:rsidRPr="00FA65AC">
              <w:rPr>
                <w:rFonts w:ascii="Times New Roman" w:hAnsi="Times New Roman" w:cs="Times New Roman"/>
                <w:lang w:val="ru-RU"/>
              </w:rPr>
              <w:t>роботі</w:t>
            </w:r>
            <w:proofErr w:type="spellEnd"/>
            <w:r w:rsidRPr="00FA65AC">
              <w:rPr>
                <w:rFonts w:ascii="Times New Roman" w:hAnsi="Times New Roman" w:cs="Times New Roman"/>
                <w:lang w:val="ru-RU"/>
              </w:rPr>
              <w:t xml:space="preserve"> Ради</w:t>
            </w:r>
          </w:p>
        </w:tc>
        <w:tc>
          <w:tcPr>
            <w:tcW w:w="3364" w:type="dxa"/>
          </w:tcPr>
          <w:p w14:paraId="3B6EFE65" w14:textId="40060B14" w:rsidR="00C9072A" w:rsidRPr="00FA65AC" w:rsidRDefault="00A66654">
            <w:pPr>
              <w:rPr>
                <w:rFonts w:ascii="Times New Roman" w:hAnsi="Times New Roman" w:cs="Times New Roman"/>
                <w:lang w:val="ru-RU"/>
              </w:rPr>
            </w:pPr>
            <w:proofErr w:type="spellStart"/>
            <w:r w:rsidRPr="00A66654">
              <w:rPr>
                <w:rFonts w:ascii="Times New Roman" w:hAnsi="Times New Roman" w:cs="Times New Roman"/>
                <w:lang w:val="ru-RU"/>
              </w:rPr>
              <w:t>Результати</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консультацій</w:t>
            </w:r>
            <w:proofErr w:type="spellEnd"/>
            <w:r w:rsidRPr="00A66654">
              <w:rPr>
                <w:rFonts w:ascii="Times New Roman" w:hAnsi="Times New Roman" w:cs="Times New Roman"/>
                <w:lang w:val="ru-RU"/>
              </w:rPr>
              <w:t xml:space="preserve"> з </w:t>
            </w:r>
            <w:proofErr w:type="spellStart"/>
            <w:r w:rsidRPr="00A66654">
              <w:rPr>
                <w:rFonts w:ascii="Times New Roman" w:hAnsi="Times New Roman" w:cs="Times New Roman"/>
                <w:lang w:val="ru-RU"/>
              </w:rPr>
              <w:t>внутрішньо</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переміщеними</w:t>
            </w:r>
            <w:proofErr w:type="spellEnd"/>
            <w:r w:rsidRPr="00A66654">
              <w:rPr>
                <w:rFonts w:ascii="Times New Roman" w:hAnsi="Times New Roman" w:cs="Times New Roman"/>
                <w:lang w:val="ru-RU"/>
              </w:rPr>
              <w:t xml:space="preserve"> особами систематично </w:t>
            </w:r>
            <w:proofErr w:type="spellStart"/>
            <w:r w:rsidRPr="00A66654">
              <w:rPr>
                <w:rFonts w:ascii="Times New Roman" w:hAnsi="Times New Roman" w:cs="Times New Roman"/>
                <w:lang w:val="ru-RU"/>
              </w:rPr>
              <w:t>аналізуються</w:t>
            </w:r>
            <w:proofErr w:type="spellEnd"/>
            <w:r w:rsidRPr="00A66654">
              <w:rPr>
                <w:rFonts w:ascii="Times New Roman" w:hAnsi="Times New Roman" w:cs="Times New Roman"/>
                <w:lang w:val="ru-RU"/>
              </w:rPr>
              <w:t xml:space="preserve"> та </w:t>
            </w:r>
            <w:proofErr w:type="spellStart"/>
            <w:r w:rsidRPr="00A66654">
              <w:rPr>
                <w:rFonts w:ascii="Times New Roman" w:hAnsi="Times New Roman" w:cs="Times New Roman"/>
                <w:lang w:val="ru-RU"/>
              </w:rPr>
              <w:t>використовуються</w:t>
            </w:r>
            <w:proofErr w:type="spellEnd"/>
            <w:r w:rsidRPr="00A66654">
              <w:rPr>
                <w:rFonts w:ascii="Times New Roman" w:hAnsi="Times New Roman" w:cs="Times New Roman"/>
                <w:lang w:val="ru-RU"/>
              </w:rPr>
              <w:t xml:space="preserve"> у </w:t>
            </w:r>
            <w:proofErr w:type="spellStart"/>
            <w:r w:rsidRPr="00A66654">
              <w:rPr>
                <w:rFonts w:ascii="Times New Roman" w:hAnsi="Times New Roman" w:cs="Times New Roman"/>
                <w:lang w:val="ru-RU"/>
              </w:rPr>
              <w:t>роботі</w:t>
            </w:r>
            <w:proofErr w:type="spellEnd"/>
            <w:r w:rsidRPr="00A66654">
              <w:rPr>
                <w:rFonts w:ascii="Times New Roman" w:hAnsi="Times New Roman" w:cs="Times New Roman"/>
                <w:lang w:val="ru-RU"/>
              </w:rPr>
              <w:t xml:space="preserve"> Ради ВПО при </w:t>
            </w:r>
            <w:proofErr w:type="spellStart"/>
            <w:r w:rsidRPr="00A66654">
              <w:rPr>
                <w:rFonts w:ascii="Times New Roman" w:hAnsi="Times New Roman" w:cs="Times New Roman"/>
                <w:lang w:val="ru-RU"/>
              </w:rPr>
              <w:t>Рахівській</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районній</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державній</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адміністрації</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Виявлені</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під</w:t>
            </w:r>
            <w:proofErr w:type="spellEnd"/>
            <w:r w:rsidRPr="00A66654">
              <w:rPr>
                <w:rFonts w:ascii="Times New Roman" w:hAnsi="Times New Roman" w:cs="Times New Roman"/>
                <w:lang w:val="ru-RU"/>
              </w:rPr>
              <w:t xml:space="preserve"> час </w:t>
            </w:r>
            <w:proofErr w:type="spellStart"/>
            <w:r w:rsidRPr="00A66654">
              <w:rPr>
                <w:rFonts w:ascii="Times New Roman" w:hAnsi="Times New Roman" w:cs="Times New Roman"/>
                <w:lang w:val="ru-RU"/>
              </w:rPr>
              <w:t>обговорень</w:t>
            </w:r>
            <w:proofErr w:type="spellEnd"/>
            <w:r w:rsidRPr="00A66654">
              <w:rPr>
                <w:rFonts w:ascii="Times New Roman" w:hAnsi="Times New Roman" w:cs="Times New Roman"/>
                <w:lang w:val="ru-RU"/>
              </w:rPr>
              <w:t xml:space="preserve"> потреби та </w:t>
            </w:r>
            <w:proofErr w:type="spellStart"/>
            <w:r w:rsidRPr="00A66654">
              <w:rPr>
                <w:rFonts w:ascii="Times New Roman" w:hAnsi="Times New Roman" w:cs="Times New Roman"/>
                <w:lang w:val="ru-RU"/>
              </w:rPr>
              <w:t>проблеми</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стають</w:t>
            </w:r>
            <w:proofErr w:type="spellEnd"/>
            <w:r w:rsidRPr="00A66654">
              <w:rPr>
                <w:rFonts w:ascii="Times New Roman" w:hAnsi="Times New Roman" w:cs="Times New Roman"/>
                <w:lang w:val="ru-RU"/>
              </w:rPr>
              <w:t xml:space="preserve"> основою для </w:t>
            </w:r>
            <w:proofErr w:type="spellStart"/>
            <w:r w:rsidRPr="00A66654">
              <w:rPr>
                <w:rFonts w:ascii="Times New Roman" w:hAnsi="Times New Roman" w:cs="Times New Roman"/>
                <w:lang w:val="ru-RU"/>
              </w:rPr>
              <w:t>формування</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пропозицій</w:t>
            </w:r>
            <w:proofErr w:type="spellEnd"/>
            <w:r w:rsidRPr="00A66654">
              <w:rPr>
                <w:rFonts w:ascii="Times New Roman" w:hAnsi="Times New Roman" w:cs="Times New Roman"/>
                <w:lang w:val="ru-RU"/>
              </w:rPr>
              <w:t xml:space="preserve"> і </w:t>
            </w:r>
            <w:proofErr w:type="spellStart"/>
            <w:r w:rsidRPr="00A66654">
              <w:rPr>
                <w:rFonts w:ascii="Times New Roman" w:hAnsi="Times New Roman" w:cs="Times New Roman"/>
                <w:lang w:val="ru-RU"/>
              </w:rPr>
              <w:t>рекомендацій</w:t>
            </w:r>
            <w:proofErr w:type="spellEnd"/>
            <w:r w:rsidRPr="00A66654">
              <w:rPr>
                <w:rFonts w:ascii="Times New Roman" w:hAnsi="Times New Roman" w:cs="Times New Roman"/>
                <w:lang w:val="ru-RU"/>
              </w:rPr>
              <w:t xml:space="preserve"> до </w:t>
            </w:r>
            <w:proofErr w:type="spellStart"/>
            <w:r w:rsidRPr="00A66654">
              <w:rPr>
                <w:rFonts w:ascii="Times New Roman" w:hAnsi="Times New Roman" w:cs="Times New Roman"/>
                <w:lang w:val="ru-RU"/>
              </w:rPr>
              <w:t>органів</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влади</w:t>
            </w:r>
            <w:proofErr w:type="spellEnd"/>
            <w:r w:rsidRPr="00A66654">
              <w:rPr>
                <w:rFonts w:ascii="Times New Roman" w:hAnsi="Times New Roman" w:cs="Times New Roman"/>
                <w:lang w:val="ru-RU"/>
              </w:rPr>
              <w:t xml:space="preserve">. Рада </w:t>
            </w:r>
            <w:proofErr w:type="spellStart"/>
            <w:r w:rsidRPr="00A66654">
              <w:rPr>
                <w:rFonts w:ascii="Times New Roman" w:hAnsi="Times New Roman" w:cs="Times New Roman"/>
                <w:lang w:val="ru-RU"/>
              </w:rPr>
              <w:t>враховує</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отримані</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пропозиції</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під</w:t>
            </w:r>
            <w:proofErr w:type="spellEnd"/>
            <w:r w:rsidRPr="00A66654">
              <w:rPr>
                <w:rFonts w:ascii="Times New Roman" w:hAnsi="Times New Roman" w:cs="Times New Roman"/>
                <w:lang w:val="ru-RU"/>
              </w:rPr>
              <w:t xml:space="preserve"> час </w:t>
            </w:r>
            <w:proofErr w:type="spellStart"/>
            <w:r w:rsidRPr="00A66654">
              <w:rPr>
                <w:rFonts w:ascii="Times New Roman" w:hAnsi="Times New Roman" w:cs="Times New Roman"/>
                <w:lang w:val="ru-RU"/>
              </w:rPr>
              <w:t>планування</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своєї</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діяльності</w:t>
            </w:r>
            <w:proofErr w:type="spellEnd"/>
            <w:r w:rsidRPr="00A66654">
              <w:rPr>
                <w:rFonts w:ascii="Times New Roman" w:hAnsi="Times New Roman" w:cs="Times New Roman"/>
                <w:lang w:val="ru-RU"/>
              </w:rPr>
              <w:t xml:space="preserve"> та </w:t>
            </w:r>
            <w:proofErr w:type="spellStart"/>
            <w:r w:rsidRPr="00A66654">
              <w:rPr>
                <w:rFonts w:ascii="Times New Roman" w:hAnsi="Times New Roman" w:cs="Times New Roman"/>
                <w:lang w:val="ru-RU"/>
              </w:rPr>
              <w:t>визначення</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пріоритетних</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напрямів</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роботи</w:t>
            </w:r>
            <w:proofErr w:type="spellEnd"/>
            <w:r w:rsidRPr="00A66654">
              <w:rPr>
                <w:rFonts w:ascii="Times New Roman" w:hAnsi="Times New Roman" w:cs="Times New Roman"/>
                <w:lang w:val="ru-RU"/>
              </w:rPr>
              <w:t xml:space="preserve">. За </w:t>
            </w:r>
            <w:proofErr w:type="spellStart"/>
            <w:r w:rsidRPr="00A66654">
              <w:rPr>
                <w:rFonts w:ascii="Times New Roman" w:hAnsi="Times New Roman" w:cs="Times New Roman"/>
                <w:lang w:val="ru-RU"/>
              </w:rPr>
              <w:t>підсумками</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консультацій</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ініціюються</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відповідні</w:t>
            </w:r>
            <w:proofErr w:type="spellEnd"/>
            <w:r w:rsidRPr="00A66654">
              <w:rPr>
                <w:rFonts w:ascii="Times New Roman" w:hAnsi="Times New Roman" w:cs="Times New Roman"/>
                <w:lang w:val="ru-RU"/>
              </w:rPr>
              <w:t xml:space="preserve"> заходи, </w:t>
            </w:r>
            <w:proofErr w:type="spellStart"/>
            <w:r w:rsidRPr="00A66654">
              <w:rPr>
                <w:rFonts w:ascii="Times New Roman" w:hAnsi="Times New Roman" w:cs="Times New Roman"/>
                <w:lang w:val="ru-RU"/>
              </w:rPr>
              <w:t>проєкти</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або</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звернення</w:t>
            </w:r>
            <w:proofErr w:type="spellEnd"/>
            <w:r w:rsidRPr="00A66654">
              <w:rPr>
                <w:rFonts w:ascii="Times New Roman" w:hAnsi="Times New Roman" w:cs="Times New Roman"/>
                <w:lang w:val="ru-RU"/>
              </w:rPr>
              <w:t xml:space="preserve"> до </w:t>
            </w:r>
            <w:proofErr w:type="spellStart"/>
            <w:r w:rsidRPr="00A66654">
              <w:rPr>
                <w:rFonts w:ascii="Times New Roman" w:hAnsi="Times New Roman" w:cs="Times New Roman"/>
                <w:lang w:val="ru-RU"/>
              </w:rPr>
              <w:t>профільних</w:t>
            </w:r>
            <w:proofErr w:type="spellEnd"/>
            <w:r w:rsidRPr="00A66654">
              <w:rPr>
                <w:rFonts w:ascii="Times New Roman" w:hAnsi="Times New Roman" w:cs="Times New Roman"/>
                <w:lang w:val="ru-RU"/>
              </w:rPr>
              <w:t xml:space="preserve"> структур. </w:t>
            </w:r>
            <w:proofErr w:type="spellStart"/>
            <w:r w:rsidRPr="00A66654">
              <w:rPr>
                <w:rFonts w:ascii="Times New Roman" w:hAnsi="Times New Roman" w:cs="Times New Roman"/>
                <w:lang w:val="ru-RU"/>
              </w:rPr>
              <w:t>Це</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сприяє</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підвищенню</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ефективності</w:t>
            </w:r>
            <w:proofErr w:type="spellEnd"/>
            <w:r w:rsidRPr="00A66654">
              <w:rPr>
                <w:rFonts w:ascii="Times New Roman" w:hAnsi="Times New Roman" w:cs="Times New Roman"/>
                <w:lang w:val="ru-RU"/>
              </w:rPr>
              <w:t xml:space="preserve"> </w:t>
            </w:r>
            <w:proofErr w:type="spellStart"/>
            <w:r w:rsidRPr="00A66654">
              <w:rPr>
                <w:rFonts w:ascii="Times New Roman" w:hAnsi="Times New Roman" w:cs="Times New Roman"/>
                <w:lang w:val="ru-RU"/>
              </w:rPr>
              <w:t>роботи</w:t>
            </w:r>
            <w:proofErr w:type="spellEnd"/>
            <w:r w:rsidRPr="00A66654">
              <w:rPr>
                <w:rFonts w:ascii="Times New Roman" w:hAnsi="Times New Roman" w:cs="Times New Roman"/>
                <w:lang w:val="ru-RU"/>
              </w:rPr>
              <w:t xml:space="preserve"> Ради та </w:t>
            </w:r>
            <w:proofErr w:type="spellStart"/>
            <w:r w:rsidRPr="00A66654">
              <w:rPr>
                <w:rFonts w:ascii="Times New Roman" w:hAnsi="Times New Roman" w:cs="Times New Roman"/>
                <w:lang w:val="ru-RU"/>
              </w:rPr>
              <w:t>довіри</w:t>
            </w:r>
            <w:proofErr w:type="spellEnd"/>
            <w:r w:rsidRPr="00A66654">
              <w:rPr>
                <w:rFonts w:ascii="Times New Roman" w:hAnsi="Times New Roman" w:cs="Times New Roman"/>
                <w:lang w:val="ru-RU"/>
              </w:rPr>
              <w:t xml:space="preserve"> з боку ВПО.</w:t>
            </w:r>
          </w:p>
        </w:tc>
        <w:tc>
          <w:tcPr>
            <w:tcW w:w="708" w:type="dxa"/>
          </w:tcPr>
          <w:p w14:paraId="2C222AE4" w14:textId="42E3D781" w:rsidR="00C9072A" w:rsidRPr="00FA65AC" w:rsidRDefault="00A66654" w:rsidP="009A6274">
            <w:pPr>
              <w:jc w:val="center"/>
              <w:rPr>
                <w:rFonts w:ascii="Times New Roman" w:hAnsi="Times New Roman" w:cs="Times New Roman"/>
                <w:lang w:val="ru-RU"/>
              </w:rPr>
            </w:pPr>
            <w:r>
              <w:rPr>
                <w:rFonts w:ascii="Times New Roman" w:hAnsi="Times New Roman" w:cs="Times New Roman"/>
                <w:lang w:val="ru-RU"/>
              </w:rPr>
              <w:t>4</w:t>
            </w:r>
          </w:p>
        </w:tc>
        <w:tc>
          <w:tcPr>
            <w:tcW w:w="3266" w:type="dxa"/>
          </w:tcPr>
          <w:p w14:paraId="35D445D8" w14:textId="64749739" w:rsidR="00C9072A" w:rsidRPr="00A34597" w:rsidRDefault="00A66654">
            <w:pPr>
              <w:rPr>
                <w:rFonts w:ascii="Times New Roman" w:hAnsi="Times New Roman" w:cs="Times New Roman"/>
                <w:i/>
                <w:iCs/>
                <w:lang w:val="ru-RU"/>
              </w:rPr>
            </w:pPr>
            <w:proofErr w:type="spellStart"/>
            <w:r w:rsidRPr="00A66654">
              <w:rPr>
                <w:rFonts w:ascii="Times New Roman" w:hAnsi="Times New Roman" w:cs="Times New Roman"/>
                <w:i/>
                <w:iCs/>
                <w:lang w:val="ru-RU"/>
              </w:rPr>
              <w:t>Врахування</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результатів</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консультацій</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забезпечує</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практичну</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орієнтованість</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роботи</w:t>
            </w:r>
            <w:proofErr w:type="spellEnd"/>
            <w:r w:rsidRPr="00A66654">
              <w:rPr>
                <w:rFonts w:ascii="Times New Roman" w:hAnsi="Times New Roman" w:cs="Times New Roman"/>
                <w:i/>
                <w:iCs/>
                <w:lang w:val="ru-RU"/>
              </w:rPr>
              <w:t xml:space="preserve"> Ради ВПО та </w:t>
            </w:r>
            <w:proofErr w:type="spellStart"/>
            <w:r w:rsidRPr="00A66654">
              <w:rPr>
                <w:rFonts w:ascii="Times New Roman" w:hAnsi="Times New Roman" w:cs="Times New Roman"/>
                <w:i/>
                <w:iCs/>
                <w:lang w:val="ru-RU"/>
              </w:rPr>
              <w:t>підсилює</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її</w:t>
            </w:r>
            <w:proofErr w:type="spellEnd"/>
            <w:r w:rsidRPr="00A66654">
              <w:rPr>
                <w:rFonts w:ascii="Times New Roman" w:hAnsi="Times New Roman" w:cs="Times New Roman"/>
                <w:i/>
                <w:iCs/>
                <w:lang w:val="ru-RU"/>
              </w:rPr>
              <w:t xml:space="preserve"> роль як </w:t>
            </w:r>
            <w:proofErr w:type="spellStart"/>
            <w:r w:rsidRPr="00A66654">
              <w:rPr>
                <w:rFonts w:ascii="Times New Roman" w:hAnsi="Times New Roman" w:cs="Times New Roman"/>
                <w:i/>
                <w:iCs/>
                <w:lang w:val="ru-RU"/>
              </w:rPr>
              <w:t>ефективного</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майданчика</w:t>
            </w:r>
            <w:proofErr w:type="spellEnd"/>
            <w:r w:rsidRPr="00A66654">
              <w:rPr>
                <w:rFonts w:ascii="Times New Roman" w:hAnsi="Times New Roman" w:cs="Times New Roman"/>
                <w:i/>
                <w:iCs/>
                <w:lang w:val="ru-RU"/>
              </w:rPr>
              <w:t xml:space="preserve"> для </w:t>
            </w:r>
            <w:proofErr w:type="spellStart"/>
            <w:r w:rsidRPr="00A66654">
              <w:rPr>
                <w:rFonts w:ascii="Times New Roman" w:hAnsi="Times New Roman" w:cs="Times New Roman"/>
                <w:i/>
                <w:iCs/>
                <w:lang w:val="ru-RU"/>
              </w:rPr>
              <w:t>представлення</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інтересів</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внутрішньо</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переміщених</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осіб</w:t>
            </w:r>
            <w:proofErr w:type="spellEnd"/>
            <w:r w:rsidRPr="00A66654">
              <w:rPr>
                <w:rFonts w:ascii="Times New Roman" w:hAnsi="Times New Roman" w:cs="Times New Roman"/>
                <w:i/>
                <w:iCs/>
                <w:lang w:val="ru-RU"/>
              </w:rPr>
              <w:t xml:space="preserve"> на </w:t>
            </w:r>
            <w:proofErr w:type="spellStart"/>
            <w:r w:rsidRPr="00A66654">
              <w:rPr>
                <w:rFonts w:ascii="Times New Roman" w:hAnsi="Times New Roman" w:cs="Times New Roman"/>
                <w:i/>
                <w:iCs/>
                <w:lang w:val="ru-RU"/>
              </w:rPr>
              <w:t>місцевому</w:t>
            </w:r>
            <w:proofErr w:type="spellEnd"/>
            <w:r w:rsidRPr="00A66654">
              <w:rPr>
                <w:rFonts w:ascii="Times New Roman" w:hAnsi="Times New Roman" w:cs="Times New Roman"/>
                <w:i/>
                <w:iCs/>
                <w:lang w:val="ru-RU"/>
              </w:rPr>
              <w:t xml:space="preserve"> </w:t>
            </w:r>
            <w:proofErr w:type="spellStart"/>
            <w:r w:rsidRPr="00A66654">
              <w:rPr>
                <w:rFonts w:ascii="Times New Roman" w:hAnsi="Times New Roman" w:cs="Times New Roman"/>
                <w:i/>
                <w:iCs/>
                <w:lang w:val="ru-RU"/>
              </w:rPr>
              <w:t>рівні</w:t>
            </w:r>
            <w:proofErr w:type="spellEnd"/>
          </w:p>
        </w:tc>
      </w:tr>
    </w:tbl>
    <w:p w14:paraId="349C6A53" w14:textId="77777777" w:rsidR="00E67C27" w:rsidRDefault="00E67C27">
      <w:pPr>
        <w:pStyle w:val="21"/>
        <w:rPr>
          <w:rFonts w:ascii="Times New Roman" w:hAnsi="Times New Roman" w:cs="Times New Roman"/>
          <w:color w:val="auto"/>
          <w:lang w:val="ru-RU"/>
        </w:rPr>
      </w:pPr>
    </w:p>
    <w:p w14:paraId="253ABB57" w14:textId="1E1206D2" w:rsidR="00C9072A" w:rsidRPr="00FA65AC" w:rsidRDefault="00FA65AC">
      <w:pPr>
        <w:pStyle w:val="21"/>
        <w:rPr>
          <w:rFonts w:ascii="Times New Roman" w:hAnsi="Times New Roman" w:cs="Times New Roman"/>
          <w:color w:val="auto"/>
          <w:lang w:val="ru-RU"/>
        </w:rPr>
      </w:pPr>
      <w:proofErr w:type="spellStart"/>
      <w:r w:rsidRPr="00FA65AC">
        <w:rPr>
          <w:rFonts w:ascii="Times New Roman" w:hAnsi="Times New Roman" w:cs="Times New Roman"/>
          <w:color w:val="auto"/>
          <w:lang w:val="ru-RU"/>
        </w:rPr>
        <w:t>Напрям</w:t>
      </w:r>
      <w:proofErr w:type="spellEnd"/>
      <w:r w:rsidRPr="00FA65AC">
        <w:rPr>
          <w:rFonts w:ascii="Times New Roman" w:hAnsi="Times New Roman" w:cs="Times New Roman"/>
          <w:color w:val="auto"/>
          <w:lang w:val="ru-RU"/>
        </w:rPr>
        <w:t xml:space="preserve"> 3. </w:t>
      </w:r>
      <w:proofErr w:type="spellStart"/>
      <w:r w:rsidRPr="00FA65AC">
        <w:rPr>
          <w:rFonts w:ascii="Times New Roman" w:hAnsi="Times New Roman" w:cs="Times New Roman"/>
          <w:color w:val="auto"/>
          <w:lang w:val="ru-RU"/>
        </w:rPr>
        <w:t>Вплив</w:t>
      </w:r>
      <w:proofErr w:type="spellEnd"/>
      <w:r w:rsidRPr="00FA65AC">
        <w:rPr>
          <w:rFonts w:ascii="Times New Roman" w:hAnsi="Times New Roman" w:cs="Times New Roman"/>
          <w:color w:val="auto"/>
          <w:lang w:val="ru-RU"/>
        </w:rPr>
        <w:t xml:space="preserve"> на </w:t>
      </w:r>
      <w:proofErr w:type="spellStart"/>
      <w:r w:rsidRPr="00FA65AC">
        <w:rPr>
          <w:rFonts w:ascii="Times New Roman" w:hAnsi="Times New Roman" w:cs="Times New Roman"/>
          <w:color w:val="auto"/>
          <w:lang w:val="ru-RU"/>
        </w:rPr>
        <w:t>рішення</w:t>
      </w:r>
      <w:proofErr w:type="spellEnd"/>
      <w:r w:rsidRPr="00FA65AC">
        <w:rPr>
          <w:rFonts w:ascii="Times New Roman" w:hAnsi="Times New Roman" w:cs="Times New Roman"/>
          <w:color w:val="auto"/>
          <w:lang w:val="ru-RU"/>
        </w:rPr>
        <w:t xml:space="preserve"> та </w:t>
      </w:r>
      <w:proofErr w:type="spellStart"/>
      <w:r w:rsidRPr="00FA65AC">
        <w:rPr>
          <w:rFonts w:ascii="Times New Roman" w:hAnsi="Times New Roman" w:cs="Times New Roman"/>
          <w:color w:val="auto"/>
          <w:lang w:val="ru-RU"/>
        </w:rPr>
        <w:t>політики</w:t>
      </w:r>
      <w:proofErr w:type="spellEnd"/>
      <w:r w:rsidRPr="00FA65AC">
        <w:rPr>
          <w:rFonts w:ascii="Times New Roman" w:hAnsi="Times New Roman" w:cs="Times New Roman"/>
          <w:color w:val="auto"/>
          <w:lang w:val="ru-RU"/>
        </w:rPr>
        <w:t xml:space="preserve"> </w:t>
      </w:r>
      <w:r w:rsidR="00246D44">
        <w:rPr>
          <w:rFonts w:ascii="Times New Roman" w:hAnsi="Times New Roman" w:cs="Times New Roman"/>
          <w:color w:val="auto"/>
          <w:lang w:val="ru-RU"/>
        </w:rPr>
        <w:t>РДА</w:t>
      </w:r>
      <w:r w:rsidR="00DF4EA7">
        <w:rPr>
          <w:rFonts w:ascii="Times New Roman" w:hAnsi="Times New Roman" w:cs="Times New Roman"/>
          <w:color w:val="auto"/>
          <w:lang w:val="ru-RU"/>
        </w:rPr>
        <w:t>/ОМС</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3256"/>
        <w:gridCol w:w="876"/>
        <w:gridCol w:w="3540"/>
      </w:tblGrid>
      <w:tr w:rsidR="00594614" w:rsidRPr="00FA65AC" w14:paraId="44FC506E" w14:textId="77777777" w:rsidTr="00A66654">
        <w:tc>
          <w:tcPr>
            <w:tcW w:w="2160" w:type="dxa"/>
          </w:tcPr>
          <w:p w14:paraId="5931C2B5"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Індикатор</w:t>
            </w:r>
            <w:proofErr w:type="spellEnd"/>
          </w:p>
        </w:tc>
        <w:tc>
          <w:tcPr>
            <w:tcW w:w="3364" w:type="dxa"/>
          </w:tcPr>
          <w:p w14:paraId="65078C3E"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Опис</w:t>
            </w:r>
            <w:proofErr w:type="spellEnd"/>
            <w:r w:rsidRPr="00FA65AC">
              <w:rPr>
                <w:rFonts w:ascii="Times New Roman" w:hAnsi="Times New Roman" w:cs="Times New Roman"/>
              </w:rPr>
              <w:t xml:space="preserve"> / </w:t>
            </w:r>
            <w:proofErr w:type="spellStart"/>
            <w:r w:rsidRPr="00FA65AC">
              <w:rPr>
                <w:rFonts w:ascii="Times New Roman" w:hAnsi="Times New Roman" w:cs="Times New Roman"/>
              </w:rPr>
              <w:t>приклади</w:t>
            </w:r>
            <w:proofErr w:type="spellEnd"/>
          </w:p>
        </w:tc>
        <w:tc>
          <w:tcPr>
            <w:tcW w:w="708" w:type="dxa"/>
          </w:tcPr>
          <w:p w14:paraId="6D9C1557"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Оцінка</w:t>
            </w:r>
            <w:proofErr w:type="spellEnd"/>
            <w:r w:rsidRPr="00FA65AC">
              <w:rPr>
                <w:rFonts w:ascii="Times New Roman" w:hAnsi="Times New Roman" w:cs="Times New Roman"/>
              </w:rPr>
              <w:t xml:space="preserve"> (1–5)</w:t>
            </w:r>
          </w:p>
        </w:tc>
        <w:tc>
          <w:tcPr>
            <w:tcW w:w="3549" w:type="dxa"/>
          </w:tcPr>
          <w:p w14:paraId="17EB9D40"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Коментар</w:t>
            </w:r>
            <w:proofErr w:type="spellEnd"/>
          </w:p>
        </w:tc>
      </w:tr>
      <w:tr w:rsidR="00594614" w:rsidRPr="002E38D3" w14:paraId="394A9064" w14:textId="77777777" w:rsidTr="00A66654">
        <w:tc>
          <w:tcPr>
            <w:tcW w:w="2160" w:type="dxa"/>
          </w:tcPr>
          <w:p w14:paraId="1EA65DEF" w14:textId="32D67D2A" w:rsidR="00C9072A" w:rsidRPr="00DF4EA7" w:rsidRDefault="00FA65AC">
            <w:pPr>
              <w:rPr>
                <w:rFonts w:ascii="Times New Roman" w:hAnsi="Times New Roman" w:cs="Times New Roman"/>
                <w:lang w:val="ru-RU"/>
              </w:rPr>
            </w:pPr>
            <w:proofErr w:type="spellStart"/>
            <w:r w:rsidRPr="00DF4EA7">
              <w:rPr>
                <w:rFonts w:ascii="Times New Roman" w:hAnsi="Times New Roman" w:cs="Times New Roman"/>
                <w:lang w:val="ru-RU"/>
              </w:rPr>
              <w:t>Подання</w:t>
            </w:r>
            <w:proofErr w:type="spellEnd"/>
            <w:r w:rsidRPr="00DF4EA7">
              <w:rPr>
                <w:rFonts w:ascii="Times New Roman" w:hAnsi="Times New Roman" w:cs="Times New Roman"/>
                <w:lang w:val="ru-RU"/>
              </w:rPr>
              <w:t xml:space="preserve"> </w:t>
            </w:r>
            <w:proofErr w:type="spellStart"/>
            <w:r w:rsidRPr="00DF4EA7">
              <w:rPr>
                <w:rFonts w:ascii="Times New Roman" w:hAnsi="Times New Roman" w:cs="Times New Roman"/>
                <w:lang w:val="ru-RU"/>
              </w:rPr>
              <w:t>пропозицій</w:t>
            </w:r>
            <w:proofErr w:type="spellEnd"/>
            <w:r w:rsidRPr="00DF4EA7">
              <w:rPr>
                <w:rFonts w:ascii="Times New Roman" w:hAnsi="Times New Roman" w:cs="Times New Roman"/>
                <w:lang w:val="ru-RU"/>
              </w:rPr>
              <w:t xml:space="preserve"> до </w:t>
            </w:r>
            <w:r w:rsidR="00DF4EA7" w:rsidRPr="00DF4EA7">
              <w:rPr>
                <w:rFonts w:ascii="Times New Roman" w:hAnsi="Times New Roman" w:cs="Times New Roman"/>
                <w:lang w:val="ru-RU"/>
              </w:rPr>
              <w:t>РДА/ОМС</w:t>
            </w:r>
          </w:p>
        </w:tc>
        <w:tc>
          <w:tcPr>
            <w:tcW w:w="3364" w:type="dxa"/>
          </w:tcPr>
          <w:p w14:paraId="21E26768" w14:textId="304C200B" w:rsidR="00594614" w:rsidRPr="00CB03E0" w:rsidRDefault="00594614" w:rsidP="00594614">
            <w:pPr>
              <w:widowControl w:val="0"/>
              <w:tabs>
                <w:tab w:val="left" w:pos="567"/>
              </w:tabs>
              <w:autoSpaceDE w:val="0"/>
              <w:autoSpaceDN w:val="0"/>
              <w:adjustRightInd w:val="0"/>
              <w:spacing w:after="0" w:line="240" w:lineRule="auto"/>
              <w:jc w:val="both"/>
              <w:outlineLvl w:val="1"/>
              <w:rPr>
                <w:rFonts w:ascii="Times New Roman" w:hAnsi="Times New Roman" w:cs="Times New Roman"/>
                <w:lang w:val="uk-UA" w:eastAsia="uk-UA"/>
              </w:rPr>
            </w:pPr>
            <w:proofErr w:type="spellStart"/>
            <w:r w:rsidRPr="00CB03E0">
              <w:rPr>
                <w:rFonts w:ascii="Times New Roman" w:hAnsi="Times New Roman" w:cs="Times New Roman"/>
                <w:lang w:val="ru-RU" w:eastAsia="uk-UA"/>
              </w:rPr>
              <w:t>Пропозиція</w:t>
            </w:r>
            <w:proofErr w:type="spellEnd"/>
            <w:r w:rsidRPr="00CB03E0">
              <w:rPr>
                <w:rFonts w:ascii="Times New Roman" w:hAnsi="Times New Roman" w:cs="Times New Roman"/>
                <w:lang w:val="ru-RU" w:eastAsia="uk-UA"/>
              </w:rPr>
              <w:t xml:space="preserve"> про </w:t>
            </w:r>
            <w:r w:rsidRPr="00CB03E0">
              <w:rPr>
                <w:rFonts w:ascii="Times New Roman" w:hAnsi="Times New Roman" w:cs="Times New Roman"/>
                <w:lang w:val="uk-UA" w:eastAsia="uk-UA"/>
              </w:rPr>
              <w:t xml:space="preserve">погодження Стратегії </w:t>
            </w:r>
            <w:r w:rsidRPr="00CB03E0">
              <w:rPr>
                <w:rFonts w:ascii="Times New Roman" w:hAnsi="Times New Roman" w:cs="Times New Roman"/>
                <w:kern w:val="36"/>
                <w:lang w:val="uk-UA" w:eastAsia="uk-UA"/>
              </w:rPr>
              <w:t xml:space="preserve">підтримки, </w:t>
            </w:r>
            <w:proofErr w:type="gramStart"/>
            <w:r w:rsidRPr="00CB03E0">
              <w:rPr>
                <w:rFonts w:ascii="Times New Roman" w:hAnsi="Times New Roman" w:cs="Times New Roman"/>
                <w:kern w:val="36"/>
                <w:lang w:val="uk-UA" w:eastAsia="uk-UA"/>
              </w:rPr>
              <w:t>розвитку  та</w:t>
            </w:r>
            <w:proofErr w:type="gramEnd"/>
            <w:r w:rsidRPr="00CB03E0">
              <w:rPr>
                <w:rFonts w:ascii="Times New Roman" w:hAnsi="Times New Roman" w:cs="Times New Roman"/>
                <w:kern w:val="36"/>
                <w:lang w:val="uk-UA" w:eastAsia="uk-UA"/>
              </w:rPr>
              <w:t xml:space="preserve">  інтеграції  внутрішньо</w:t>
            </w:r>
          </w:p>
          <w:p w14:paraId="6F6E68B9" w14:textId="7376053C" w:rsidR="00C9072A" w:rsidRPr="00755C1B" w:rsidRDefault="00594614" w:rsidP="00594614">
            <w:pPr>
              <w:rPr>
                <w:rFonts w:ascii="Times New Roman" w:hAnsi="Times New Roman" w:cs="Times New Roman"/>
                <w:lang w:val="uk-UA"/>
              </w:rPr>
            </w:pPr>
            <w:r w:rsidRPr="00CB03E0">
              <w:rPr>
                <w:rFonts w:ascii="Times New Roman" w:hAnsi="Times New Roman" w:cs="Times New Roman"/>
                <w:kern w:val="36"/>
                <w:lang w:val="uk-UA" w:eastAsia="uk-UA"/>
              </w:rPr>
              <w:t xml:space="preserve">переміщених осіб в Рахівському районі Закарпатської області </w:t>
            </w:r>
            <w:r w:rsidRPr="00755C1B">
              <w:rPr>
                <w:rFonts w:ascii="Times New Roman" w:hAnsi="Times New Roman" w:cs="Times New Roman"/>
                <w:kern w:val="36"/>
                <w:lang w:val="uk-UA" w:eastAsia="uk-UA"/>
              </w:rPr>
              <w:t xml:space="preserve">до 2030 </w:t>
            </w:r>
            <w:r w:rsidRPr="00755C1B">
              <w:rPr>
                <w:rFonts w:ascii="Times New Roman" w:hAnsi="Times New Roman" w:cs="Times New Roman"/>
                <w:kern w:val="36"/>
                <w:lang w:val="uk-UA" w:eastAsia="uk-UA"/>
              </w:rPr>
              <w:lastRenderedPageBreak/>
              <w:t>року</w:t>
            </w:r>
            <w:r w:rsidR="00755C1B">
              <w:rPr>
                <w:rFonts w:ascii="Times New Roman" w:hAnsi="Times New Roman" w:cs="Times New Roman"/>
                <w:kern w:val="36"/>
                <w:lang w:val="uk-UA" w:eastAsia="uk-UA"/>
              </w:rPr>
              <w:t>.</w:t>
            </w:r>
            <w:r w:rsidR="00755C1B">
              <w:rPr>
                <w:color w:val="111111"/>
                <w:sz w:val="28"/>
                <w:szCs w:val="28"/>
                <w:shd w:val="clear" w:color="auto" w:fill="FFFFFF"/>
                <w:lang w:val="uk-UA"/>
              </w:rPr>
              <w:t xml:space="preserve"> </w:t>
            </w:r>
            <w:r w:rsidR="00755C1B" w:rsidRPr="00631ED6">
              <w:rPr>
                <w:rFonts w:ascii="Times New Roman" w:hAnsi="Times New Roman" w:cs="Times New Roman"/>
                <w:shd w:val="clear" w:color="auto" w:fill="FFFFFF"/>
                <w:lang w:val="uk-UA"/>
              </w:rPr>
              <w:t xml:space="preserve">Рекомендовано територіальним громадам Рахівського району вжити відповідних заходів щодо реалізації </w:t>
            </w:r>
            <w:r w:rsidR="00755C1B" w:rsidRPr="00631ED6">
              <w:rPr>
                <w:rFonts w:ascii="Times New Roman" w:hAnsi="Times New Roman" w:cs="Times New Roman"/>
                <w:lang w:val="uk-UA"/>
              </w:rPr>
              <w:t xml:space="preserve">операційного плану </w:t>
            </w:r>
            <w:r w:rsidR="00755C1B" w:rsidRPr="00631ED6">
              <w:rPr>
                <w:rFonts w:ascii="Times New Roman" w:hAnsi="Times New Roman" w:cs="Times New Roman"/>
                <w:shd w:val="clear" w:color="auto" w:fill="FFFFFF"/>
                <w:lang w:val="uk-UA"/>
              </w:rPr>
              <w:t>Стратегії ВПО</w:t>
            </w:r>
            <w:r w:rsidR="002E38D3">
              <w:rPr>
                <w:rFonts w:ascii="Times New Roman" w:hAnsi="Times New Roman" w:cs="Times New Roman"/>
                <w:shd w:val="clear" w:color="auto" w:fill="FFFFFF"/>
                <w:lang w:val="uk-UA"/>
              </w:rPr>
              <w:t>.</w:t>
            </w:r>
          </w:p>
        </w:tc>
        <w:tc>
          <w:tcPr>
            <w:tcW w:w="708" w:type="dxa"/>
          </w:tcPr>
          <w:p w14:paraId="79B4654F" w14:textId="65AA5040" w:rsidR="00C9072A" w:rsidRPr="00755C1B" w:rsidRDefault="00215741" w:rsidP="004739CE">
            <w:pPr>
              <w:jc w:val="center"/>
              <w:rPr>
                <w:rFonts w:ascii="Times New Roman" w:hAnsi="Times New Roman" w:cs="Times New Roman"/>
                <w:lang w:val="uk-UA"/>
              </w:rPr>
            </w:pPr>
            <w:r>
              <w:rPr>
                <w:rFonts w:ascii="Times New Roman" w:hAnsi="Times New Roman" w:cs="Times New Roman"/>
                <w:lang w:val="uk-UA"/>
              </w:rPr>
              <w:lastRenderedPageBreak/>
              <w:t>5</w:t>
            </w:r>
          </w:p>
        </w:tc>
        <w:tc>
          <w:tcPr>
            <w:tcW w:w="3549" w:type="dxa"/>
          </w:tcPr>
          <w:p w14:paraId="7894EEB8" w14:textId="2EC79FC3" w:rsidR="002E38D3" w:rsidRPr="002E38D3" w:rsidRDefault="002B2703" w:rsidP="002E38D3">
            <w:pPr>
              <w:tabs>
                <w:tab w:val="left" w:pos="7020"/>
              </w:tabs>
              <w:spacing w:after="0"/>
              <w:jc w:val="both"/>
              <w:rPr>
                <w:rFonts w:ascii="Times New Roman" w:hAnsi="Times New Roman" w:cs="Times New Roman"/>
                <w:i/>
                <w:iCs/>
                <w:color w:val="111111"/>
                <w:shd w:val="clear" w:color="auto" w:fill="FFFFFF"/>
                <w:lang w:val="uk-UA"/>
              </w:rPr>
            </w:pPr>
            <w:r w:rsidRPr="002E38D3">
              <w:rPr>
                <w:rFonts w:ascii="Times New Roman" w:hAnsi="Times New Roman" w:cs="Times New Roman"/>
                <w:i/>
                <w:iCs/>
                <w:color w:val="111111"/>
                <w:shd w:val="clear" w:color="auto" w:fill="FFFFFF"/>
                <w:lang w:val="uk-UA"/>
              </w:rPr>
              <w:t xml:space="preserve">Розпорядженням голови  </w:t>
            </w:r>
            <w:r w:rsidRPr="002E38D3">
              <w:rPr>
                <w:rFonts w:ascii="Times New Roman" w:hAnsi="Times New Roman" w:cs="Times New Roman"/>
                <w:b/>
                <w:i/>
                <w:iCs/>
                <w:lang w:val="uk-UA"/>
              </w:rPr>
              <w:t xml:space="preserve"> </w:t>
            </w:r>
            <w:r w:rsidRPr="002E38D3">
              <w:rPr>
                <w:rFonts w:ascii="Times New Roman" w:hAnsi="Times New Roman" w:cs="Times New Roman"/>
                <w:i/>
                <w:iCs/>
                <w:lang w:val="uk-UA"/>
              </w:rPr>
              <w:t xml:space="preserve">районної   державної адміністрації –  начальника районної  військової адміністрації затверджено </w:t>
            </w:r>
            <w:r w:rsidRPr="002E38D3">
              <w:rPr>
                <w:rFonts w:ascii="Times New Roman" w:hAnsi="Times New Roman" w:cs="Times New Roman"/>
                <w:i/>
                <w:iCs/>
                <w:color w:val="111111"/>
                <w:shd w:val="clear" w:color="auto" w:fill="FFFFFF"/>
                <w:lang w:val="uk-UA"/>
              </w:rPr>
              <w:t>Стратегію</w:t>
            </w:r>
            <w:r w:rsidR="002E38D3" w:rsidRPr="002E38D3">
              <w:rPr>
                <w:i/>
                <w:iCs/>
                <w:lang w:val="uk-UA"/>
              </w:rPr>
              <w:t xml:space="preserve"> </w:t>
            </w:r>
            <w:r w:rsidR="002E38D3" w:rsidRPr="002E38D3">
              <w:rPr>
                <w:rFonts w:ascii="Times New Roman" w:hAnsi="Times New Roman" w:cs="Times New Roman"/>
                <w:i/>
                <w:iCs/>
                <w:color w:val="111111"/>
                <w:shd w:val="clear" w:color="auto" w:fill="FFFFFF"/>
                <w:lang w:val="uk-UA"/>
              </w:rPr>
              <w:t xml:space="preserve">підтримки, розвитку  </w:t>
            </w:r>
            <w:r w:rsidR="002E38D3" w:rsidRPr="002E38D3">
              <w:rPr>
                <w:rFonts w:ascii="Times New Roman" w:hAnsi="Times New Roman" w:cs="Times New Roman"/>
                <w:i/>
                <w:iCs/>
                <w:color w:val="111111"/>
                <w:shd w:val="clear" w:color="auto" w:fill="FFFFFF"/>
                <w:lang w:val="uk-UA"/>
              </w:rPr>
              <w:lastRenderedPageBreak/>
              <w:t>та  інтеграції  внутрішньо</w:t>
            </w:r>
          </w:p>
          <w:p w14:paraId="25204D25" w14:textId="77777777" w:rsidR="00C9072A" w:rsidRDefault="002E38D3" w:rsidP="002E38D3">
            <w:pPr>
              <w:tabs>
                <w:tab w:val="left" w:pos="7020"/>
              </w:tabs>
              <w:spacing w:after="0"/>
              <w:jc w:val="both"/>
              <w:rPr>
                <w:rFonts w:ascii="Times New Roman" w:hAnsi="Times New Roman" w:cs="Times New Roman"/>
                <w:i/>
                <w:iCs/>
                <w:color w:val="111111"/>
                <w:shd w:val="clear" w:color="auto" w:fill="FFFFFF"/>
                <w:lang w:val="uk-UA"/>
              </w:rPr>
            </w:pPr>
            <w:r w:rsidRPr="002E38D3">
              <w:rPr>
                <w:rFonts w:ascii="Times New Roman" w:hAnsi="Times New Roman" w:cs="Times New Roman"/>
                <w:i/>
                <w:iCs/>
                <w:color w:val="111111"/>
                <w:shd w:val="clear" w:color="auto" w:fill="FFFFFF"/>
                <w:lang w:val="uk-UA"/>
              </w:rPr>
              <w:t>переміщених осіб в Рахівському районі Закарпатської області до 2030 року.</w:t>
            </w:r>
            <w:r>
              <w:rPr>
                <w:rFonts w:ascii="Times New Roman" w:hAnsi="Times New Roman" w:cs="Times New Roman"/>
                <w:i/>
                <w:iCs/>
                <w:color w:val="111111"/>
                <w:shd w:val="clear" w:color="auto" w:fill="FFFFFF"/>
                <w:lang w:val="uk-UA"/>
              </w:rPr>
              <w:t xml:space="preserve"> </w:t>
            </w:r>
          </w:p>
          <w:p w14:paraId="1DD6AAEF" w14:textId="5D2A9491" w:rsidR="00E67C27" w:rsidRPr="00E67C27" w:rsidRDefault="00733577" w:rsidP="002E38D3">
            <w:pPr>
              <w:tabs>
                <w:tab w:val="left" w:pos="7020"/>
              </w:tabs>
              <w:spacing w:after="0"/>
              <w:jc w:val="both"/>
              <w:rPr>
                <w:rFonts w:ascii="Times New Roman" w:hAnsi="Times New Roman" w:cs="Times New Roman"/>
                <w:i/>
                <w:iCs/>
                <w:color w:val="111111"/>
                <w:shd w:val="clear" w:color="auto" w:fill="FFFFFF"/>
                <w:lang w:val="uk-UA"/>
              </w:rPr>
            </w:pPr>
            <w:hyperlink r:id="rId6" w:history="1">
              <w:r w:rsidR="00E67C27" w:rsidRPr="00E67C27">
                <w:rPr>
                  <w:i/>
                  <w:iCs/>
                  <w:color w:val="111111"/>
                  <w:shd w:val="clear" w:color="auto" w:fill="FFFFFF"/>
                  <w:lang w:val="uk-UA"/>
                </w:rPr>
                <w:t>https://rakhiv-rda.gov.ua/sites/default/</w:t>
              </w:r>
            </w:hyperlink>
          </w:p>
          <w:p w14:paraId="0DB56684" w14:textId="3912B5D6" w:rsidR="00E67C27" w:rsidRPr="00E67C27" w:rsidRDefault="00E67C27" w:rsidP="002E38D3">
            <w:pPr>
              <w:tabs>
                <w:tab w:val="left" w:pos="7020"/>
              </w:tabs>
              <w:spacing w:after="0"/>
              <w:jc w:val="both"/>
              <w:rPr>
                <w:rFonts w:ascii="Times New Roman" w:hAnsi="Times New Roman" w:cs="Times New Roman"/>
                <w:i/>
                <w:iCs/>
                <w:color w:val="111111"/>
                <w:shd w:val="clear" w:color="auto" w:fill="FFFFFF"/>
                <w:lang w:val="uk-UA"/>
              </w:rPr>
            </w:pPr>
            <w:proofErr w:type="spellStart"/>
            <w:r w:rsidRPr="00E67C27">
              <w:rPr>
                <w:rFonts w:ascii="Times New Roman" w:hAnsi="Times New Roman" w:cs="Times New Roman"/>
                <w:i/>
                <w:iCs/>
                <w:color w:val="111111"/>
                <w:shd w:val="clear" w:color="auto" w:fill="FFFFFF"/>
                <w:lang w:val="uk-UA"/>
              </w:rPr>
              <w:t>files</w:t>
            </w:r>
            <w:proofErr w:type="spellEnd"/>
            <w:r w:rsidRPr="00E67C27">
              <w:rPr>
                <w:rFonts w:ascii="Times New Roman" w:hAnsi="Times New Roman" w:cs="Times New Roman"/>
                <w:i/>
                <w:iCs/>
                <w:color w:val="111111"/>
                <w:shd w:val="clear" w:color="auto" w:fill="FFFFFF"/>
                <w:lang w:val="uk-UA"/>
              </w:rPr>
              <w:t>/</w:t>
            </w:r>
            <w:proofErr w:type="spellStart"/>
            <w:r w:rsidRPr="00E67C27">
              <w:rPr>
                <w:rFonts w:ascii="Times New Roman" w:hAnsi="Times New Roman" w:cs="Times New Roman"/>
                <w:i/>
                <w:iCs/>
                <w:color w:val="111111"/>
                <w:shd w:val="clear" w:color="auto" w:fill="FFFFFF"/>
                <w:lang w:val="uk-UA"/>
              </w:rPr>
              <w:t>upload</w:t>
            </w:r>
            <w:proofErr w:type="spellEnd"/>
            <w:r w:rsidRPr="00E67C27">
              <w:rPr>
                <w:rFonts w:ascii="Times New Roman" w:hAnsi="Times New Roman" w:cs="Times New Roman"/>
                <w:i/>
                <w:iCs/>
                <w:color w:val="111111"/>
                <w:shd w:val="clear" w:color="auto" w:fill="FFFFFF"/>
                <w:lang w:val="uk-UA"/>
              </w:rPr>
              <w:t>/03.07.2025_no_81.docx</w:t>
            </w:r>
          </w:p>
          <w:p w14:paraId="189F7B51" w14:textId="6F93A1DC" w:rsidR="00E67C27" w:rsidRPr="002E38D3" w:rsidRDefault="00E67C27" w:rsidP="002E38D3">
            <w:pPr>
              <w:tabs>
                <w:tab w:val="left" w:pos="7020"/>
              </w:tabs>
              <w:spacing w:after="0"/>
              <w:jc w:val="both"/>
              <w:rPr>
                <w:rFonts w:ascii="Times New Roman" w:hAnsi="Times New Roman" w:cs="Times New Roman"/>
                <w:lang w:val="uk-UA"/>
              </w:rPr>
            </w:pPr>
          </w:p>
        </w:tc>
      </w:tr>
      <w:tr w:rsidR="00594614" w:rsidRPr="00D403A0" w14:paraId="51E490A7" w14:textId="77777777" w:rsidTr="00A66654">
        <w:tc>
          <w:tcPr>
            <w:tcW w:w="2160" w:type="dxa"/>
          </w:tcPr>
          <w:p w14:paraId="7C922E7B" w14:textId="77777777" w:rsidR="00C9072A" w:rsidRPr="00FA65AC" w:rsidRDefault="00FA65AC">
            <w:pPr>
              <w:rPr>
                <w:rFonts w:ascii="Times New Roman" w:hAnsi="Times New Roman" w:cs="Times New Roman"/>
                <w:lang w:val="ru-RU"/>
              </w:rPr>
            </w:pPr>
            <w:r w:rsidRPr="008171B5">
              <w:rPr>
                <w:rFonts w:ascii="Times New Roman" w:hAnsi="Times New Roman" w:cs="Times New Roman"/>
                <w:lang w:val="ru-RU"/>
              </w:rPr>
              <w:lastRenderedPageBreak/>
              <w:t xml:space="preserve">Участь у </w:t>
            </w:r>
            <w:proofErr w:type="spellStart"/>
            <w:r w:rsidRPr="008171B5">
              <w:rPr>
                <w:rFonts w:ascii="Times New Roman" w:hAnsi="Times New Roman" w:cs="Times New Roman"/>
                <w:lang w:val="ru-RU"/>
              </w:rPr>
              <w:t>робочих</w:t>
            </w:r>
            <w:proofErr w:type="spellEnd"/>
            <w:r w:rsidRPr="008171B5">
              <w:rPr>
                <w:rFonts w:ascii="Times New Roman" w:hAnsi="Times New Roman" w:cs="Times New Roman"/>
                <w:lang w:val="ru-RU"/>
              </w:rPr>
              <w:t xml:space="preserve"> </w:t>
            </w:r>
            <w:proofErr w:type="spellStart"/>
            <w:r w:rsidRPr="008171B5">
              <w:rPr>
                <w:rFonts w:ascii="Times New Roman" w:hAnsi="Times New Roman" w:cs="Times New Roman"/>
                <w:lang w:val="ru-RU"/>
              </w:rPr>
              <w:t>групах</w:t>
            </w:r>
            <w:proofErr w:type="spellEnd"/>
            <w:r w:rsidRPr="008171B5">
              <w:rPr>
                <w:rFonts w:ascii="Times New Roman" w:hAnsi="Times New Roman" w:cs="Times New Roman"/>
                <w:lang w:val="ru-RU"/>
              </w:rPr>
              <w:t xml:space="preserve"> та </w:t>
            </w:r>
            <w:proofErr w:type="spellStart"/>
            <w:r w:rsidRPr="008171B5">
              <w:rPr>
                <w:rFonts w:ascii="Times New Roman" w:hAnsi="Times New Roman" w:cs="Times New Roman"/>
                <w:lang w:val="ru-RU"/>
              </w:rPr>
              <w:t>комісіях</w:t>
            </w:r>
            <w:proofErr w:type="spellEnd"/>
          </w:p>
        </w:tc>
        <w:tc>
          <w:tcPr>
            <w:tcW w:w="3364" w:type="dxa"/>
          </w:tcPr>
          <w:p w14:paraId="6B94FFA2" w14:textId="23D64D27" w:rsidR="003615AD" w:rsidRPr="003615AD" w:rsidRDefault="003615AD" w:rsidP="003615AD">
            <w:pPr>
              <w:widowControl w:val="0"/>
              <w:autoSpaceDE w:val="0"/>
              <w:autoSpaceDN w:val="0"/>
              <w:adjustRightInd w:val="0"/>
              <w:spacing w:after="0" w:line="240" w:lineRule="auto"/>
              <w:jc w:val="both"/>
              <w:outlineLvl w:val="1"/>
              <w:rPr>
                <w:rFonts w:ascii="Times New Roman" w:hAnsi="Times New Roman" w:cs="Times New Roman"/>
                <w:iCs/>
                <w:shd w:val="clear" w:color="auto" w:fill="FFFFFF"/>
                <w:lang w:val="uk-UA"/>
              </w:rPr>
            </w:pPr>
            <w:r>
              <w:rPr>
                <w:rFonts w:ascii="Times New Roman" w:hAnsi="Times New Roman" w:cs="Times New Roman"/>
                <w:lang w:val="uk-UA"/>
              </w:rPr>
              <w:t>П</w:t>
            </w:r>
            <w:r w:rsidRPr="003615AD">
              <w:rPr>
                <w:rFonts w:ascii="Times New Roman" w:hAnsi="Times New Roman" w:cs="Times New Roman"/>
                <w:lang w:val="uk-UA"/>
              </w:rPr>
              <w:t>ров</w:t>
            </w:r>
            <w:r w:rsidR="0013725C">
              <w:rPr>
                <w:rFonts w:ascii="Times New Roman" w:hAnsi="Times New Roman" w:cs="Times New Roman"/>
                <w:lang w:val="uk-UA"/>
              </w:rPr>
              <w:t xml:space="preserve">одяться </w:t>
            </w:r>
            <w:r w:rsidRPr="003615AD">
              <w:rPr>
                <w:rFonts w:ascii="Times New Roman" w:hAnsi="Times New Roman" w:cs="Times New Roman"/>
                <w:lang w:val="uk-UA"/>
              </w:rPr>
              <w:t>моніторингов</w:t>
            </w:r>
            <w:r w:rsidR="0013725C">
              <w:rPr>
                <w:rFonts w:ascii="Times New Roman" w:hAnsi="Times New Roman" w:cs="Times New Roman"/>
                <w:lang w:val="uk-UA"/>
              </w:rPr>
              <w:t>і</w:t>
            </w:r>
            <w:r w:rsidRPr="003615AD">
              <w:rPr>
                <w:rFonts w:ascii="Times New Roman" w:hAnsi="Times New Roman" w:cs="Times New Roman"/>
                <w:lang w:val="uk-UA"/>
              </w:rPr>
              <w:t xml:space="preserve">   візит</w:t>
            </w:r>
            <w:r w:rsidR="0013725C">
              <w:rPr>
                <w:rFonts w:ascii="Times New Roman" w:hAnsi="Times New Roman" w:cs="Times New Roman"/>
                <w:lang w:val="uk-UA"/>
              </w:rPr>
              <w:t>и</w:t>
            </w:r>
            <w:r w:rsidRPr="003615AD">
              <w:rPr>
                <w:rFonts w:ascii="Times New Roman" w:hAnsi="Times New Roman" w:cs="Times New Roman"/>
                <w:lang w:val="uk-UA"/>
              </w:rPr>
              <w:t xml:space="preserve">  перевірки  стану облаштування,</w:t>
            </w:r>
          </w:p>
          <w:p w14:paraId="4E1FC989" w14:textId="77777777" w:rsidR="003615AD" w:rsidRPr="003615AD" w:rsidRDefault="003615AD" w:rsidP="003615AD">
            <w:pPr>
              <w:widowControl w:val="0"/>
              <w:autoSpaceDE w:val="0"/>
              <w:autoSpaceDN w:val="0"/>
              <w:adjustRightInd w:val="0"/>
              <w:jc w:val="both"/>
              <w:outlineLvl w:val="1"/>
              <w:rPr>
                <w:rFonts w:ascii="Times New Roman" w:hAnsi="Times New Roman" w:cs="Times New Roman"/>
                <w:iCs/>
                <w:shd w:val="clear" w:color="auto" w:fill="FFFFFF"/>
                <w:lang w:val="uk-UA"/>
              </w:rPr>
            </w:pPr>
            <w:r w:rsidRPr="003615AD">
              <w:rPr>
                <w:rFonts w:ascii="Times New Roman" w:hAnsi="Times New Roman" w:cs="Times New Roman"/>
                <w:lang w:val="uk-UA"/>
              </w:rPr>
              <w:t>кількості мешканців та вільних  ліжко-місць у місцях тимчасового проживання внутрішньо переміщених осіб</w:t>
            </w:r>
            <w:r w:rsidRPr="003615AD">
              <w:rPr>
                <w:rFonts w:ascii="Times New Roman" w:hAnsi="Times New Roman" w:cs="Times New Roman"/>
                <w:bCs/>
                <w:lang w:val="uk-UA"/>
              </w:rPr>
              <w:t>.</w:t>
            </w:r>
          </w:p>
          <w:p w14:paraId="0F0E22F1" w14:textId="3A3FC2F2" w:rsidR="00C9072A" w:rsidRPr="003615AD" w:rsidRDefault="00C9072A">
            <w:pPr>
              <w:rPr>
                <w:rFonts w:ascii="Times New Roman" w:hAnsi="Times New Roman" w:cs="Times New Roman"/>
                <w:lang w:val="uk-UA"/>
              </w:rPr>
            </w:pPr>
          </w:p>
        </w:tc>
        <w:tc>
          <w:tcPr>
            <w:tcW w:w="708" w:type="dxa"/>
          </w:tcPr>
          <w:p w14:paraId="2C5F2D93" w14:textId="730FB7B9" w:rsidR="00C9072A" w:rsidRPr="003615AD" w:rsidRDefault="00194E54">
            <w:pPr>
              <w:rPr>
                <w:rFonts w:ascii="Times New Roman" w:hAnsi="Times New Roman" w:cs="Times New Roman"/>
                <w:lang w:val="uk-UA"/>
              </w:rPr>
            </w:pPr>
            <w:r>
              <w:rPr>
                <w:rFonts w:ascii="Times New Roman" w:hAnsi="Times New Roman" w:cs="Times New Roman"/>
                <w:lang w:val="uk-UA"/>
              </w:rPr>
              <w:t xml:space="preserve">   </w:t>
            </w:r>
            <w:r w:rsidR="00470FD4">
              <w:rPr>
                <w:rFonts w:ascii="Times New Roman" w:hAnsi="Times New Roman" w:cs="Times New Roman"/>
                <w:lang w:val="uk-UA"/>
              </w:rPr>
              <w:t xml:space="preserve">  </w:t>
            </w:r>
            <w:r>
              <w:rPr>
                <w:rFonts w:ascii="Times New Roman" w:hAnsi="Times New Roman" w:cs="Times New Roman"/>
                <w:lang w:val="uk-UA"/>
              </w:rPr>
              <w:t>5</w:t>
            </w:r>
          </w:p>
        </w:tc>
        <w:tc>
          <w:tcPr>
            <w:tcW w:w="3549" w:type="dxa"/>
          </w:tcPr>
          <w:p w14:paraId="5A6438D1" w14:textId="410014CE" w:rsidR="00C9072A" w:rsidRPr="0013725C" w:rsidRDefault="006C462E">
            <w:pPr>
              <w:rPr>
                <w:rFonts w:ascii="Times New Roman" w:hAnsi="Times New Roman" w:cs="Times New Roman"/>
                <w:i/>
                <w:iCs/>
                <w:lang w:val="uk-UA"/>
              </w:rPr>
            </w:pPr>
            <w:r w:rsidRPr="0013725C">
              <w:rPr>
                <w:rFonts w:ascii="Times New Roman" w:hAnsi="Times New Roman" w:cs="Times New Roman"/>
                <w:i/>
                <w:iCs/>
                <w:shd w:val="clear" w:color="auto" w:fill="FFFFFF"/>
                <w:lang w:val="uk-UA"/>
              </w:rPr>
              <w:t>Рекомендовано к</w:t>
            </w:r>
            <w:r w:rsidRPr="0013725C">
              <w:rPr>
                <w:rFonts w:ascii="Times New Roman" w:hAnsi="Times New Roman" w:cs="Times New Roman"/>
                <w:bCs/>
                <w:i/>
                <w:iCs/>
                <w:lang w:val="uk-UA" w:eastAsia="uk-UA"/>
              </w:rPr>
              <w:t>ерівникам МТП ВПО</w:t>
            </w:r>
            <w:r w:rsidR="00857902" w:rsidRPr="0013725C">
              <w:rPr>
                <w:rFonts w:ascii="Times New Roman" w:hAnsi="Times New Roman" w:cs="Times New Roman"/>
                <w:bCs/>
                <w:i/>
                <w:iCs/>
                <w:lang w:val="uk-UA" w:eastAsia="uk-UA"/>
              </w:rPr>
              <w:t xml:space="preserve"> в подальшому </w:t>
            </w:r>
            <w:r w:rsidR="000B1B54" w:rsidRPr="0013725C">
              <w:rPr>
                <w:rFonts w:ascii="Times New Roman" w:hAnsi="Times New Roman" w:cs="Times New Roman"/>
                <w:bCs/>
                <w:i/>
                <w:iCs/>
                <w:lang w:val="uk-UA" w:eastAsia="uk-UA"/>
              </w:rPr>
              <w:t>забезпечувати</w:t>
            </w:r>
            <w:r w:rsidRPr="0013725C">
              <w:rPr>
                <w:rFonts w:ascii="Times New Roman" w:hAnsi="Times New Roman" w:cs="Times New Roman"/>
                <w:bCs/>
                <w:i/>
                <w:iCs/>
                <w:lang w:val="uk-UA" w:eastAsia="uk-UA"/>
              </w:rPr>
              <w:t xml:space="preserve">  та  </w:t>
            </w:r>
            <w:r w:rsidR="000B1B54" w:rsidRPr="0013725C">
              <w:rPr>
                <w:rFonts w:ascii="Times New Roman" w:hAnsi="Times New Roman" w:cs="Times New Roman"/>
                <w:bCs/>
                <w:i/>
                <w:iCs/>
                <w:lang w:val="uk-UA" w:eastAsia="uk-UA"/>
              </w:rPr>
              <w:t>підтримувати</w:t>
            </w:r>
            <w:r w:rsidRPr="0013725C">
              <w:rPr>
                <w:rFonts w:ascii="Times New Roman" w:hAnsi="Times New Roman" w:cs="Times New Roman"/>
                <w:bCs/>
                <w:i/>
                <w:iCs/>
                <w:lang w:val="uk-UA" w:eastAsia="uk-UA"/>
              </w:rPr>
              <w:t xml:space="preserve"> належних умов для тимчасового проживання в МТП та задоволенню потреб внутрішньо переміщених осіб, зокрема санітарного та епідемічного благополуччя, дотримання державних медико-санітарних нормативів та правил, будівельних норм, правил пожежної безпеки, безперешкодного доступу для осіб з інвалідністю та інших маломобільних груп населення</w:t>
            </w:r>
          </w:p>
        </w:tc>
      </w:tr>
      <w:tr w:rsidR="00594614" w:rsidRPr="00D403A0" w14:paraId="769AD570" w14:textId="77777777" w:rsidTr="00A66654">
        <w:tc>
          <w:tcPr>
            <w:tcW w:w="2160" w:type="dxa"/>
          </w:tcPr>
          <w:p w14:paraId="488E31A1"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Врахування</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рекомендацій</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Ради</w:t>
            </w:r>
            <w:proofErr w:type="spellEnd"/>
          </w:p>
        </w:tc>
        <w:tc>
          <w:tcPr>
            <w:tcW w:w="3364" w:type="dxa"/>
          </w:tcPr>
          <w:p w14:paraId="1212DAF6" w14:textId="5E3DFE2D" w:rsidR="00C9072A" w:rsidRPr="0013725C" w:rsidRDefault="0013725C">
            <w:pPr>
              <w:rPr>
                <w:rFonts w:ascii="Times New Roman" w:hAnsi="Times New Roman" w:cs="Times New Roman"/>
                <w:lang w:val="ru-RU"/>
              </w:rPr>
            </w:pPr>
            <w:proofErr w:type="spellStart"/>
            <w:r w:rsidRPr="0013725C">
              <w:rPr>
                <w:rFonts w:ascii="Times New Roman" w:hAnsi="Times New Roman" w:cs="Times New Roman"/>
              </w:rPr>
              <w:t>Рахівська</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районна</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державна</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адміністрація</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враховує</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рекомендації</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Ради</w:t>
            </w:r>
            <w:proofErr w:type="spellEnd"/>
            <w:r w:rsidRPr="0013725C">
              <w:rPr>
                <w:rFonts w:ascii="Times New Roman" w:hAnsi="Times New Roman" w:cs="Times New Roman"/>
              </w:rPr>
              <w:t xml:space="preserve"> ВПО </w:t>
            </w:r>
            <w:proofErr w:type="spellStart"/>
            <w:r w:rsidRPr="0013725C">
              <w:rPr>
                <w:rFonts w:ascii="Times New Roman" w:hAnsi="Times New Roman" w:cs="Times New Roman"/>
              </w:rPr>
              <w:t>під</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час</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ухвалення</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рішень</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що</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стосуються</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соціального</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захисту</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та</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інтеграції</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внутрішньо</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переміщених</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rPr>
              <w:t>осіб</w:t>
            </w:r>
            <w:proofErr w:type="spellEnd"/>
            <w:r w:rsidRPr="0013725C">
              <w:rPr>
                <w:rFonts w:ascii="Times New Roman" w:hAnsi="Times New Roman" w:cs="Times New Roman"/>
              </w:rPr>
              <w:t xml:space="preserve">. </w:t>
            </w:r>
            <w:proofErr w:type="spellStart"/>
            <w:r w:rsidRPr="0013725C">
              <w:rPr>
                <w:rFonts w:ascii="Times New Roman" w:hAnsi="Times New Roman" w:cs="Times New Roman"/>
                <w:lang w:val="ru-RU"/>
              </w:rPr>
              <w:t>Зокрема</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пропозиції</w:t>
            </w:r>
            <w:proofErr w:type="spellEnd"/>
            <w:r w:rsidRPr="0013725C">
              <w:rPr>
                <w:rFonts w:ascii="Times New Roman" w:hAnsi="Times New Roman" w:cs="Times New Roman"/>
                <w:lang w:val="ru-RU"/>
              </w:rPr>
              <w:t xml:space="preserve"> </w:t>
            </w:r>
            <w:proofErr w:type="gramStart"/>
            <w:r w:rsidRPr="0013725C">
              <w:rPr>
                <w:rFonts w:ascii="Times New Roman" w:hAnsi="Times New Roman" w:cs="Times New Roman"/>
                <w:lang w:val="ru-RU"/>
              </w:rPr>
              <w:t>Ради</w:t>
            </w:r>
            <w:proofErr w:type="gram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беруться</w:t>
            </w:r>
            <w:proofErr w:type="spellEnd"/>
            <w:r w:rsidRPr="0013725C">
              <w:rPr>
                <w:rFonts w:ascii="Times New Roman" w:hAnsi="Times New Roman" w:cs="Times New Roman"/>
                <w:lang w:val="ru-RU"/>
              </w:rPr>
              <w:t xml:space="preserve"> до </w:t>
            </w:r>
            <w:proofErr w:type="spellStart"/>
            <w:r w:rsidRPr="0013725C">
              <w:rPr>
                <w:rFonts w:ascii="Times New Roman" w:hAnsi="Times New Roman" w:cs="Times New Roman"/>
                <w:lang w:val="ru-RU"/>
              </w:rPr>
              <w:t>уваги</w:t>
            </w:r>
            <w:proofErr w:type="spellEnd"/>
            <w:r w:rsidRPr="0013725C">
              <w:rPr>
                <w:rFonts w:ascii="Times New Roman" w:hAnsi="Times New Roman" w:cs="Times New Roman"/>
                <w:lang w:val="ru-RU"/>
              </w:rPr>
              <w:t xml:space="preserve"> при </w:t>
            </w:r>
            <w:proofErr w:type="spellStart"/>
            <w:r w:rsidRPr="0013725C">
              <w:rPr>
                <w:rFonts w:ascii="Times New Roman" w:hAnsi="Times New Roman" w:cs="Times New Roman"/>
                <w:lang w:val="ru-RU"/>
              </w:rPr>
              <w:t>організації</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гуманітарної</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допомоги</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покращенні</w:t>
            </w:r>
            <w:proofErr w:type="spellEnd"/>
            <w:r w:rsidRPr="0013725C">
              <w:rPr>
                <w:rFonts w:ascii="Times New Roman" w:hAnsi="Times New Roman" w:cs="Times New Roman"/>
                <w:lang w:val="ru-RU"/>
              </w:rPr>
              <w:t xml:space="preserve"> доступу ВПО до </w:t>
            </w:r>
            <w:proofErr w:type="spellStart"/>
            <w:r w:rsidRPr="0013725C">
              <w:rPr>
                <w:rFonts w:ascii="Times New Roman" w:hAnsi="Times New Roman" w:cs="Times New Roman"/>
                <w:lang w:val="ru-RU"/>
              </w:rPr>
              <w:t>соціальних</w:t>
            </w:r>
            <w:proofErr w:type="spellEnd"/>
            <w:r w:rsidRPr="0013725C">
              <w:rPr>
                <w:rFonts w:ascii="Times New Roman" w:hAnsi="Times New Roman" w:cs="Times New Roman"/>
                <w:lang w:val="ru-RU"/>
              </w:rPr>
              <w:t xml:space="preserve"> та </w:t>
            </w:r>
            <w:proofErr w:type="spellStart"/>
            <w:r w:rsidRPr="0013725C">
              <w:rPr>
                <w:rFonts w:ascii="Times New Roman" w:hAnsi="Times New Roman" w:cs="Times New Roman"/>
                <w:lang w:val="ru-RU"/>
              </w:rPr>
              <w:t>адміністративних</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послуг</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Також</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рекомендації</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використовуються</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під</w:t>
            </w:r>
            <w:proofErr w:type="spellEnd"/>
            <w:r w:rsidRPr="0013725C">
              <w:rPr>
                <w:rFonts w:ascii="Times New Roman" w:hAnsi="Times New Roman" w:cs="Times New Roman"/>
                <w:lang w:val="ru-RU"/>
              </w:rPr>
              <w:t xml:space="preserve"> час </w:t>
            </w:r>
            <w:proofErr w:type="spellStart"/>
            <w:r w:rsidRPr="0013725C">
              <w:rPr>
                <w:rFonts w:ascii="Times New Roman" w:hAnsi="Times New Roman" w:cs="Times New Roman"/>
                <w:lang w:val="ru-RU"/>
              </w:rPr>
              <w:t>планування</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інформаційних</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заходів</w:t>
            </w:r>
            <w:proofErr w:type="spellEnd"/>
            <w:r w:rsidRPr="0013725C">
              <w:rPr>
                <w:rFonts w:ascii="Times New Roman" w:hAnsi="Times New Roman" w:cs="Times New Roman"/>
                <w:lang w:val="ru-RU"/>
              </w:rPr>
              <w:t xml:space="preserve"> і </w:t>
            </w:r>
            <w:proofErr w:type="spellStart"/>
            <w:r w:rsidRPr="0013725C">
              <w:rPr>
                <w:rFonts w:ascii="Times New Roman" w:hAnsi="Times New Roman" w:cs="Times New Roman"/>
                <w:lang w:val="ru-RU"/>
              </w:rPr>
              <w:t>програм</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підтримки</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зайнятості</w:t>
            </w:r>
            <w:proofErr w:type="spellEnd"/>
            <w:r w:rsidRPr="0013725C">
              <w:rPr>
                <w:rFonts w:ascii="Times New Roman" w:hAnsi="Times New Roman" w:cs="Times New Roman"/>
                <w:lang w:val="ru-RU"/>
              </w:rPr>
              <w:t xml:space="preserve"> для ВПО. </w:t>
            </w:r>
            <w:proofErr w:type="spellStart"/>
            <w:r w:rsidRPr="0013725C">
              <w:rPr>
                <w:rFonts w:ascii="Times New Roman" w:hAnsi="Times New Roman" w:cs="Times New Roman"/>
                <w:lang w:val="ru-RU"/>
              </w:rPr>
              <w:t>Це</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свідчить</w:t>
            </w:r>
            <w:proofErr w:type="spellEnd"/>
            <w:r w:rsidRPr="0013725C">
              <w:rPr>
                <w:rFonts w:ascii="Times New Roman" w:hAnsi="Times New Roman" w:cs="Times New Roman"/>
                <w:lang w:val="ru-RU"/>
              </w:rPr>
              <w:t xml:space="preserve"> про </w:t>
            </w:r>
            <w:proofErr w:type="spellStart"/>
            <w:r w:rsidRPr="0013725C">
              <w:rPr>
                <w:rFonts w:ascii="Times New Roman" w:hAnsi="Times New Roman" w:cs="Times New Roman"/>
                <w:lang w:val="ru-RU"/>
              </w:rPr>
              <w:t>конструктивну</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взаємодію</w:t>
            </w:r>
            <w:proofErr w:type="spellEnd"/>
            <w:r w:rsidRPr="0013725C">
              <w:rPr>
                <w:rFonts w:ascii="Times New Roman" w:hAnsi="Times New Roman" w:cs="Times New Roman"/>
                <w:lang w:val="ru-RU"/>
              </w:rPr>
              <w:t xml:space="preserve"> </w:t>
            </w:r>
            <w:proofErr w:type="spellStart"/>
            <w:r w:rsidRPr="0013725C">
              <w:rPr>
                <w:rFonts w:ascii="Times New Roman" w:hAnsi="Times New Roman" w:cs="Times New Roman"/>
                <w:lang w:val="ru-RU"/>
              </w:rPr>
              <w:t>між</w:t>
            </w:r>
            <w:proofErr w:type="spellEnd"/>
            <w:r w:rsidRPr="0013725C">
              <w:rPr>
                <w:rFonts w:ascii="Times New Roman" w:hAnsi="Times New Roman" w:cs="Times New Roman"/>
                <w:lang w:val="ru-RU"/>
              </w:rPr>
              <w:t xml:space="preserve"> Радою та районною </w:t>
            </w:r>
            <w:proofErr w:type="spellStart"/>
            <w:r w:rsidRPr="0013725C">
              <w:rPr>
                <w:rFonts w:ascii="Times New Roman" w:hAnsi="Times New Roman" w:cs="Times New Roman"/>
                <w:lang w:val="ru-RU"/>
              </w:rPr>
              <w:t>адміністрацією</w:t>
            </w:r>
            <w:proofErr w:type="spellEnd"/>
            <w:r w:rsidRPr="0013725C">
              <w:rPr>
                <w:rFonts w:ascii="Times New Roman" w:hAnsi="Times New Roman" w:cs="Times New Roman"/>
                <w:lang w:val="ru-RU"/>
              </w:rPr>
              <w:t>.</w:t>
            </w:r>
          </w:p>
        </w:tc>
        <w:tc>
          <w:tcPr>
            <w:tcW w:w="708" w:type="dxa"/>
          </w:tcPr>
          <w:p w14:paraId="7866D14D" w14:textId="788957AC" w:rsidR="00C9072A" w:rsidRPr="00544C6E" w:rsidRDefault="00544C6E" w:rsidP="00965D8F">
            <w:pPr>
              <w:jc w:val="center"/>
              <w:rPr>
                <w:rFonts w:ascii="Times New Roman" w:hAnsi="Times New Roman" w:cs="Times New Roman"/>
                <w:lang w:val="uk-UA"/>
              </w:rPr>
            </w:pPr>
            <w:r>
              <w:rPr>
                <w:rFonts w:ascii="Times New Roman" w:hAnsi="Times New Roman" w:cs="Times New Roman"/>
                <w:lang w:val="uk-UA"/>
              </w:rPr>
              <w:t>4</w:t>
            </w:r>
          </w:p>
        </w:tc>
        <w:tc>
          <w:tcPr>
            <w:tcW w:w="3549" w:type="dxa"/>
          </w:tcPr>
          <w:p w14:paraId="1B78712F" w14:textId="1212588C" w:rsidR="00C9072A" w:rsidRPr="0013725C" w:rsidRDefault="0013725C">
            <w:pPr>
              <w:rPr>
                <w:rFonts w:ascii="Times New Roman" w:hAnsi="Times New Roman" w:cs="Times New Roman"/>
                <w:i/>
                <w:iCs/>
                <w:lang w:val="uk-UA"/>
              </w:rPr>
            </w:pPr>
            <w:r w:rsidRPr="0013725C">
              <w:rPr>
                <w:rFonts w:ascii="Times New Roman" w:hAnsi="Times New Roman" w:cs="Times New Roman"/>
                <w:i/>
                <w:iCs/>
                <w:lang w:val="uk-UA"/>
              </w:rPr>
              <w:t>Врахування рекомендацій Ради ВПО демонструє готовність районної адміністрації до співпраці та сприяє ухваленню рішень, що більш точно відповідають реальним потребам внутрішньо переміщених осіб</w:t>
            </w:r>
          </w:p>
        </w:tc>
      </w:tr>
      <w:tr w:rsidR="00594614" w:rsidRPr="00D403A0" w14:paraId="5A4F1298" w14:textId="77777777" w:rsidTr="00A66654">
        <w:tc>
          <w:tcPr>
            <w:tcW w:w="2160" w:type="dxa"/>
          </w:tcPr>
          <w:p w14:paraId="2CFB20D3"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Ініціювання</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змін</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або</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програм</w:t>
            </w:r>
            <w:proofErr w:type="spellEnd"/>
          </w:p>
        </w:tc>
        <w:tc>
          <w:tcPr>
            <w:tcW w:w="3364" w:type="dxa"/>
          </w:tcPr>
          <w:p w14:paraId="5E4F91B7" w14:textId="1D91AA97" w:rsidR="00C9072A" w:rsidRPr="00AE7B31" w:rsidRDefault="006B0A07">
            <w:pPr>
              <w:rPr>
                <w:rFonts w:ascii="Times New Roman" w:hAnsi="Times New Roman" w:cs="Times New Roman"/>
                <w:lang w:val="ru-RU"/>
              </w:rPr>
            </w:pPr>
            <w:r w:rsidRPr="00AE7B31">
              <w:rPr>
                <w:rFonts w:ascii="Times New Roman" w:hAnsi="Times New Roman" w:cs="Times New Roman"/>
                <w:lang w:val="uk-UA"/>
              </w:rPr>
              <w:t xml:space="preserve">В </w:t>
            </w:r>
            <w:proofErr w:type="spellStart"/>
            <w:r w:rsidRPr="00AE7B31">
              <w:rPr>
                <w:rFonts w:ascii="Times New Roman" w:hAnsi="Times New Roman" w:cs="Times New Roman"/>
                <w:lang w:val="ru-RU"/>
              </w:rPr>
              <w:t>Рахівському</w:t>
            </w:r>
            <w:proofErr w:type="spellEnd"/>
            <w:r w:rsidR="0013725C" w:rsidRPr="00AE7B31">
              <w:rPr>
                <w:rFonts w:ascii="Times New Roman" w:hAnsi="Times New Roman" w:cs="Times New Roman"/>
                <w:lang w:val="ru-RU"/>
              </w:rPr>
              <w:t xml:space="preserve"> </w:t>
            </w:r>
            <w:proofErr w:type="spellStart"/>
            <w:r w:rsidR="0013725C" w:rsidRPr="00AE7B31">
              <w:rPr>
                <w:rFonts w:ascii="Times New Roman" w:hAnsi="Times New Roman" w:cs="Times New Roman"/>
                <w:lang w:val="ru-RU"/>
              </w:rPr>
              <w:t>район</w:t>
            </w:r>
            <w:r w:rsidRPr="00AE7B31">
              <w:rPr>
                <w:rFonts w:ascii="Times New Roman" w:hAnsi="Times New Roman" w:cs="Times New Roman"/>
                <w:lang w:val="ru-RU"/>
              </w:rPr>
              <w:t>і</w:t>
            </w:r>
            <w:proofErr w:type="spellEnd"/>
            <w:r w:rsidR="0013725C" w:rsidRPr="00AE7B31">
              <w:rPr>
                <w:rFonts w:ascii="Times New Roman" w:hAnsi="Times New Roman" w:cs="Times New Roman"/>
                <w:lang w:val="ru-RU"/>
              </w:rPr>
              <w:t xml:space="preserve"> </w:t>
            </w:r>
            <w:r w:rsidR="00DF6E0D" w:rsidRPr="00AE7B31">
              <w:rPr>
                <w:rFonts w:ascii="Times New Roman" w:hAnsi="Times New Roman" w:cs="Times New Roman"/>
                <w:lang w:val="ru-RU"/>
              </w:rPr>
              <w:t>є</w:t>
            </w:r>
            <w:r w:rsidR="00F57E6C">
              <w:rPr>
                <w:rFonts w:ascii="Times New Roman" w:hAnsi="Times New Roman" w:cs="Times New Roman"/>
                <w:lang w:val="uk-UA"/>
              </w:rPr>
              <w:t xml:space="preserve"> 8</w:t>
            </w:r>
            <w:r w:rsidR="00DF6E0D" w:rsidRPr="00AE7B31">
              <w:rPr>
                <w:rFonts w:ascii="Times New Roman" w:hAnsi="Times New Roman" w:cs="Times New Roman"/>
                <w:lang w:val="uk-UA"/>
              </w:rPr>
              <w:t xml:space="preserve"> об</w:t>
            </w:r>
            <w:r w:rsidR="00DF6E0D" w:rsidRPr="00AE7B31">
              <w:rPr>
                <w:rFonts w:ascii="Times New Roman" w:hAnsi="Times New Roman" w:cs="Times New Roman"/>
                <w:lang w:val="ru-RU"/>
              </w:rPr>
              <w:t>’</w:t>
            </w:r>
            <w:proofErr w:type="spellStart"/>
            <w:r w:rsidR="00DF6E0D" w:rsidRPr="00AE7B31">
              <w:rPr>
                <w:rFonts w:ascii="Times New Roman" w:hAnsi="Times New Roman" w:cs="Times New Roman"/>
                <w:lang w:val="uk-UA"/>
              </w:rPr>
              <w:t>єктів</w:t>
            </w:r>
            <w:proofErr w:type="spellEnd"/>
            <w:r w:rsidR="00DF6E0D" w:rsidRPr="00AE7B31">
              <w:rPr>
                <w:rFonts w:ascii="Times New Roman" w:hAnsi="Times New Roman" w:cs="Times New Roman"/>
                <w:lang w:val="uk-UA"/>
              </w:rPr>
              <w:t xml:space="preserve"> для тимчасового проживання ВПО</w:t>
            </w:r>
            <w:r w:rsidR="0016317E" w:rsidRPr="00AE7B31">
              <w:rPr>
                <w:rFonts w:ascii="Times New Roman" w:hAnsi="Times New Roman" w:cs="Times New Roman"/>
                <w:lang w:val="uk-UA"/>
              </w:rPr>
              <w:t>, що</w:t>
            </w:r>
            <w:r w:rsidR="0013725C" w:rsidRPr="00AE7B31">
              <w:rPr>
                <w:rFonts w:ascii="Times New Roman" w:hAnsi="Times New Roman" w:cs="Times New Roman"/>
                <w:lang w:val="ru-RU"/>
              </w:rPr>
              <w:t xml:space="preserve"> </w:t>
            </w:r>
            <w:proofErr w:type="spellStart"/>
            <w:r w:rsidR="0013725C" w:rsidRPr="00AE7B31">
              <w:rPr>
                <w:rFonts w:ascii="Times New Roman" w:hAnsi="Times New Roman" w:cs="Times New Roman"/>
                <w:lang w:val="ru-RU"/>
              </w:rPr>
              <w:t>облаштован</w:t>
            </w:r>
            <w:r w:rsidR="00DF15F6" w:rsidRPr="00AE7B31">
              <w:rPr>
                <w:rFonts w:ascii="Times New Roman" w:hAnsi="Times New Roman" w:cs="Times New Roman"/>
                <w:lang w:val="ru-RU"/>
              </w:rPr>
              <w:t>і</w:t>
            </w:r>
            <w:proofErr w:type="spellEnd"/>
            <w:r w:rsidR="00ED31E3">
              <w:rPr>
                <w:rFonts w:ascii="Times New Roman" w:hAnsi="Times New Roman" w:cs="Times New Roman"/>
                <w:lang w:val="ru-RU"/>
              </w:rPr>
              <w:t xml:space="preserve"> для комфортного </w:t>
            </w:r>
            <w:proofErr w:type="spellStart"/>
            <w:r w:rsidR="00ED31E3">
              <w:rPr>
                <w:rFonts w:ascii="Times New Roman" w:hAnsi="Times New Roman" w:cs="Times New Roman"/>
                <w:lang w:val="ru-RU"/>
              </w:rPr>
              <w:lastRenderedPageBreak/>
              <w:t>проживання</w:t>
            </w:r>
            <w:proofErr w:type="spellEnd"/>
            <w:r w:rsidR="000C436F">
              <w:rPr>
                <w:rFonts w:ascii="Times New Roman" w:hAnsi="Times New Roman" w:cs="Times New Roman"/>
                <w:lang w:val="ru-RU"/>
              </w:rPr>
              <w:t xml:space="preserve"> з </w:t>
            </w:r>
            <w:proofErr w:type="spellStart"/>
            <w:r w:rsidR="000C436F">
              <w:rPr>
                <w:rFonts w:ascii="Times New Roman" w:hAnsi="Times New Roman" w:cs="Times New Roman"/>
                <w:lang w:val="ru-RU"/>
              </w:rPr>
              <w:t>усіма</w:t>
            </w:r>
            <w:proofErr w:type="spellEnd"/>
            <w:r w:rsidR="000C436F">
              <w:rPr>
                <w:rFonts w:ascii="Times New Roman" w:hAnsi="Times New Roman" w:cs="Times New Roman"/>
                <w:lang w:val="ru-RU"/>
              </w:rPr>
              <w:t xml:space="preserve"> </w:t>
            </w:r>
            <w:proofErr w:type="spellStart"/>
            <w:r w:rsidR="000C436F">
              <w:rPr>
                <w:rFonts w:ascii="Times New Roman" w:hAnsi="Times New Roman" w:cs="Times New Roman"/>
                <w:lang w:val="ru-RU"/>
              </w:rPr>
              <w:t>зручностями</w:t>
            </w:r>
            <w:proofErr w:type="spellEnd"/>
            <w:r w:rsidR="0013725C" w:rsidRPr="00AE7B31">
              <w:rPr>
                <w:rFonts w:ascii="Times New Roman" w:hAnsi="Times New Roman" w:cs="Times New Roman"/>
                <w:lang w:val="ru-RU"/>
              </w:rPr>
              <w:t>.</w:t>
            </w:r>
          </w:p>
          <w:p w14:paraId="3927114D" w14:textId="0B69D534" w:rsidR="007C11EA" w:rsidRPr="008B0373" w:rsidRDefault="00FB1311">
            <w:pPr>
              <w:rPr>
                <w:rFonts w:ascii="Times New Roman" w:hAnsi="Times New Roman" w:cs="Times New Roman"/>
                <w:lang w:val="uk-UA"/>
              </w:rPr>
            </w:pPr>
            <w:r w:rsidRPr="00817C0A">
              <w:rPr>
                <w:rFonts w:ascii="Times New Roman" w:hAnsi="Times New Roman" w:cs="Times New Roman"/>
                <w:bCs/>
                <w:lang w:val="uk-UA"/>
              </w:rPr>
              <w:t>Н</w:t>
            </w:r>
            <w:r w:rsidR="00306293" w:rsidRPr="00817C0A">
              <w:rPr>
                <w:rFonts w:ascii="Times New Roman" w:hAnsi="Times New Roman" w:cs="Times New Roman"/>
                <w:bCs/>
                <w:lang w:val="uk-UA"/>
              </w:rPr>
              <w:t>а території Рахівської громади функціонують три місця тимчасового прожива</w:t>
            </w:r>
            <w:r w:rsidR="00560668" w:rsidRPr="00817C0A">
              <w:rPr>
                <w:rFonts w:ascii="Times New Roman" w:hAnsi="Times New Roman" w:cs="Times New Roman"/>
                <w:bCs/>
                <w:lang w:val="uk-UA"/>
              </w:rPr>
              <w:t>ння внутрішньо переміщених осіб</w:t>
            </w:r>
            <w:r w:rsidR="00306293" w:rsidRPr="00817C0A">
              <w:rPr>
                <w:rFonts w:ascii="Times New Roman" w:hAnsi="Times New Roman" w:cs="Times New Roman"/>
                <w:bCs/>
                <w:lang w:val="uk-UA"/>
              </w:rPr>
              <w:t>, що розташовані за адресами:  вул.</w:t>
            </w:r>
            <w:r w:rsidR="00306293" w:rsidRPr="00817C0A">
              <w:rPr>
                <w:rFonts w:ascii="Times New Roman" w:hAnsi="Times New Roman" w:cs="Times New Roman"/>
                <w:lang w:val="uk-UA" w:eastAsia="uk-UA"/>
              </w:rPr>
              <w:t xml:space="preserve"> Степана Бойка, будинок 5</w:t>
            </w:r>
            <w:r w:rsidR="00306293" w:rsidRPr="00817C0A">
              <w:rPr>
                <w:rFonts w:ascii="Times New Roman" w:hAnsi="Times New Roman" w:cs="Times New Roman"/>
                <w:bCs/>
                <w:lang w:val="uk-UA"/>
              </w:rPr>
              <w:t xml:space="preserve">,  </w:t>
            </w:r>
            <w:r w:rsidR="00306293" w:rsidRPr="00817C0A">
              <w:rPr>
                <w:rFonts w:ascii="Times New Roman" w:hAnsi="Times New Roman" w:cs="Times New Roman"/>
                <w:bCs/>
                <w:lang w:val="uk-UA" w:eastAsia="uk-UA"/>
              </w:rPr>
              <w:t>вул. Київська, будинок</w:t>
            </w:r>
            <w:r w:rsidR="00306293" w:rsidRPr="00AE7B31">
              <w:rPr>
                <w:rFonts w:ascii="Times New Roman" w:hAnsi="Times New Roman" w:cs="Times New Roman"/>
                <w:bCs/>
                <w:lang w:val="uk-UA" w:eastAsia="uk-UA"/>
              </w:rPr>
              <w:t xml:space="preserve"> </w:t>
            </w:r>
            <w:r w:rsidR="0010690D" w:rsidRPr="00AE7B31">
              <w:rPr>
                <w:rFonts w:ascii="Times New Roman" w:hAnsi="Times New Roman" w:cs="Times New Roman"/>
                <w:bCs/>
                <w:lang w:val="uk-UA" w:eastAsia="uk-UA"/>
              </w:rPr>
              <w:t>219 Б</w:t>
            </w:r>
            <w:r w:rsidR="00306293" w:rsidRPr="00AE7B31">
              <w:rPr>
                <w:rFonts w:ascii="Times New Roman" w:hAnsi="Times New Roman" w:cs="Times New Roman"/>
                <w:lang w:val="uk-UA"/>
              </w:rPr>
              <w:t xml:space="preserve"> та по</w:t>
            </w:r>
            <w:r w:rsidR="006522F7">
              <w:rPr>
                <w:rFonts w:ascii="Times New Roman" w:hAnsi="Times New Roman" w:cs="Times New Roman"/>
                <w:bCs/>
                <w:lang w:val="uk-UA" w:eastAsia="uk-UA"/>
              </w:rPr>
              <w:t xml:space="preserve"> вул. Харківська, будинок 2.</w:t>
            </w:r>
            <w:r w:rsidR="005B26CD" w:rsidRPr="00E8303D">
              <w:rPr>
                <w:rFonts w:ascii="Times New Roman" w:hAnsi="Times New Roman" w:cs="Times New Roman"/>
                <w:bCs/>
                <w:sz w:val="28"/>
                <w:szCs w:val="28"/>
                <w:lang w:val="uk-UA"/>
              </w:rPr>
              <w:t xml:space="preserve"> </w:t>
            </w:r>
            <w:r w:rsidR="005B26CD" w:rsidRPr="000E493F">
              <w:rPr>
                <w:rFonts w:ascii="Times New Roman" w:hAnsi="Times New Roman" w:cs="Times New Roman"/>
                <w:bCs/>
                <w:lang w:val="uk-UA"/>
              </w:rPr>
              <w:t xml:space="preserve">На території </w:t>
            </w:r>
            <w:proofErr w:type="spellStart"/>
            <w:r w:rsidR="005B26CD" w:rsidRPr="000E493F">
              <w:rPr>
                <w:rFonts w:ascii="Times New Roman" w:hAnsi="Times New Roman" w:cs="Times New Roman"/>
                <w:bCs/>
                <w:lang w:val="uk-UA"/>
              </w:rPr>
              <w:t>Богданської</w:t>
            </w:r>
            <w:proofErr w:type="spellEnd"/>
            <w:r w:rsidR="005B26CD" w:rsidRPr="000E493F">
              <w:rPr>
                <w:rFonts w:ascii="Times New Roman" w:hAnsi="Times New Roman" w:cs="Times New Roman"/>
                <w:bCs/>
                <w:lang w:val="uk-UA"/>
              </w:rPr>
              <w:t xml:space="preserve"> територіальної громади функціонує одно МТП ВПО, що розташоване в </w:t>
            </w:r>
            <w:r w:rsidR="005B26CD" w:rsidRPr="000E493F">
              <w:rPr>
                <w:rFonts w:ascii="Times New Roman" w:hAnsi="Times New Roman" w:cs="Times New Roman"/>
                <w:lang w:val="uk-UA" w:eastAsia="uk-UA"/>
              </w:rPr>
              <w:t xml:space="preserve">с. </w:t>
            </w:r>
            <w:proofErr w:type="spellStart"/>
            <w:r w:rsidR="005B26CD" w:rsidRPr="000E493F">
              <w:rPr>
                <w:rFonts w:ascii="Times New Roman" w:hAnsi="Times New Roman" w:cs="Times New Roman"/>
                <w:lang w:val="uk-UA" w:eastAsia="uk-UA"/>
              </w:rPr>
              <w:t>Видричка</w:t>
            </w:r>
            <w:proofErr w:type="spellEnd"/>
            <w:r w:rsidR="005B26CD" w:rsidRPr="000E493F">
              <w:rPr>
                <w:rFonts w:ascii="Times New Roman" w:hAnsi="Times New Roman" w:cs="Times New Roman"/>
                <w:lang w:val="uk-UA" w:eastAsia="uk-UA"/>
              </w:rPr>
              <w:t>,</w:t>
            </w:r>
            <w:r w:rsidR="005B26CD" w:rsidRPr="000E493F">
              <w:rPr>
                <w:rFonts w:ascii="Times New Roman" w:hAnsi="Times New Roman" w:cs="Times New Roman"/>
                <w:b/>
                <w:lang w:val="uk-UA" w:eastAsia="uk-UA"/>
              </w:rPr>
              <w:t xml:space="preserve"> </w:t>
            </w:r>
            <w:r w:rsidR="005B26CD" w:rsidRPr="000E493F">
              <w:rPr>
                <w:rFonts w:ascii="Times New Roman" w:hAnsi="Times New Roman" w:cs="Times New Roman"/>
                <w:lang w:val="uk-UA"/>
              </w:rPr>
              <w:t>вул. Л. Українки, будинок, 196, А</w:t>
            </w:r>
            <w:r w:rsidR="003632CF">
              <w:rPr>
                <w:rFonts w:ascii="Times New Roman" w:hAnsi="Times New Roman" w:cs="Times New Roman"/>
                <w:lang w:val="uk-UA"/>
              </w:rPr>
              <w:t>.</w:t>
            </w:r>
            <w:r w:rsidR="006F6958">
              <w:rPr>
                <w:rFonts w:ascii="Times New Roman" w:hAnsi="Times New Roman" w:cs="Times New Roman"/>
                <w:lang w:val="uk-UA"/>
              </w:rPr>
              <w:t xml:space="preserve"> </w:t>
            </w:r>
            <w:r w:rsidR="006F6958" w:rsidRPr="00015C2F">
              <w:rPr>
                <w:rFonts w:ascii="Times New Roman" w:hAnsi="Times New Roman" w:cs="Times New Roman"/>
                <w:bCs/>
                <w:lang w:val="uk-UA"/>
              </w:rPr>
              <w:t xml:space="preserve">На території </w:t>
            </w:r>
            <w:proofErr w:type="spellStart"/>
            <w:r w:rsidR="006F6958" w:rsidRPr="00015C2F">
              <w:rPr>
                <w:rFonts w:ascii="Times New Roman" w:hAnsi="Times New Roman" w:cs="Times New Roman"/>
                <w:bCs/>
                <w:lang w:val="uk-UA"/>
              </w:rPr>
              <w:t>Ясінянської</w:t>
            </w:r>
            <w:proofErr w:type="spellEnd"/>
            <w:r w:rsidR="006F6958" w:rsidRPr="00015C2F">
              <w:rPr>
                <w:rFonts w:ascii="Times New Roman" w:hAnsi="Times New Roman" w:cs="Times New Roman"/>
                <w:bCs/>
                <w:lang w:val="uk-UA"/>
              </w:rPr>
              <w:t xml:space="preserve"> територіальної громади функціонують два МТП ВПО, що знаходяться за адресами: вул.</w:t>
            </w:r>
            <w:r w:rsidR="006F6958" w:rsidRPr="00015C2F">
              <w:rPr>
                <w:rFonts w:ascii="Times New Roman" w:hAnsi="Times New Roman" w:cs="Times New Roman"/>
                <w:b/>
                <w:lang w:val="ru-RU" w:eastAsia="uk-UA"/>
              </w:rPr>
              <w:t xml:space="preserve"> </w:t>
            </w:r>
            <w:proofErr w:type="spellStart"/>
            <w:r w:rsidR="006F6958" w:rsidRPr="00015C2F">
              <w:rPr>
                <w:rFonts w:ascii="Times New Roman" w:hAnsi="Times New Roman" w:cs="Times New Roman"/>
                <w:lang w:val="ru-RU" w:eastAsia="uk-UA"/>
              </w:rPr>
              <w:t>Віктора</w:t>
            </w:r>
            <w:proofErr w:type="spellEnd"/>
            <w:r w:rsidR="006F6958" w:rsidRPr="00015C2F">
              <w:rPr>
                <w:rFonts w:ascii="Times New Roman" w:hAnsi="Times New Roman" w:cs="Times New Roman"/>
                <w:lang w:val="ru-RU" w:eastAsia="uk-UA"/>
              </w:rPr>
              <w:t xml:space="preserve"> </w:t>
            </w:r>
            <w:proofErr w:type="spellStart"/>
            <w:r w:rsidR="006F6958" w:rsidRPr="00015C2F">
              <w:rPr>
                <w:rFonts w:ascii="Times New Roman" w:hAnsi="Times New Roman" w:cs="Times New Roman"/>
                <w:lang w:val="ru-RU" w:eastAsia="uk-UA"/>
              </w:rPr>
              <w:t>Файбиша</w:t>
            </w:r>
            <w:proofErr w:type="spellEnd"/>
            <w:r w:rsidR="006F6958" w:rsidRPr="00015C2F">
              <w:rPr>
                <w:rFonts w:ascii="Times New Roman" w:hAnsi="Times New Roman" w:cs="Times New Roman"/>
                <w:lang w:val="ru-RU" w:eastAsia="uk-UA"/>
              </w:rPr>
              <w:t xml:space="preserve">, </w:t>
            </w:r>
            <w:r w:rsidR="006F6958" w:rsidRPr="00015C2F">
              <w:rPr>
                <w:rFonts w:ascii="Times New Roman" w:hAnsi="Times New Roman" w:cs="Times New Roman"/>
                <w:lang w:val="uk-UA" w:eastAsia="uk-UA"/>
              </w:rPr>
              <w:t xml:space="preserve">будинок, </w:t>
            </w:r>
            <w:proofErr w:type="gramStart"/>
            <w:r w:rsidR="006F6958" w:rsidRPr="00015C2F">
              <w:rPr>
                <w:rFonts w:ascii="Times New Roman" w:hAnsi="Times New Roman" w:cs="Times New Roman"/>
                <w:lang w:val="ru-RU" w:eastAsia="uk-UA"/>
              </w:rPr>
              <w:t>112</w:t>
            </w:r>
            <w:r w:rsidR="006F6958" w:rsidRPr="00015C2F">
              <w:rPr>
                <w:rFonts w:ascii="Times New Roman" w:hAnsi="Times New Roman" w:cs="Times New Roman"/>
                <w:lang w:val="uk-UA" w:eastAsia="uk-UA"/>
              </w:rPr>
              <w:t>,</w:t>
            </w:r>
            <w:r w:rsidR="006F6958" w:rsidRPr="00015C2F">
              <w:rPr>
                <w:rFonts w:ascii="Times New Roman" w:hAnsi="Times New Roman" w:cs="Times New Roman"/>
                <w:lang w:val="ru-RU" w:eastAsia="uk-UA"/>
              </w:rPr>
              <w:t xml:space="preserve"> </w:t>
            </w:r>
            <w:r w:rsidR="006F6958" w:rsidRPr="00015C2F">
              <w:rPr>
                <w:rFonts w:ascii="Times New Roman" w:hAnsi="Times New Roman" w:cs="Times New Roman"/>
                <w:lang w:val="uk-UA"/>
              </w:rPr>
              <w:t xml:space="preserve"> </w:t>
            </w:r>
            <w:r w:rsidR="006F6958" w:rsidRPr="00015C2F">
              <w:rPr>
                <w:rFonts w:ascii="Times New Roman" w:hAnsi="Times New Roman" w:cs="Times New Roman"/>
                <w:lang w:val="ru-RU" w:eastAsia="uk-UA"/>
              </w:rPr>
              <w:t>та</w:t>
            </w:r>
            <w:proofErr w:type="gramEnd"/>
            <w:r w:rsidR="006F6958" w:rsidRPr="00015C2F">
              <w:rPr>
                <w:rFonts w:ascii="Times New Roman" w:hAnsi="Times New Roman" w:cs="Times New Roman"/>
                <w:lang w:val="ru-RU" w:eastAsia="uk-UA"/>
              </w:rPr>
              <w:t xml:space="preserve"> </w:t>
            </w:r>
            <w:proofErr w:type="spellStart"/>
            <w:r w:rsidR="006F6958" w:rsidRPr="00015C2F">
              <w:rPr>
                <w:rFonts w:ascii="Times New Roman" w:hAnsi="Times New Roman" w:cs="Times New Roman"/>
                <w:lang w:val="ru-RU" w:eastAsia="uk-UA"/>
              </w:rPr>
              <w:t>вул</w:t>
            </w:r>
            <w:proofErr w:type="spellEnd"/>
            <w:r w:rsidR="006F6958" w:rsidRPr="00015C2F">
              <w:rPr>
                <w:rFonts w:ascii="Times New Roman" w:hAnsi="Times New Roman" w:cs="Times New Roman"/>
                <w:lang w:val="ru-RU" w:eastAsia="uk-UA"/>
              </w:rPr>
              <w:t xml:space="preserve">. </w:t>
            </w:r>
            <w:proofErr w:type="spellStart"/>
            <w:r w:rsidR="006F6958" w:rsidRPr="00BD4D8D">
              <w:rPr>
                <w:rFonts w:ascii="Times New Roman" w:hAnsi="Times New Roman" w:cs="Times New Roman"/>
                <w:lang w:val="ru-RU" w:eastAsia="uk-UA"/>
              </w:rPr>
              <w:t>Коцюбинського</w:t>
            </w:r>
            <w:proofErr w:type="spellEnd"/>
            <w:r w:rsidR="006F6958" w:rsidRPr="00BD4D8D">
              <w:rPr>
                <w:rFonts w:ascii="Times New Roman" w:hAnsi="Times New Roman" w:cs="Times New Roman"/>
                <w:lang w:val="ru-RU" w:eastAsia="uk-UA"/>
              </w:rPr>
              <w:t xml:space="preserve">, </w:t>
            </w:r>
            <w:proofErr w:type="spellStart"/>
            <w:r w:rsidR="006F6958" w:rsidRPr="00BD4D8D">
              <w:rPr>
                <w:rFonts w:ascii="Times New Roman" w:hAnsi="Times New Roman" w:cs="Times New Roman"/>
                <w:lang w:val="ru-RU" w:eastAsia="uk-UA"/>
              </w:rPr>
              <w:t>буд</w:t>
            </w:r>
            <w:r w:rsidR="006F6958" w:rsidRPr="00015C2F">
              <w:rPr>
                <w:rFonts w:ascii="Times New Roman" w:hAnsi="Times New Roman" w:cs="Times New Roman"/>
                <w:lang w:val="uk-UA" w:eastAsia="uk-UA"/>
              </w:rPr>
              <w:t>инок</w:t>
            </w:r>
            <w:proofErr w:type="spellEnd"/>
            <w:r w:rsidR="006F6958" w:rsidRPr="00015C2F">
              <w:rPr>
                <w:rFonts w:ascii="Times New Roman" w:hAnsi="Times New Roman" w:cs="Times New Roman"/>
                <w:lang w:val="uk-UA" w:eastAsia="uk-UA"/>
              </w:rPr>
              <w:t xml:space="preserve">, </w:t>
            </w:r>
            <w:r w:rsidR="006F6958" w:rsidRPr="00BD4D8D">
              <w:rPr>
                <w:rFonts w:ascii="Times New Roman" w:hAnsi="Times New Roman" w:cs="Times New Roman"/>
                <w:lang w:val="ru-RU" w:eastAsia="uk-UA"/>
              </w:rPr>
              <w:t>25</w:t>
            </w:r>
            <w:r w:rsidR="00BD4D8D">
              <w:rPr>
                <w:rFonts w:ascii="Times New Roman" w:hAnsi="Times New Roman" w:cs="Times New Roman"/>
                <w:lang w:val="uk-UA" w:eastAsia="uk-UA"/>
              </w:rPr>
              <w:t xml:space="preserve">. </w:t>
            </w:r>
            <w:r w:rsidR="00BD4D8D" w:rsidRPr="00F53946">
              <w:rPr>
                <w:rFonts w:ascii="Times New Roman" w:hAnsi="Times New Roman" w:cs="Times New Roman"/>
                <w:bCs/>
                <w:lang w:val="uk-UA"/>
              </w:rPr>
              <w:t xml:space="preserve">На території </w:t>
            </w:r>
            <w:proofErr w:type="spellStart"/>
            <w:r w:rsidR="00BD4D8D" w:rsidRPr="00F53946">
              <w:rPr>
                <w:rFonts w:ascii="Times New Roman" w:hAnsi="Times New Roman" w:cs="Times New Roman"/>
                <w:bCs/>
                <w:lang w:val="uk-UA"/>
              </w:rPr>
              <w:t>Великобичківської</w:t>
            </w:r>
            <w:proofErr w:type="spellEnd"/>
            <w:r w:rsidR="00BD4D8D" w:rsidRPr="00F53946">
              <w:rPr>
                <w:rFonts w:ascii="Times New Roman" w:hAnsi="Times New Roman" w:cs="Times New Roman"/>
                <w:bCs/>
                <w:lang w:val="uk-UA"/>
              </w:rPr>
              <w:t xml:space="preserve"> територіальної громади функціонує</w:t>
            </w:r>
            <w:r w:rsidR="00BA2E14" w:rsidRPr="00F53946">
              <w:rPr>
                <w:rFonts w:ascii="Times New Roman" w:hAnsi="Times New Roman" w:cs="Times New Roman"/>
                <w:bCs/>
                <w:lang w:val="uk-UA"/>
              </w:rPr>
              <w:t xml:space="preserve"> два</w:t>
            </w:r>
            <w:r w:rsidR="00AC74E9">
              <w:rPr>
                <w:rFonts w:ascii="Times New Roman" w:hAnsi="Times New Roman" w:cs="Times New Roman"/>
                <w:bCs/>
                <w:lang w:val="uk-UA"/>
              </w:rPr>
              <w:t xml:space="preserve">  МТП ВПО, що знаходяться за адресами</w:t>
            </w:r>
            <w:r w:rsidR="00BD4D8D" w:rsidRPr="00F53946">
              <w:rPr>
                <w:rFonts w:ascii="Times New Roman" w:hAnsi="Times New Roman" w:cs="Times New Roman"/>
                <w:bCs/>
                <w:lang w:val="uk-UA"/>
              </w:rPr>
              <w:t>:</w:t>
            </w:r>
            <w:r w:rsidR="00BD4D8D" w:rsidRPr="00F53946">
              <w:rPr>
                <w:rFonts w:ascii="Times New Roman" w:hAnsi="Times New Roman" w:cs="Times New Roman"/>
                <w:lang w:val="ru-RU"/>
              </w:rPr>
              <w:t xml:space="preserve"> </w:t>
            </w:r>
            <w:proofErr w:type="spellStart"/>
            <w:r w:rsidR="00BD4D8D" w:rsidRPr="00F53946">
              <w:rPr>
                <w:rFonts w:ascii="Times New Roman" w:hAnsi="Times New Roman" w:cs="Times New Roman"/>
                <w:lang w:val="ru-RU"/>
              </w:rPr>
              <w:t>вул</w:t>
            </w:r>
            <w:proofErr w:type="spellEnd"/>
            <w:r w:rsidR="00BD4D8D" w:rsidRPr="00F53946">
              <w:rPr>
                <w:rFonts w:ascii="Times New Roman" w:hAnsi="Times New Roman" w:cs="Times New Roman"/>
                <w:lang w:val="ru-RU"/>
              </w:rPr>
              <w:t xml:space="preserve">. </w:t>
            </w:r>
            <w:proofErr w:type="spellStart"/>
            <w:r w:rsidR="00BD4D8D" w:rsidRPr="0001038A">
              <w:rPr>
                <w:rFonts w:ascii="Times New Roman" w:hAnsi="Times New Roman" w:cs="Times New Roman"/>
                <w:lang w:val="ru-RU"/>
              </w:rPr>
              <w:t>Грушевського</w:t>
            </w:r>
            <w:proofErr w:type="spellEnd"/>
            <w:r w:rsidR="00BD4D8D" w:rsidRPr="0001038A">
              <w:rPr>
                <w:rFonts w:ascii="Times New Roman" w:hAnsi="Times New Roman" w:cs="Times New Roman"/>
                <w:lang w:val="ru-RU"/>
              </w:rPr>
              <w:t>,</w:t>
            </w:r>
            <w:r w:rsidR="00BD4D8D" w:rsidRPr="0001038A">
              <w:rPr>
                <w:rFonts w:ascii="Times New Roman" w:hAnsi="Times New Roman" w:cs="Times New Roman"/>
                <w:lang w:val="uk-UA"/>
              </w:rPr>
              <w:t xml:space="preserve"> будинок,</w:t>
            </w:r>
            <w:r w:rsidR="00BD4D8D" w:rsidRPr="0001038A">
              <w:rPr>
                <w:rFonts w:ascii="Times New Roman" w:hAnsi="Times New Roman" w:cs="Times New Roman"/>
                <w:lang w:val="ru-RU"/>
              </w:rPr>
              <w:t xml:space="preserve"> 1</w:t>
            </w:r>
            <w:r w:rsidR="00BD4D8D" w:rsidRPr="0001038A">
              <w:rPr>
                <w:rFonts w:ascii="Times New Roman" w:hAnsi="Times New Roman" w:cs="Times New Roman"/>
                <w:lang w:val="ru-RU" w:eastAsia="uk-UA"/>
              </w:rPr>
              <w:t>6</w:t>
            </w:r>
            <w:r w:rsidR="00083915" w:rsidRPr="0001038A">
              <w:rPr>
                <w:rFonts w:ascii="Times New Roman" w:hAnsi="Times New Roman" w:cs="Times New Roman"/>
                <w:lang w:val="ru-RU" w:eastAsia="uk-UA"/>
              </w:rPr>
              <w:t xml:space="preserve"> та </w:t>
            </w:r>
            <w:r w:rsidR="00C64CC1" w:rsidRPr="0001038A">
              <w:rPr>
                <w:rFonts w:ascii="Times New Roman" w:hAnsi="Times New Roman" w:cs="Times New Roman"/>
                <w:bCs/>
                <w:lang w:val="uk-UA"/>
              </w:rPr>
              <w:t xml:space="preserve">вул. Грушевського, </w:t>
            </w:r>
            <w:r w:rsidR="001B52A3" w:rsidRPr="0001038A">
              <w:rPr>
                <w:rFonts w:ascii="Times New Roman" w:hAnsi="Times New Roman" w:cs="Times New Roman"/>
                <w:bCs/>
                <w:lang w:val="uk-UA"/>
              </w:rPr>
              <w:t xml:space="preserve">будинок, </w:t>
            </w:r>
            <w:r w:rsidR="00C64CC1" w:rsidRPr="0001038A">
              <w:rPr>
                <w:rFonts w:ascii="Times New Roman" w:hAnsi="Times New Roman" w:cs="Times New Roman"/>
                <w:bCs/>
                <w:lang w:val="uk-UA"/>
              </w:rPr>
              <w:t>65.</w:t>
            </w:r>
          </w:p>
        </w:tc>
        <w:tc>
          <w:tcPr>
            <w:tcW w:w="708" w:type="dxa"/>
          </w:tcPr>
          <w:p w14:paraId="2ACF77DD" w14:textId="6778AB08" w:rsidR="00C9072A" w:rsidRPr="0013725C" w:rsidRDefault="00477208" w:rsidP="00341466">
            <w:pPr>
              <w:jc w:val="center"/>
              <w:rPr>
                <w:rFonts w:ascii="Times New Roman" w:hAnsi="Times New Roman" w:cs="Times New Roman"/>
                <w:lang w:val="ru-RU"/>
              </w:rPr>
            </w:pPr>
            <w:r>
              <w:rPr>
                <w:rFonts w:ascii="Times New Roman" w:hAnsi="Times New Roman" w:cs="Times New Roman"/>
                <w:lang w:val="ru-RU"/>
              </w:rPr>
              <w:lastRenderedPageBreak/>
              <w:t>4</w:t>
            </w:r>
          </w:p>
        </w:tc>
        <w:tc>
          <w:tcPr>
            <w:tcW w:w="3549" w:type="dxa"/>
          </w:tcPr>
          <w:p w14:paraId="7436184C" w14:textId="58874745" w:rsidR="00C9072A" w:rsidRPr="0013725C" w:rsidRDefault="0013725C">
            <w:pPr>
              <w:rPr>
                <w:rFonts w:ascii="Times New Roman" w:hAnsi="Times New Roman" w:cs="Times New Roman"/>
                <w:i/>
                <w:iCs/>
                <w:lang w:val="ru-RU"/>
              </w:rPr>
            </w:pPr>
            <w:r w:rsidRPr="0013725C">
              <w:rPr>
                <w:rFonts w:ascii="Times New Roman" w:hAnsi="Times New Roman" w:cs="Times New Roman"/>
                <w:i/>
                <w:iCs/>
                <w:lang w:val="uk-UA"/>
              </w:rPr>
              <w:t>В більшості МТП проведено ремонти, є необхідне обладнання та техніка (холодильники, плити тощо).</w:t>
            </w:r>
          </w:p>
        </w:tc>
      </w:tr>
      <w:tr w:rsidR="00594614" w:rsidRPr="00D403A0" w14:paraId="7F462F04" w14:textId="77777777" w:rsidTr="00A66654">
        <w:tc>
          <w:tcPr>
            <w:tcW w:w="2160" w:type="dxa"/>
          </w:tcPr>
          <w:p w14:paraId="26893C25" w14:textId="77777777" w:rsidR="00C9072A" w:rsidRPr="00FA65AC" w:rsidRDefault="00FA65AC">
            <w:pPr>
              <w:rPr>
                <w:rFonts w:ascii="Times New Roman" w:hAnsi="Times New Roman" w:cs="Times New Roman"/>
              </w:rPr>
            </w:pPr>
            <w:proofErr w:type="spellStart"/>
            <w:r w:rsidRPr="00BD4D8D">
              <w:rPr>
                <w:rFonts w:ascii="Times New Roman" w:hAnsi="Times New Roman" w:cs="Times New Roman"/>
                <w:lang w:val="ru-RU"/>
              </w:rPr>
              <w:lastRenderedPageBreak/>
              <w:t>Наявність</w:t>
            </w:r>
            <w:proofErr w:type="spellEnd"/>
            <w:r w:rsidRPr="00BD4D8D">
              <w:rPr>
                <w:rFonts w:ascii="Times New Roman" w:hAnsi="Times New Roman" w:cs="Times New Roman"/>
                <w:lang w:val="ru-RU"/>
              </w:rPr>
              <w:t xml:space="preserve"> </w:t>
            </w:r>
            <w:proofErr w:type="spellStart"/>
            <w:r w:rsidRPr="00BD4D8D">
              <w:rPr>
                <w:rFonts w:ascii="Times New Roman" w:hAnsi="Times New Roman" w:cs="Times New Roman"/>
                <w:lang w:val="ru-RU"/>
              </w:rPr>
              <w:t>адвокаційних</w:t>
            </w:r>
            <w:proofErr w:type="spellEnd"/>
            <w:r w:rsidRPr="00BD4D8D">
              <w:rPr>
                <w:rFonts w:ascii="Times New Roman" w:hAnsi="Times New Roman" w:cs="Times New Roman"/>
                <w:lang w:val="ru-RU"/>
              </w:rPr>
              <w:t xml:space="preserve"> рез</w:t>
            </w:r>
            <w:proofErr w:type="spellStart"/>
            <w:r w:rsidRPr="00FA65AC">
              <w:rPr>
                <w:rFonts w:ascii="Times New Roman" w:hAnsi="Times New Roman" w:cs="Times New Roman"/>
              </w:rPr>
              <w:t>ультатів</w:t>
            </w:r>
            <w:proofErr w:type="spellEnd"/>
          </w:p>
        </w:tc>
        <w:tc>
          <w:tcPr>
            <w:tcW w:w="3364" w:type="dxa"/>
          </w:tcPr>
          <w:p w14:paraId="79D512A2" w14:textId="7217155A" w:rsidR="00C9072A" w:rsidRPr="00864F0A" w:rsidRDefault="0013725C">
            <w:pPr>
              <w:rPr>
                <w:rFonts w:ascii="Times New Roman" w:hAnsi="Times New Roman" w:cs="Times New Roman"/>
                <w:lang w:val="ru-RU"/>
              </w:rPr>
            </w:pPr>
            <w:r w:rsidRPr="00864F0A">
              <w:rPr>
                <w:rFonts w:ascii="Times New Roman" w:hAnsi="Times New Roman" w:cs="Times New Roman"/>
                <w:lang w:val="ru-RU"/>
              </w:rPr>
              <w:t xml:space="preserve">У </w:t>
            </w:r>
            <w:proofErr w:type="spellStart"/>
            <w:r w:rsidRPr="00864F0A">
              <w:rPr>
                <w:rFonts w:ascii="Times New Roman" w:hAnsi="Times New Roman" w:cs="Times New Roman"/>
                <w:lang w:val="ru-RU"/>
              </w:rPr>
              <w:t>досвіді</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роботи</w:t>
            </w:r>
            <w:proofErr w:type="spellEnd"/>
            <w:r w:rsidRPr="00864F0A">
              <w:rPr>
                <w:rFonts w:ascii="Times New Roman" w:hAnsi="Times New Roman" w:cs="Times New Roman"/>
                <w:lang w:val="ru-RU"/>
              </w:rPr>
              <w:t xml:space="preserve"> </w:t>
            </w:r>
            <w:proofErr w:type="gramStart"/>
            <w:r w:rsidRPr="00864F0A">
              <w:rPr>
                <w:rFonts w:ascii="Times New Roman" w:hAnsi="Times New Roman" w:cs="Times New Roman"/>
                <w:lang w:val="ru-RU"/>
              </w:rPr>
              <w:t>Ради</w:t>
            </w:r>
            <w:proofErr w:type="gramEnd"/>
            <w:r w:rsidRPr="00864F0A">
              <w:rPr>
                <w:rFonts w:ascii="Times New Roman" w:hAnsi="Times New Roman" w:cs="Times New Roman"/>
                <w:lang w:val="ru-RU"/>
              </w:rPr>
              <w:t xml:space="preserve"> з </w:t>
            </w:r>
            <w:proofErr w:type="spellStart"/>
            <w:r w:rsidRPr="00864F0A">
              <w:rPr>
                <w:rFonts w:ascii="Times New Roman" w:hAnsi="Times New Roman" w:cs="Times New Roman"/>
                <w:lang w:val="ru-RU"/>
              </w:rPr>
              <w:t>питань</w:t>
            </w:r>
            <w:proofErr w:type="spellEnd"/>
            <w:r w:rsidRPr="00864F0A">
              <w:rPr>
                <w:rFonts w:ascii="Times New Roman" w:hAnsi="Times New Roman" w:cs="Times New Roman"/>
                <w:lang w:val="ru-RU"/>
              </w:rPr>
              <w:t xml:space="preserve"> ВПО при </w:t>
            </w:r>
            <w:proofErr w:type="spellStart"/>
            <w:r w:rsidRPr="00864F0A">
              <w:rPr>
                <w:rFonts w:ascii="Times New Roman" w:hAnsi="Times New Roman" w:cs="Times New Roman"/>
                <w:lang w:val="ru-RU"/>
              </w:rPr>
              <w:t>Рахівській</w:t>
            </w:r>
            <w:proofErr w:type="spellEnd"/>
            <w:r w:rsidRPr="00864F0A">
              <w:rPr>
                <w:rFonts w:ascii="Times New Roman" w:hAnsi="Times New Roman" w:cs="Times New Roman"/>
                <w:lang w:val="ru-RU"/>
              </w:rPr>
              <w:t xml:space="preserve"> РДА </w:t>
            </w:r>
            <w:proofErr w:type="spellStart"/>
            <w:r w:rsidRPr="00864F0A">
              <w:rPr>
                <w:rFonts w:ascii="Times New Roman" w:hAnsi="Times New Roman" w:cs="Times New Roman"/>
                <w:lang w:val="ru-RU"/>
              </w:rPr>
              <w:t>наявні</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конкретні</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адвокаційні</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результати</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Зокрема</w:t>
            </w:r>
            <w:proofErr w:type="spellEnd"/>
            <w:r w:rsidRPr="00864F0A">
              <w:rPr>
                <w:rFonts w:ascii="Times New Roman" w:hAnsi="Times New Roman" w:cs="Times New Roman"/>
                <w:lang w:val="ru-RU"/>
              </w:rPr>
              <w:t xml:space="preserve">, за </w:t>
            </w:r>
            <w:proofErr w:type="spellStart"/>
            <w:r w:rsidRPr="00864F0A">
              <w:rPr>
                <w:rFonts w:ascii="Times New Roman" w:hAnsi="Times New Roman" w:cs="Times New Roman"/>
                <w:lang w:val="ru-RU"/>
              </w:rPr>
              <w:t>участі</w:t>
            </w:r>
            <w:proofErr w:type="spellEnd"/>
            <w:r w:rsidRPr="00864F0A">
              <w:rPr>
                <w:rFonts w:ascii="Times New Roman" w:hAnsi="Times New Roman" w:cs="Times New Roman"/>
                <w:lang w:val="ru-RU"/>
              </w:rPr>
              <w:t xml:space="preserve"> </w:t>
            </w:r>
            <w:proofErr w:type="gramStart"/>
            <w:r w:rsidRPr="00864F0A">
              <w:rPr>
                <w:rFonts w:ascii="Times New Roman" w:hAnsi="Times New Roman" w:cs="Times New Roman"/>
                <w:lang w:val="ru-RU"/>
              </w:rPr>
              <w:t>Ради</w:t>
            </w:r>
            <w:proofErr w:type="gram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було</w:t>
            </w:r>
            <w:proofErr w:type="spellEnd"/>
            <w:r w:rsidRPr="00864F0A">
              <w:rPr>
                <w:rFonts w:ascii="Times New Roman" w:hAnsi="Times New Roman" w:cs="Times New Roman"/>
                <w:lang w:val="ru-RU"/>
              </w:rPr>
              <w:t xml:space="preserve"> проведено </w:t>
            </w:r>
            <w:proofErr w:type="spellStart"/>
            <w:r w:rsidRPr="00864F0A">
              <w:rPr>
                <w:rFonts w:ascii="Times New Roman" w:hAnsi="Times New Roman" w:cs="Times New Roman"/>
                <w:lang w:val="ru-RU"/>
              </w:rPr>
              <w:t>оцінку</w:t>
            </w:r>
            <w:proofErr w:type="spellEnd"/>
            <w:r w:rsidRPr="00864F0A">
              <w:rPr>
                <w:rFonts w:ascii="Times New Roman" w:hAnsi="Times New Roman" w:cs="Times New Roman"/>
                <w:lang w:val="ru-RU"/>
              </w:rPr>
              <w:t xml:space="preserve"> потреб </w:t>
            </w:r>
            <w:proofErr w:type="spellStart"/>
            <w:r w:rsidRPr="00864F0A">
              <w:rPr>
                <w:rFonts w:ascii="Times New Roman" w:hAnsi="Times New Roman" w:cs="Times New Roman"/>
                <w:lang w:val="ru-RU"/>
              </w:rPr>
              <w:t>внутрішньо</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переміщених</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осіб</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результати</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якої</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лягли</w:t>
            </w:r>
            <w:proofErr w:type="spellEnd"/>
            <w:r w:rsidRPr="00864F0A">
              <w:rPr>
                <w:rFonts w:ascii="Times New Roman" w:hAnsi="Times New Roman" w:cs="Times New Roman"/>
                <w:lang w:val="ru-RU"/>
              </w:rPr>
              <w:t xml:space="preserve"> в основу </w:t>
            </w:r>
            <w:proofErr w:type="spellStart"/>
            <w:r w:rsidRPr="00864F0A">
              <w:rPr>
                <w:rFonts w:ascii="Times New Roman" w:hAnsi="Times New Roman" w:cs="Times New Roman"/>
                <w:lang w:val="ru-RU"/>
              </w:rPr>
              <w:t>управлінських</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рішень</w:t>
            </w:r>
            <w:proofErr w:type="spellEnd"/>
            <w:r w:rsidRPr="00864F0A">
              <w:rPr>
                <w:rFonts w:ascii="Times New Roman" w:hAnsi="Times New Roman" w:cs="Times New Roman"/>
                <w:lang w:val="ru-RU"/>
              </w:rPr>
              <w:t xml:space="preserve"> на </w:t>
            </w:r>
            <w:proofErr w:type="spellStart"/>
            <w:r w:rsidRPr="00864F0A">
              <w:rPr>
                <w:rFonts w:ascii="Times New Roman" w:hAnsi="Times New Roman" w:cs="Times New Roman"/>
                <w:lang w:val="ru-RU"/>
              </w:rPr>
              <w:t>місцевому</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рівні</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Також</w:t>
            </w:r>
            <w:proofErr w:type="spellEnd"/>
            <w:r w:rsidRPr="00864F0A">
              <w:rPr>
                <w:rFonts w:ascii="Times New Roman" w:hAnsi="Times New Roman" w:cs="Times New Roman"/>
                <w:lang w:val="ru-RU"/>
              </w:rPr>
              <w:t xml:space="preserve"> Рада </w:t>
            </w:r>
            <w:proofErr w:type="spellStart"/>
            <w:r w:rsidRPr="00864F0A">
              <w:rPr>
                <w:rFonts w:ascii="Times New Roman" w:hAnsi="Times New Roman" w:cs="Times New Roman"/>
                <w:lang w:val="ru-RU"/>
              </w:rPr>
              <w:t>долучилася</w:t>
            </w:r>
            <w:proofErr w:type="spellEnd"/>
            <w:r w:rsidRPr="00864F0A">
              <w:rPr>
                <w:rFonts w:ascii="Times New Roman" w:hAnsi="Times New Roman" w:cs="Times New Roman"/>
                <w:lang w:val="ru-RU"/>
              </w:rPr>
              <w:t xml:space="preserve"> до </w:t>
            </w:r>
            <w:proofErr w:type="spellStart"/>
            <w:r w:rsidRPr="00864F0A">
              <w:rPr>
                <w:rFonts w:ascii="Times New Roman" w:hAnsi="Times New Roman" w:cs="Times New Roman"/>
                <w:lang w:val="ru-RU"/>
              </w:rPr>
              <w:t>підготовки</w:t>
            </w:r>
            <w:proofErr w:type="spellEnd"/>
            <w:r w:rsidRPr="00864F0A">
              <w:rPr>
                <w:rFonts w:ascii="Times New Roman" w:hAnsi="Times New Roman" w:cs="Times New Roman"/>
                <w:lang w:val="ru-RU"/>
              </w:rPr>
              <w:t xml:space="preserve"> та </w:t>
            </w:r>
            <w:proofErr w:type="spellStart"/>
            <w:r w:rsidRPr="00864F0A">
              <w:rPr>
                <w:rFonts w:ascii="Times New Roman" w:hAnsi="Times New Roman" w:cs="Times New Roman"/>
                <w:lang w:val="ru-RU"/>
              </w:rPr>
              <w:t>затвердження</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місцевої</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стратегії</w:t>
            </w:r>
            <w:proofErr w:type="spellEnd"/>
            <w:r w:rsidRPr="00864F0A">
              <w:rPr>
                <w:rFonts w:ascii="Times New Roman" w:hAnsi="Times New Roman" w:cs="Times New Roman"/>
                <w:lang w:val="ru-RU"/>
              </w:rPr>
              <w:t xml:space="preserve">/плану </w:t>
            </w:r>
            <w:proofErr w:type="spellStart"/>
            <w:r w:rsidRPr="00864F0A">
              <w:rPr>
                <w:rFonts w:ascii="Times New Roman" w:hAnsi="Times New Roman" w:cs="Times New Roman"/>
                <w:lang w:val="ru-RU"/>
              </w:rPr>
              <w:t>заходів</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щодо</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підтримки</w:t>
            </w:r>
            <w:proofErr w:type="spellEnd"/>
            <w:r w:rsidRPr="00864F0A">
              <w:rPr>
                <w:rFonts w:ascii="Times New Roman" w:hAnsi="Times New Roman" w:cs="Times New Roman"/>
                <w:lang w:val="ru-RU"/>
              </w:rPr>
              <w:t xml:space="preserve"> ВПО. На </w:t>
            </w:r>
            <w:proofErr w:type="spellStart"/>
            <w:r w:rsidRPr="00864F0A">
              <w:rPr>
                <w:rFonts w:ascii="Times New Roman" w:hAnsi="Times New Roman" w:cs="Times New Roman"/>
                <w:lang w:val="ru-RU"/>
              </w:rPr>
              <w:t>основі</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напрацьованих</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рекомендацій</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було</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ініційовано</w:t>
            </w:r>
            <w:proofErr w:type="spellEnd"/>
            <w:r w:rsidRPr="00864F0A">
              <w:rPr>
                <w:rFonts w:ascii="Times New Roman" w:hAnsi="Times New Roman" w:cs="Times New Roman"/>
                <w:lang w:val="ru-RU"/>
              </w:rPr>
              <w:t xml:space="preserve"> та </w:t>
            </w:r>
            <w:proofErr w:type="spellStart"/>
            <w:r w:rsidRPr="00864F0A">
              <w:rPr>
                <w:rFonts w:ascii="Times New Roman" w:hAnsi="Times New Roman" w:cs="Times New Roman"/>
                <w:lang w:val="ru-RU"/>
              </w:rPr>
              <w:t>підтримано</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внесення</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змін</w:t>
            </w:r>
            <w:proofErr w:type="spellEnd"/>
            <w:r w:rsidRPr="00864F0A">
              <w:rPr>
                <w:rFonts w:ascii="Times New Roman" w:hAnsi="Times New Roman" w:cs="Times New Roman"/>
                <w:lang w:val="ru-RU"/>
              </w:rPr>
              <w:t xml:space="preserve"> і </w:t>
            </w:r>
            <w:proofErr w:type="spellStart"/>
            <w:r w:rsidRPr="00864F0A">
              <w:rPr>
                <w:rFonts w:ascii="Times New Roman" w:hAnsi="Times New Roman" w:cs="Times New Roman"/>
                <w:lang w:val="ru-RU"/>
              </w:rPr>
              <w:t>доповнень</w:t>
            </w:r>
            <w:proofErr w:type="spellEnd"/>
            <w:r w:rsidRPr="00864F0A">
              <w:rPr>
                <w:rFonts w:ascii="Times New Roman" w:hAnsi="Times New Roman" w:cs="Times New Roman"/>
                <w:lang w:val="ru-RU"/>
              </w:rPr>
              <w:t xml:space="preserve"> до </w:t>
            </w:r>
            <w:proofErr w:type="spellStart"/>
            <w:r w:rsidRPr="00864F0A">
              <w:rPr>
                <w:rFonts w:ascii="Times New Roman" w:hAnsi="Times New Roman" w:cs="Times New Roman"/>
                <w:lang w:val="ru-RU"/>
              </w:rPr>
              <w:t>чинних</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програм</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соціального</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захисту</w:t>
            </w:r>
            <w:proofErr w:type="spellEnd"/>
            <w:r w:rsidRPr="00864F0A">
              <w:rPr>
                <w:rFonts w:ascii="Times New Roman" w:hAnsi="Times New Roman" w:cs="Times New Roman"/>
                <w:lang w:val="ru-RU"/>
              </w:rPr>
              <w:t xml:space="preserve"> ВПО з метою </w:t>
            </w:r>
            <w:proofErr w:type="spellStart"/>
            <w:r w:rsidRPr="00864F0A">
              <w:rPr>
                <w:rFonts w:ascii="Times New Roman" w:hAnsi="Times New Roman" w:cs="Times New Roman"/>
                <w:lang w:val="ru-RU"/>
              </w:rPr>
              <w:t>кращого</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lastRenderedPageBreak/>
              <w:t>врахування</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їхніх</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актуальних</w:t>
            </w:r>
            <w:proofErr w:type="spellEnd"/>
            <w:r w:rsidRPr="00864F0A">
              <w:rPr>
                <w:rFonts w:ascii="Times New Roman" w:hAnsi="Times New Roman" w:cs="Times New Roman"/>
                <w:lang w:val="ru-RU"/>
              </w:rPr>
              <w:t xml:space="preserve"> потреб. </w:t>
            </w:r>
            <w:proofErr w:type="spellStart"/>
            <w:r w:rsidRPr="00864F0A">
              <w:rPr>
                <w:rFonts w:ascii="Times New Roman" w:hAnsi="Times New Roman" w:cs="Times New Roman"/>
                <w:lang w:val="ru-RU"/>
              </w:rPr>
              <w:t>Це</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посилило</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системність</w:t>
            </w:r>
            <w:proofErr w:type="spellEnd"/>
            <w:r w:rsidRPr="00864F0A">
              <w:rPr>
                <w:rFonts w:ascii="Times New Roman" w:hAnsi="Times New Roman" w:cs="Times New Roman"/>
                <w:lang w:val="ru-RU"/>
              </w:rPr>
              <w:t xml:space="preserve"> та </w:t>
            </w:r>
            <w:proofErr w:type="spellStart"/>
            <w:r w:rsidRPr="00864F0A">
              <w:rPr>
                <w:rFonts w:ascii="Times New Roman" w:hAnsi="Times New Roman" w:cs="Times New Roman"/>
                <w:lang w:val="ru-RU"/>
              </w:rPr>
              <w:t>адресність</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допомоги</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внутрішньо</w:t>
            </w:r>
            <w:proofErr w:type="spellEnd"/>
            <w:r w:rsidRPr="00864F0A">
              <w:rPr>
                <w:rFonts w:ascii="Times New Roman" w:hAnsi="Times New Roman" w:cs="Times New Roman"/>
                <w:lang w:val="ru-RU"/>
              </w:rPr>
              <w:t xml:space="preserve"> </w:t>
            </w:r>
            <w:proofErr w:type="spellStart"/>
            <w:r w:rsidRPr="00864F0A">
              <w:rPr>
                <w:rFonts w:ascii="Times New Roman" w:hAnsi="Times New Roman" w:cs="Times New Roman"/>
                <w:lang w:val="ru-RU"/>
              </w:rPr>
              <w:t>переміщеним</w:t>
            </w:r>
            <w:proofErr w:type="spellEnd"/>
            <w:r w:rsidRPr="00864F0A">
              <w:rPr>
                <w:rFonts w:ascii="Times New Roman" w:hAnsi="Times New Roman" w:cs="Times New Roman"/>
                <w:lang w:val="ru-RU"/>
              </w:rPr>
              <w:t xml:space="preserve"> особам у </w:t>
            </w:r>
            <w:proofErr w:type="spellStart"/>
            <w:r w:rsidRPr="00864F0A">
              <w:rPr>
                <w:rFonts w:ascii="Times New Roman" w:hAnsi="Times New Roman" w:cs="Times New Roman"/>
                <w:lang w:val="ru-RU"/>
              </w:rPr>
              <w:t>громаді</w:t>
            </w:r>
            <w:proofErr w:type="spellEnd"/>
            <w:r w:rsidRPr="00864F0A">
              <w:rPr>
                <w:rFonts w:ascii="Times New Roman" w:hAnsi="Times New Roman" w:cs="Times New Roman"/>
                <w:lang w:val="ru-RU"/>
              </w:rPr>
              <w:t>.</w:t>
            </w:r>
          </w:p>
        </w:tc>
        <w:tc>
          <w:tcPr>
            <w:tcW w:w="708" w:type="dxa"/>
          </w:tcPr>
          <w:p w14:paraId="7E38BDB8" w14:textId="3B7EE788" w:rsidR="00C9072A" w:rsidRPr="00544C6E" w:rsidRDefault="0013725C" w:rsidP="005A08D6">
            <w:pPr>
              <w:jc w:val="center"/>
              <w:rPr>
                <w:rFonts w:ascii="Times New Roman" w:hAnsi="Times New Roman" w:cs="Times New Roman"/>
                <w:lang w:val="uk-UA"/>
              </w:rPr>
            </w:pPr>
            <w:r>
              <w:rPr>
                <w:rFonts w:ascii="Times New Roman" w:hAnsi="Times New Roman" w:cs="Times New Roman"/>
                <w:lang w:val="uk-UA"/>
              </w:rPr>
              <w:lastRenderedPageBreak/>
              <w:t>3</w:t>
            </w:r>
          </w:p>
        </w:tc>
        <w:tc>
          <w:tcPr>
            <w:tcW w:w="3549" w:type="dxa"/>
          </w:tcPr>
          <w:p w14:paraId="61D33932" w14:textId="5808542A" w:rsidR="00C9072A" w:rsidRPr="00864F0A" w:rsidRDefault="00864F0A" w:rsidP="006E75A5">
            <w:pPr>
              <w:rPr>
                <w:rFonts w:ascii="Times New Roman" w:hAnsi="Times New Roman" w:cs="Times New Roman"/>
                <w:i/>
                <w:iCs/>
                <w:lang w:val="ru-RU"/>
              </w:rPr>
            </w:pPr>
            <w:proofErr w:type="spellStart"/>
            <w:r w:rsidRPr="00864F0A">
              <w:rPr>
                <w:rFonts w:ascii="Times New Roman" w:hAnsi="Times New Roman" w:cs="Times New Roman"/>
                <w:i/>
                <w:iCs/>
                <w:lang w:val="ru-RU"/>
              </w:rPr>
              <w:t>Завдяки</w:t>
            </w:r>
            <w:proofErr w:type="spellEnd"/>
            <w:r w:rsidRPr="00864F0A">
              <w:rPr>
                <w:rFonts w:ascii="Times New Roman" w:hAnsi="Times New Roman" w:cs="Times New Roman"/>
                <w:i/>
                <w:iCs/>
                <w:lang w:val="ru-RU"/>
              </w:rPr>
              <w:t xml:space="preserve"> </w:t>
            </w:r>
            <w:proofErr w:type="spellStart"/>
            <w:r w:rsidRPr="00864F0A">
              <w:rPr>
                <w:rFonts w:ascii="Times New Roman" w:hAnsi="Times New Roman" w:cs="Times New Roman"/>
                <w:i/>
                <w:iCs/>
                <w:lang w:val="ru-RU"/>
              </w:rPr>
              <w:t>проведеній</w:t>
            </w:r>
            <w:proofErr w:type="spellEnd"/>
            <w:r w:rsidRPr="00864F0A">
              <w:rPr>
                <w:rFonts w:ascii="Times New Roman" w:hAnsi="Times New Roman" w:cs="Times New Roman"/>
                <w:i/>
                <w:iCs/>
                <w:lang w:val="ru-RU"/>
              </w:rPr>
              <w:t xml:space="preserve"> </w:t>
            </w:r>
            <w:proofErr w:type="spellStart"/>
            <w:r w:rsidRPr="00864F0A">
              <w:rPr>
                <w:rFonts w:ascii="Times New Roman" w:hAnsi="Times New Roman" w:cs="Times New Roman"/>
                <w:i/>
                <w:iCs/>
                <w:lang w:val="ru-RU"/>
              </w:rPr>
              <w:t>оцінці</w:t>
            </w:r>
            <w:proofErr w:type="spellEnd"/>
            <w:r w:rsidRPr="00864F0A">
              <w:rPr>
                <w:rFonts w:ascii="Times New Roman" w:hAnsi="Times New Roman" w:cs="Times New Roman"/>
                <w:i/>
                <w:iCs/>
                <w:lang w:val="ru-RU"/>
              </w:rPr>
              <w:t xml:space="preserve"> потреб та </w:t>
            </w:r>
            <w:proofErr w:type="spellStart"/>
            <w:r w:rsidRPr="00864F0A">
              <w:rPr>
                <w:rFonts w:ascii="Times New Roman" w:hAnsi="Times New Roman" w:cs="Times New Roman"/>
                <w:i/>
                <w:iCs/>
                <w:lang w:val="ru-RU"/>
              </w:rPr>
              <w:t>залученню</w:t>
            </w:r>
            <w:proofErr w:type="spellEnd"/>
            <w:r w:rsidRPr="00864F0A">
              <w:rPr>
                <w:rFonts w:ascii="Times New Roman" w:hAnsi="Times New Roman" w:cs="Times New Roman"/>
                <w:i/>
                <w:iCs/>
                <w:lang w:val="ru-RU"/>
              </w:rPr>
              <w:t xml:space="preserve"> ВПО до </w:t>
            </w:r>
            <w:proofErr w:type="spellStart"/>
            <w:r w:rsidRPr="00864F0A">
              <w:rPr>
                <w:rFonts w:ascii="Times New Roman" w:hAnsi="Times New Roman" w:cs="Times New Roman"/>
                <w:i/>
                <w:iCs/>
                <w:lang w:val="ru-RU"/>
              </w:rPr>
              <w:t>обговорення</w:t>
            </w:r>
            <w:proofErr w:type="spellEnd"/>
            <w:r w:rsidRPr="00864F0A">
              <w:rPr>
                <w:rFonts w:ascii="Times New Roman" w:hAnsi="Times New Roman" w:cs="Times New Roman"/>
                <w:i/>
                <w:iCs/>
                <w:lang w:val="ru-RU"/>
              </w:rPr>
              <w:t xml:space="preserve"> </w:t>
            </w:r>
            <w:proofErr w:type="spellStart"/>
            <w:r w:rsidRPr="00864F0A">
              <w:rPr>
                <w:rFonts w:ascii="Times New Roman" w:hAnsi="Times New Roman" w:cs="Times New Roman"/>
                <w:i/>
                <w:iCs/>
                <w:lang w:val="ru-RU"/>
              </w:rPr>
              <w:t>місцевих</w:t>
            </w:r>
            <w:proofErr w:type="spellEnd"/>
            <w:r w:rsidRPr="00864F0A">
              <w:rPr>
                <w:rFonts w:ascii="Times New Roman" w:hAnsi="Times New Roman" w:cs="Times New Roman"/>
                <w:i/>
                <w:iCs/>
                <w:lang w:val="ru-RU"/>
              </w:rPr>
              <w:t xml:space="preserve"> </w:t>
            </w:r>
            <w:proofErr w:type="spellStart"/>
            <w:r w:rsidRPr="00864F0A">
              <w:rPr>
                <w:rFonts w:ascii="Times New Roman" w:hAnsi="Times New Roman" w:cs="Times New Roman"/>
                <w:i/>
                <w:iCs/>
                <w:lang w:val="ru-RU"/>
              </w:rPr>
              <w:t>стратегій</w:t>
            </w:r>
            <w:proofErr w:type="spellEnd"/>
            <w:r w:rsidRPr="00864F0A">
              <w:rPr>
                <w:rFonts w:ascii="Times New Roman" w:hAnsi="Times New Roman" w:cs="Times New Roman"/>
                <w:i/>
                <w:iCs/>
                <w:lang w:val="ru-RU"/>
              </w:rPr>
              <w:t xml:space="preserve">, орган </w:t>
            </w:r>
            <w:proofErr w:type="spellStart"/>
            <w:r w:rsidRPr="00864F0A">
              <w:rPr>
                <w:rFonts w:ascii="Times New Roman" w:hAnsi="Times New Roman" w:cs="Times New Roman"/>
                <w:i/>
                <w:iCs/>
                <w:lang w:val="ru-RU"/>
              </w:rPr>
              <w:t>міг</w:t>
            </w:r>
            <w:proofErr w:type="spellEnd"/>
            <w:r w:rsidRPr="00864F0A">
              <w:rPr>
                <w:rFonts w:ascii="Times New Roman" w:hAnsi="Times New Roman" w:cs="Times New Roman"/>
                <w:i/>
                <w:iCs/>
                <w:lang w:val="ru-RU"/>
              </w:rPr>
              <w:t xml:space="preserve"> </w:t>
            </w:r>
            <w:proofErr w:type="spellStart"/>
            <w:r w:rsidRPr="00864F0A">
              <w:rPr>
                <w:rFonts w:ascii="Times New Roman" w:hAnsi="Times New Roman" w:cs="Times New Roman"/>
                <w:i/>
                <w:iCs/>
                <w:lang w:val="ru-RU"/>
              </w:rPr>
              <w:t>впливати</w:t>
            </w:r>
            <w:proofErr w:type="spellEnd"/>
            <w:r w:rsidRPr="00864F0A">
              <w:rPr>
                <w:rFonts w:ascii="Times New Roman" w:hAnsi="Times New Roman" w:cs="Times New Roman"/>
                <w:i/>
                <w:iCs/>
                <w:lang w:val="ru-RU"/>
              </w:rPr>
              <w:t xml:space="preserve"> на </w:t>
            </w:r>
            <w:proofErr w:type="spellStart"/>
            <w:r w:rsidRPr="00864F0A">
              <w:rPr>
                <w:rFonts w:ascii="Times New Roman" w:hAnsi="Times New Roman" w:cs="Times New Roman"/>
                <w:i/>
                <w:iCs/>
                <w:lang w:val="ru-RU"/>
              </w:rPr>
              <w:t>формування</w:t>
            </w:r>
            <w:proofErr w:type="spellEnd"/>
            <w:r w:rsidRPr="00864F0A">
              <w:rPr>
                <w:rFonts w:ascii="Times New Roman" w:hAnsi="Times New Roman" w:cs="Times New Roman"/>
                <w:i/>
                <w:iCs/>
                <w:lang w:val="ru-RU"/>
              </w:rPr>
              <w:t xml:space="preserve"> і </w:t>
            </w:r>
            <w:proofErr w:type="spellStart"/>
            <w:r w:rsidRPr="00864F0A">
              <w:rPr>
                <w:rFonts w:ascii="Times New Roman" w:hAnsi="Times New Roman" w:cs="Times New Roman"/>
                <w:i/>
                <w:iCs/>
                <w:lang w:val="ru-RU"/>
              </w:rPr>
              <w:t>коригування</w:t>
            </w:r>
            <w:proofErr w:type="spellEnd"/>
            <w:r w:rsidRPr="00864F0A">
              <w:rPr>
                <w:rFonts w:ascii="Times New Roman" w:hAnsi="Times New Roman" w:cs="Times New Roman"/>
                <w:i/>
                <w:iCs/>
                <w:lang w:val="ru-RU"/>
              </w:rPr>
              <w:t xml:space="preserve"> </w:t>
            </w:r>
            <w:proofErr w:type="spellStart"/>
            <w:r w:rsidRPr="00864F0A">
              <w:rPr>
                <w:rFonts w:ascii="Times New Roman" w:hAnsi="Times New Roman" w:cs="Times New Roman"/>
                <w:i/>
                <w:iCs/>
                <w:lang w:val="ru-RU"/>
              </w:rPr>
              <w:t>програм</w:t>
            </w:r>
            <w:proofErr w:type="spellEnd"/>
            <w:r w:rsidRPr="00864F0A">
              <w:rPr>
                <w:rFonts w:ascii="Times New Roman" w:hAnsi="Times New Roman" w:cs="Times New Roman"/>
                <w:i/>
                <w:iCs/>
                <w:lang w:val="ru-RU"/>
              </w:rPr>
              <w:t xml:space="preserve"> </w:t>
            </w:r>
            <w:proofErr w:type="spellStart"/>
            <w:r w:rsidRPr="00864F0A">
              <w:rPr>
                <w:rFonts w:ascii="Times New Roman" w:hAnsi="Times New Roman" w:cs="Times New Roman"/>
                <w:i/>
                <w:iCs/>
                <w:lang w:val="ru-RU"/>
              </w:rPr>
              <w:t>соціального</w:t>
            </w:r>
            <w:proofErr w:type="spellEnd"/>
            <w:r w:rsidRPr="00864F0A">
              <w:rPr>
                <w:rFonts w:ascii="Times New Roman" w:hAnsi="Times New Roman" w:cs="Times New Roman"/>
                <w:i/>
                <w:iCs/>
                <w:lang w:val="ru-RU"/>
              </w:rPr>
              <w:t xml:space="preserve"> </w:t>
            </w:r>
            <w:proofErr w:type="spellStart"/>
            <w:r w:rsidRPr="00864F0A">
              <w:rPr>
                <w:rFonts w:ascii="Times New Roman" w:hAnsi="Times New Roman" w:cs="Times New Roman"/>
                <w:i/>
                <w:iCs/>
                <w:lang w:val="ru-RU"/>
              </w:rPr>
              <w:t>захисту</w:t>
            </w:r>
            <w:proofErr w:type="spellEnd"/>
            <w:r w:rsidR="00786F49">
              <w:rPr>
                <w:rFonts w:ascii="Times New Roman" w:hAnsi="Times New Roman" w:cs="Times New Roman"/>
                <w:i/>
                <w:iCs/>
                <w:lang w:val="ru-RU"/>
              </w:rPr>
              <w:t xml:space="preserve"> </w:t>
            </w:r>
            <w:proofErr w:type="spellStart"/>
            <w:r w:rsidR="00786F49">
              <w:rPr>
                <w:rFonts w:ascii="Times New Roman" w:hAnsi="Times New Roman" w:cs="Times New Roman"/>
                <w:i/>
                <w:iCs/>
                <w:lang w:val="ru-RU"/>
              </w:rPr>
              <w:t>територіальни</w:t>
            </w:r>
            <w:r w:rsidR="006E75A5">
              <w:rPr>
                <w:rFonts w:ascii="Times New Roman" w:hAnsi="Times New Roman" w:cs="Times New Roman"/>
                <w:i/>
                <w:iCs/>
                <w:lang w:val="ru-RU"/>
              </w:rPr>
              <w:t>х</w:t>
            </w:r>
            <w:proofErr w:type="spellEnd"/>
            <w:r w:rsidR="00786F49">
              <w:rPr>
                <w:rFonts w:ascii="Times New Roman" w:hAnsi="Times New Roman" w:cs="Times New Roman"/>
                <w:i/>
                <w:iCs/>
                <w:lang w:val="ru-RU"/>
              </w:rPr>
              <w:t xml:space="preserve"> громад</w:t>
            </w:r>
            <w:r w:rsidR="002871E0">
              <w:rPr>
                <w:rFonts w:ascii="Times New Roman" w:hAnsi="Times New Roman" w:cs="Times New Roman"/>
                <w:i/>
                <w:iCs/>
                <w:lang w:val="ru-RU"/>
              </w:rPr>
              <w:t>.</w:t>
            </w:r>
          </w:p>
        </w:tc>
      </w:tr>
    </w:tbl>
    <w:p w14:paraId="58886213" w14:textId="77777777" w:rsidR="00864F0A" w:rsidRPr="00851D09" w:rsidRDefault="00864F0A">
      <w:pPr>
        <w:pStyle w:val="21"/>
        <w:rPr>
          <w:rFonts w:ascii="Times New Roman" w:hAnsi="Times New Roman" w:cs="Times New Roman"/>
          <w:color w:val="auto"/>
          <w:lang w:val="ru-RU"/>
        </w:rPr>
      </w:pPr>
    </w:p>
    <w:p w14:paraId="4286B652" w14:textId="741158CB" w:rsidR="00C9072A" w:rsidRPr="00FA65AC" w:rsidRDefault="00FA65AC">
      <w:pPr>
        <w:pStyle w:val="21"/>
        <w:rPr>
          <w:rFonts w:ascii="Times New Roman" w:hAnsi="Times New Roman" w:cs="Times New Roman"/>
          <w:color w:val="auto"/>
        </w:rPr>
      </w:pPr>
      <w:proofErr w:type="spellStart"/>
      <w:r w:rsidRPr="00FA65AC">
        <w:rPr>
          <w:rFonts w:ascii="Times New Roman" w:hAnsi="Times New Roman" w:cs="Times New Roman"/>
          <w:color w:val="auto"/>
        </w:rPr>
        <w:t>Напрям</w:t>
      </w:r>
      <w:proofErr w:type="spellEnd"/>
      <w:r w:rsidRPr="00FA65AC">
        <w:rPr>
          <w:rFonts w:ascii="Times New Roman" w:hAnsi="Times New Roman" w:cs="Times New Roman"/>
          <w:color w:val="auto"/>
        </w:rPr>
        <w:t xml:space="preserve"> 4. Результативність та партнерства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3083"/>
        <w:gridCol w:w="992"/>
        <w:gridCol w:w="3544"/>
      </w:tblGrid>
      <w:tr w:rsidR="00FA65AC" w:rsidRPr="00FA65AC" w14:paraId="588CE377" w14:textId="77777777" w:rsidTr="00864F0A">
        <w:tc>
          <w:tcPr>
            <w:tcW w:w="2157" w:type="dxa"/>
          </w:tcPr>
          <w:p w14:paraId="450D4A05"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Індикатор</w:t>
            </w:r>
            <w:proofErr w:type="spellEnd"/>
          </w:p>
        </w:tc>
        <w:tc>
          <w:tcPr>
            <w:tcW w:w="3083" w:type="dxa"/>
          </w:tcPr>
          <w:p w14:paraId="29DD80AD" w14:textId="77777777" w:rsidR="00C9072A" w:rsidRPr="00FA65AC" w:rsidRDefault="00FA65AC">
            <w:pPr>
              <w:rPr>
                <w:rFonts w:ascii="Times New Roman" w:hAnsi="Times New Roman" w:cs="Times New Roman"/>
              </w:rPr>
            </w:pPr>
            <w:r w:rsidRPr="00FA65AC">
              <w:rPr>
                <w:rFonts w:ascii="Times New Roman" w:hAnsi="Times New Roman" w:cs="Times New Roman"/>
              </w:rPr>
              <w:t>Опис / приклади</w:t>
            </w:r>
          </w:p>
        </w:tc>
        <w:tc>
          <w:tcPr>
            <w:tcW w:w="992" w:type="dxa"/>
          </w:tcPr>
          <w:p w14:paraId="319E450A" w14:textId="77777777" w:rsidR="00C9072A" w:rsidRPr="00FA65AC" w:rsidRDefault="00FA65AC">
            <w:pPr>
              <w:rPr>
                <w:rFonts w:ascii="Times New Roman" w:hAnsi="Times New Roman" w:cs="Times New Roman"/>
              </w:rPr>
            </w:pPr>
            <w:r w:rsidRPr="00FA65AC">
              <w:rPr>
                <w:rFonts w:ascii="Times New Roman" w:hAnsi="Times New Roman" w:cs="Times New Roman"/>
              </w:rPr>
              <w:t>Оцінка (1–5)</w:t>
            </w:r>
          </w:p>
        </w:tc>
        <w:tc>
          <w:tcPr>
            <w:tcW w:w="3544" w:type="dxa"/>
          </w:tcPr>
          <w:p w14:paraId="1FCB6275" w14:textId="77777777" w:rsidR="00C9072A" w:rsidRPr="00FA65AC" w:rsidRDefault="00FA65AC">
            <w:pPr>
              <w:rPr>
                <w:rFonts w:ascii="Times New Roman" w:hAnsi="Times New Roman" w:cs="Times New Roman"/>
              </w:rPr>
            </w:pPr>
            <w:r w:rsidRPr="00FA65AC">
              <w:rPr>
                <w:rFonts w:ascii="Times New Roman" w:hAnsi="Times New Roman" w:cs="Times New Roman"/>
              </w:rPr>
              <w:t>Коментар</w:t>
            </w:r>
          </w:p>
        </w:tc>
      </w:tr>
      <w:tr w:rsidR="00FA65AC" w:rsidRPr="00D403A0" w14:paraId="58636D89" w14:textId="77777777" w:rsidTr="00864F0A">
        <w:tc>
          <w:tcPr>
            <w:tcW w:w="2157" w:type="dxa"/>
          </w:tcPr>
          <w:p w14:paraId="6C8510FE" w14:textId="77777777" w:rsidR="00C9072A" w:rsidRDefault="00FA65AC">
            <w:pPr>
              <w:rPr>
                <w:rFonts w:ascii="Times New Roman" w:hAnsi="Times New Roman" w:cs="Times New Roman"/>
              </w:rPr>
            </w:pPr>
            <w:proofErr w:type="spellStart"/>
            <w:r w:rsidRPr="00FA65AC">
              <w:rPr>
                <w:rFonts w:ascii="Times New Roman" w:hAnsi="Times New Roman" w:cs="Times New Roman"/>
              </w:rPr>
              <w:t>Реалізовані</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ініціативи</w:t>
            </w:r>
            <w:proofErr w:type="spellEnd"/>
          </w:p>
          <w:p w14:paraId="70B4ACE4" w14:textId="77777777" w:rsidR="00824CD8" w:rsidRDefault="00824CD8">
            <w:pPr>
              <w:rPr>
                <w:rFonts w:ascii="Times New Roman" w:hAnsi="Times New Roman" w:cs="Times New Roman"/>
              </w:rPr>
            </w:pPr>
          </w:p>
          <w:p w14:paraId="2FFF5484" w14:textId="77777777" w:rsidR="00824CD8" w:rsidRDefault="00824CD8">
            <w:pPr>
              <w:rPr>
                <w:rFonts w:ascii="Times New Roman" w:hAnsi="Times New Roman" w:cs="Times New Roman"/>
              </w:rPr>
            </w:pPr>
          </w:p>
          <w:p w14:paraId="2FFF3894" w14:textId="5E59A442" w:rsidR="00824CD8" w:rsidRPr="00FA65AC" w:rsidRDefault="00824CD8">
            <w:pPr>
              <w:rPr>
                <w:rFonts w:ascii="Times New Roman" w:hAnsi="Times New Roman" w:cs="Times New Roman"/>
              </w:rPr>
            </w:pPr>
          </w:p>
        </w:tc>
        <w:tc>
          <w:tcPr>
            <w:tcW w:w="3083" w:type="dxa"/>
          </w:tcPr>
          <w:p w14:paraId="6D2A5244" w14:textId="6001F70C" w:rsidR="00C9072A" w:rsidRPr="00824CD8" w:rsidRDefault="008171B5" w:rsidP="008171B5">
            <w:pPr>
              <w:rPr>
                <w:rFonts w:ascii="Times New Roman" w:hAnsi="Times New Roman" w:cs="Times New Roman"/>
                <w:lang w:val="uk-UA"/>
              </w:rPr>
            </w:pPr>
            <w:r>
              <w:rPr>
                <w:rFonts w:ascii="Times New Roman" w:hAnsi="Times New Roman" w:cs="Times New Roman"/>
                <w:lang w:val="uk-UA"/>
              </w:rPr>
              <w:t xml:space="preserve">Партнерство: налагоджено партнерство з місцевими громадськими організаціями, благодійними фондами та місцевими спільнотами з метою соціалізації ВПО у громадах. </w:t>
            </w:r>
            <w:r w:rsidRPr="00544C6E">
              <w:rPr>
                <w:rFonts w:ascii="Times New Roman" w:hAnsi="Times New Roman" w:cs="Times New Roman"/>
                <w:b/>
                <w:lang w:val="uk-UA"/>
              </w:rPr>
              <w:t>Приклад</w:t>
            </w:r>
            <w:r>
              <w:rPr>
                <w:rFonts w:ascii="Times New Roman" w:hAnsi="Times New Roman" w:cs="Times New Roman"/>
                <w:lang w:val="uk-UA"/>
              </w:rPr>
              <w:t xml:space="preserve">: </w:t>
            </w:r>
            <w:r w:rsidR="00DA2DF8">
              <w:rPr>
                <w:rFonts w:ascii="Times New Roman" w:hAnsi="Times New Roman" w:cs="Times New Roman"/>
                <w:lang w:val="uk-UA"/>
              </w:rPr>
              <w:t>у</w:t>
            </w:r>
            <w:r w:rsidR="00824CD8">
              <w:rPr>
                <w:rFonts w:ascii="Times New Roman" w:hAnsi="Times New Roman" w:cs="Times New Roman"/>
                <w:lang w:val="uk-UA"/>
              </w:rPr>
              <w:t xml:space="preserve"> співпраці з Благодійним Фондом «Серця Янголів»  та представниками молодіжної гр</w:t>
            </w:r>
            <w:r>
              <w:rPr>
                <w:rFonts w:ascii="Times New Roman" w:hAnsi="Times New Roman" w:cs="Times New Roman"/>
                <w:lang w:val="uk-UA"/>
              </w:rPr>
              <w:t>омадської організації та місцево</w:t>
            </w:r>
            <w:r w:rsidR="00824CD8">
              <w:rPr>
                <w:rFonts w:ascii="Times New Roman" w:hAnsi="Times New Roman" w:cs="Times New Roman"/>
                <w:lang w:val="uk-UA"/>
              </w:rPr>
              <w:t xml:space="preserve">ї ініціативної групи проводилися заходи, направлені на соціалізацію ВПО у приймаючій громаді (Ясінянська ТГ). </w:t>
            </w:r>
            <w:r>
              <w:rPr>
                <w:rFonts w:ascii="Times New Roman" w:hAnsi="Times New Roman" w:cs="Times New Roman"/>
                <w:lang w:val="uk-UA"/>
              </w:rPr>
              <w:t>У</w:t>
            </w:r>
            <w:r w:rsidR="00824CD8">
              <w:rPr>
                <w:rFonts w:ascii="Times New Roman" w:hAnsi="Times New Roman" w:cs="Times New Roman"/>
                <w:lang w:val="uk-UA"/>
              </w:rPr>
              <w:t xml:space="preserve"> грудні 2025 року проводився захід до дня Святого Миколая – креативний простір для дітей (ВПО та місцевих родин), де діти отримували подарунки від Миколая, іграшки, смаколики, розваги. ВПО залучалися до підготовки свята (пошиття мішечків для подарунків, прикрашання зали, приносили іграшки для дітей</w:t>
            </w:r>
            <w:r w:rsidR="00544C6E">
              <w:rPr>
                <w:rFonts w:ascii="Times New Roman" w:hAnsi="Times New Roman" w:cs="Times New Roman"/>
                <w:lang w:val="uk-UA"/>
              </w:rPr>
              <w:t>, безпосередня участь у заході</w:t>
            </w:r>
            <w:r w:rsidR="00824CD8">
              <w:rPr>
                <w:rFonts w:ascii="Times New Roman" w:hAnsi="Times New Roman" w:cs="Times New Roman"/>
                <w:lang w:val="uk-UA"/>
              </w:rPr>
              <w:t xml:space="preserve"> тощо). </w:t>
            </w:r>
          </w:p>
        </w:tc>
        <w:tc>
          <w:tcPr>
            <w:tcW w:w="992" w:type="dxa"/>
          </w:tcPr>
          <w:p w14:paraId="0BA2E601" w14:textId="587A3741" w:rsidR="00C9072A" w:rsidRPr="00824CD8" w:rsidRDefault="00544C6E">
            <w:pPr>
              <w:rPr>
                <w:rFonts w:ascii="Times New Roman" w:hAnsi="Times New Roman" w:cs="Times New Roman"/>
                <w:lang w:val="ru-RU"/>
              </w:rPr>
            </w:pPr>
            <w:r>
              <w:rPr>
                <w:rFonts w:ascii="Times New Roman" w:hAnsi="Times New Roman" w:cs="Times New Roman"/>
                <w:lang w:val="ru-RU"/>
              </w:rPr>
              <w:t xml:space="preserve">     </w:t>
            </w:r>
            <w:r w:rsidR="00824CD8">
              <w:rPr>
                <w:rFonts w:ascii="Times New Roman" w:hAnsi="Times New Roman" w:cs="Times New Roman"/>
                <w:lang w:val="ru-RU"/>
              </w:rPr>
              <w:t>4</w:t>
            </w:r>
          </w:p>
        </w:tc>
        <w:tc>
          <w:tcPr>
            <w:tcW w:w="3544" w:type="dxa"/>
          </w:tcPr>
          <w:p w14:paraId="035E6C0A" w14:textId="17FEE4F5" w:rsidR="00C9072A" w:rsidRPr="00DA2DF8" w:rsidRDefault="00DA2DF8">
            <w:pPr>
              <w:rPr>
                <w:rFonts w:ascii="Times New Roman" w:hAnsi="Times New Roman" w:cs="Times New Roman"/>
                <w:i/>
                <w:iCs/>
                <w:lang w:val="ru-RU"/>
              </w:rPr>
            </w:pPr>
            <w:proofErr w:type="spellStart"/>
            <w:r w:rsidRPr="00DA2DF8">
              <w:rPr>
                <w:rFonts w:ascii="Times New Roman" w:hAnsi="Times New Roman" w:cs="Times New Roman"/>
                <w:i/>
                <w:iCs/>
                <w:lang w:val="ru-RU"/>
              </w:rPr>
              <w:t>Налагодження</w:t>
            </w:r>
            <w:proofErr w:type="spellEnd"/>
            <w:r w:rsidRPr="00DA2DF8">
              <w:rPr>
                <w:rFonts w:ascii="Times New Roman" w:hAnsi="Times New Roman" w:cs="Times New Roman"/>
                <w:i/>
                <w:iCs/>
                <w:lang w:val="ru-RU"/>
              </w:rPr>
              <w:t xml:space="preserve"> партнерства </w:t>
            </w:r>
            <w:proofErr w:type="spellStart"/>
            <w:r w:rsidRPr="00DA2DF8">
              <w:rPr>
                <w:rFonts w:ascii="Times New Roman" w:hAnsi="Times New Roman" w:cs="Times New Roman"/>
                <w:i/>
                <w:iCs/>
                <w:lang w:val="ru-RU"/>
              </w:rPr>
              <w:t>між</w:t>
            </w:r>
            <w:proofErr w:type="spellEnd"/>
            <w:r w:rsidRPr="00DA2DF8">
              <w:rPr>
                <w:rFonts w:ascii="Times New Roman" w:hAnsi="Times New Roman" w:cs="Times New Roman"/>
                <w:i/>
                <w:iCs/>
                <w:lang w:val="ru-RU"/>
              </w:rPr>
              <w:t xml:space="preserve"> органами </w:t>
            </w:r>
            <w:proofErr w:type="spellStart"/>
            <w:r w:rsidRPr="00DA2DF8">
              <w:rPr>
                <w:rFonts w:ascii="Times New Roman" w:hAnsi="Times New Roman" w:cs="Times New Roman"/>
                <w:i/>
                <w:iCs/>
                <w:lang w:val="ru-RU"/>
              </w:rPr>
              <w:t>місцевого</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самоврядування</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громадськими</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організаціями</w:t>
            </w:r>
            <w:proofErr w:type="spellEnd"/>
            <w:r w:rsidRPr="00DA2DF8">
              <w:rPr>
                <w:rFonts w:ascii="Times New Roman" w:hAnsi="Times New Roman" w:cs="Times New Roman"/>
                <w:i/>
                <w:iCs/>
                <w:lang w:val="ru-RU"/>
              </w:rPr>
              <w:t xml:space="preserve"> та </w:t>
            </w:r>
            <w:proofErr w:type="spellStart"/>
            <w:r w:rsidRPr="00DA2DF8">
              <w:rPr>
                <w:rFonts w:ascii="Times New Roman" w:hAnsi="Times New Roman" w:cs="Times New Roman"/>
                <w:i/>
                <w:iCs/>
                <w:lang w:val="ru-RU"/>
              </w:rPr>
              <w:t>іншими</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зацікавленими</w:t>
            </w:r>
            <w:proofErr w:type="spellEnd"/>
            <w:r w:rsidRPr="00DA2DF8">
              <w:rPr>
                <w:rFonts w:ascii="Times New Roman" w:hAnsi="Times New Roman" w:cs="Times New Roman"/>
                <w:i/>
                <w:iCs/>
                <w:lang w:val="ru-RU"/>
              </w:rPr>
              <w:t xml:space="preserve"> сторонами </w:t>
            </w:r>
            <w:proofErr w:type="spellStart"/>
            <w:r w:rsidRPr="00DA2DF8">
              <w:rPr>
                <w:rFonts w:ascii="Times New Roman" w:hAnsi="Times New Roman" w:cs="Times New Roman"/>
                <w:i/>
                <w:iCs/>
                <w:lang w:val="ru-RU"/>
              </w:rPr>
              <w:t>дозволяє</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ефективніше</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координувати</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підтримку</w:t>
            </w:r>
            <w:proofErr w:type="spellEnd"/>
            <w:r w:rsidRPr="00DA2DF8">
              <w:rPr>
                <w:rFonts w:ascii="Times New Roman" w:hAnsi="Times New Roman" w:cs="Times New Roman"/>
                <w:i/>
                <w:iCs/>
                <w:lang w:val="ru-RU"/>
              </w:rPr>
              <w:t xml:space="preserve"> ВПО. </w:t>
            </w:r>
            <w:proofErr w:type="spellStart"/>
            <w:r w:rsidRPr="00DA2DF8">
              <w:rPr>
                <w:rFonts w:ascii="Times New Roman" w:hAnsi="Times New Roman" w:cs="Times New Roman"/>
                <w:i/>
                <w:iCs/>
                <w:lang w:val="ru-RU"/>
              </w:rPr>
              <w:t>Спільні</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дії</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підвищують</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якість</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надання</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послуг</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дозволяють</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врахувати</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різноманітні</w:t>
            </w:r>
            <w:proofErr w:type="spellEnd"/>
            <w:r w:rsidRPr="00DA2DF8">
              <w:rPr>
                <w:rFonts w:ascii="Times New Roman" w:hAnsi="Times New Roman" w:cs="Times New Roman"/>
                <w:i/>
                <w:iCs/>
                <w:lang w:val="ru-RU"/>
              </w:rPr>
              <w:t xml:space="preserve"> потреби </w:t>
            </w:r>
            <w:proofErr w:type="spellStart"/>
            <w:r w:rsidRPr="00DA2DF8">
              <w:rPr>
                <w:rFonts w:ascii="Times New Roman" w:hAnsi="Times New Roman" w:cs="Times New Roman"/>
                <w:i/>
                <w:iCs/>
                <w:lang w:val="ru-RU"/>
              </w:rPr>
              <w:t>переселенців</w:t>
            </w:r>
            <w:proofErr w:type="spellEnd"/>
            <w:r w:rsidRPr="00DA2DF8">
              <w:rPr>
                <w:rFonts w:ascii="Times New Roman" w:hAnsi="Times New Roman" w:cs="Times New Roman"/>
                <w:i/>
                <w:iCs/>
                <w:lang w:val="ru-RU"/>
              </w:rPr>
              <w:t xml:space="preserve"> і </w:t>
            </w:r>
            <w:proofErr w:type="spellStart"/>
            <w:r w:rsidRPr="00DA2DF8">
              <w:rPr>
                <w:rFonts w:ascii="Times New Roman" w:hAnsi="Times New Roman" w:cs="Times New Roman"/>
                <w:i/>
                <w:iCs/>
                <w:lang w:val="ru-RU"/>
              </w:rPr>
              <w:t>сприяють</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більш</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системній</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інтеграції</w:t>
            </w:r>
            <w:proofErr w:type="spellEnd"/>
            <w:r w:rsidRPr="00DA2DF8">
              <w:rPr>
                <w:rFonts w:ascii="Times New Roman" w:hAnsi="Times New Roman" w:cs="Times New Roman"/>
                <w:i/>
                <w:iCs/>
                <w:lang w:val="ru-RU"/>
              </w:rPr>
              <w:t xml:space="preserve"> ВПО </w:t>
            </w:r>
            <w:proofErr w:type="gramStart"/>
            <w:r w:rsidRPr="00DA2DF8">
              <w:rPr>
                <w:rFonts w:ascii="Times New Roman" w:hAnsi="Times New Roman" w:cs="Times New Roman"/>
                <w:i/>
                <w:iCs/>
                <w:lang w:val="ru-RU"/>
              </w:rPr>
              <w:t>у громаду</w:t>
            </w:r>
            <w:proofErr w:type="gramEnd"/>
            <w:r w:rsidRPr="00DA2DF8">
              <w:rPr>
                <w:rFonts w:ascii="Times New Roman" w:hAnsi="Times New Roman" w:cs="Times New Roman"/>
                <w:i/>
                <w:iCs/>
                <w:lang w:val="ru-RU"/>
              </w:rPr>
              <w:t>.</w:t>
            </w:r>
            <w:r>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Заходів</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щодо</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соціалізації</w:t>
            </w:r>
            <w:proofErr w:type="spellEnd"/>
            <w:r w:rsidR="00824CD8" w:rsidRPr="00DA2DF8">
              <w:rPr>
                <w:rFonts w:ascii="Times New Roman" w:hAnsi="Times New Roman" w:cs="Times New Roman"/>
                <w:i/>
                <w:iCs/>
                <w:lang w:val="ru-RU"/>
              </w:rPr>
              <w:t xml:space="preserve"> ВПО </w:t>
            </w:r>
            <w:proofErr w:type="gramStart"/>
            <w:r w:rsidR="00824CD8" w:rsidRPr="00DA2DF8">
              <w:rPr>
                <w:rFonts w:ascii="Times New Roman" w:hAnsi="Times New Roman" w:cs="Times New Roman"/>
                <w:i/>
                <w:iCs/>
                <w:lang w:val="ru-RU"/>
              </w:rPr>
              <w:t>у громадах</w:t>
            </w:r>
            <w:proofErr w:type="gramEnd"/>
            <w:r w:rsidR="00824CD8" w:rsidRPr="00DA2DF8">
              <w:rPr>
                <w:rFonts w:ascii="Times New Roman" w:hAnsi="Times New Roman" w:cs="Times New Roman"/>
                <w:i/>
                <w:iCs/>
                <w:lang w:val="ru-RU"/>
              </w:rPr>
              <w:t xml:space="preserve"> </w:t>
            </w:r>
            <w:proofErr w:type="spellStart"/>
            <w:r>
              <w:rPr>
                <w:rFonts w:ascii="Times New Roman" w:hAnsi="Times New Roman" w:cs="Times New Roman"/>
                <w:i/>
                <w:iCs/>
                <w:lang w:val="ru-RU"/>
              </w:rPr>
              <w:t>потенційно</w:t>
            </w:r>
            <w:proofErr w:type="spellEnd"/>
            <w:r>
              <w:rPr>
                <w:rFonts w:ascii="Times New Roman" w:hAnsi="Times New Roman" w:cs="Times New Roman"/>
                <w:i/>
                <w:iCs/>
                <w:lang w:val="ru-RU"/>
              </w:rPr>
              <w:t xml:space="preserve"> </w:t>
            </w:r>
            <w:proofErr w:type="spellStart"/>
            <w:r>
              <w:rPr>
                <w:rFonts w:ascii="Times New Roman" w:hAnsi="Times New Roman" w:cs="Times New Roman"/>
                <w:i/>
                <w:iCs/>
                <w:lang w:val="ru-RU"/>
              </w:rPr>
              <w:t>може</w:t>
            </w:r>
            <w:proofErr w:type="spellEnd"/>
            <w:r w:rsidR="00824CD8" w:rsidRPr="00DA2DF8">
              <w:rPr>
                <w:rFonts w:ascii="Times New Roman" w:hAnsi="Times New Roman" w:cs="Times New Roman"/>
                <w:i/>
                <w:iCs/>
                <w:lang w:val="ru-RU"/>
              </w:rPr>
              <w:t xml:space="preserve"> бути </w:t>
            </w:r>
            <w:proofErr w:type="spellStart"/>
            <w:r w:rsidR="00824CD8" w:rsidRPr="00DA2DF8">
              <w:rPr>
                <w:rFonts w:ascii="Times New Roman" w:hAnsi="Times New Roman" w:cs="Times New Roman"/>
                <w:i/>
                <w:iCs/>
                <w:lang w:val="ru-RU"/>
              </w:rPr>
              <w:t>більше</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Також</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можливо</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залучати</w:t>
            </w:r>
            <w:proofErr w:type="spellEnd"/>
            <w:r w:rsidR="00824CD8" w:rsidRPr="00DA2DF8">
              <w:rPr>
                <w:rFonts w:ascii="Times New Roman" w:hAnsi="Times New Roman" w:cs="Times New Roman"/>
                <w:i/>
                <w:iCs/>
                <w:lang w:val="ru-RU"/>
              </w:rPr>
              <w:t xml:space="preserve"> до </w:t>
            </w:r>
            <w:proofErr w:type="spellStart"/>
            <w:r w:rsidR="00824CD8" w:rsidRPr="00DA2DF8">
              <w:rPr>
                <w:rFonts w:ascii="Times New Roman" w:hAnsi="Times New Roman" w:cs="Times New Roman"/>
                <w:i/>
                <w:iCs/>
                <w:lang w:val="ru-RU"/>
              </w:rPr>
              <w:t>співпраці</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більше</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місцевих</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ініціативних</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груп</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громадських</w:t>
            </w:r>
            <w:proofErr w:type="spellEnd"/>
            <w:r w:rsidR="00824CD8" w:rsidRPr="00DA2DF8">
              <w:rPr>
                <w:rFonts w:ascii="Times New Roman" w:hAnsi="Times New Roman" w:cs="Times New Roman"/>
                <w:i/>
                <w:iCs/>
                <w:lang w:val="ru-RU"/>
              </w:rPr>
              <w:t xml:space="preserve"> </w:t>
            </w:r>
            <w:proofErr w:type="spellStart"/>
            <w:r w:rsidR="00824CD8" w:rsidRPr="00DA2DF8">
              <w:rPr>
                <w:rFonts w:ascii="Times New Roman" w:hAnsi="Times New Roman" w:cs="Times New Roman"/>
                <w:i/>
                <w:iCs/>
                <w:lang w:val="ru-RU"/>
              </w:rPr>
              <w:t>організацій</w:t>
            </w:r>
            <w:proofErr w:type="spellEnd"/>
            <w:r w:rsidR="00824CD8" w:rsidRPr="00DA2DF8">
              <w:rPr>
                <w:rFonts w:ascii="Times New Roman" w:hAnsi="Times New Roman" w:cs="Times New Roman"/>
                <w:i/>
                <w:iCs/>
                <w:lang w:val="ru-RU"/>
              </w:rPr>
              <w:t>.</w:t>
            </w:r>
          </w:p>
        </w:tc>
      </w:tr>
      <w:tr w:rsidR="00FA65AC" w:rsidRPr="00D403A0" w14:paraId="67A6E4E4" w14:textId="77777777" w:rsidTr="00864F0A">
        <w:tc>
          <w:tcPr>
            <w:tcW w:w="2157" w:type="dxa"/>
          </w:tcPr>
          <w:p w14:paraId="796DF98E"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Практичні</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зміни</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для</w:t>
            </w:r>
            <w:proofErr w:type="spellEnd"/>
            <w:r w:rsidRPr="00FA65AC">
              <w:rPr>
                <w:rFonts w:ascii="Times New Roman" w:hAnsi="Times New Roman" w:cs="Times New Roman"/>
              </w:rPr>
              <w:t xml:space="preserve"> ВПО</w:t>
            </w:r>
          </w:p>
        </w:tc>
        <w:tc>
          <w:tcPr>
            <w:tcW w:w="3083" w:type="dxa"/>
          </w:tcPr>
          <w:p w14:paraId="0B0BC628" w14:textId="3CB2B256" w:rsidR="00C9072A" w:rsidRPr="00824CD8" w:rsidRDefault="00824CD8">
            <w:pPr>
              <w:rPr>
                <w:rFonts w:ascii="Times New Roman" w:hAnsi="Times New Roman" w:cs="Times New Roman"/>
                <w:lang w:val="ru-RU"/>
              </w:rPr>
            </w:pPr>
            <w:r>
              <w:rPr>
                <w:rFonts w:ascii="Times New Roman" w:hAnsi="Times New Roman" w:cs="Times New Roman"/>
                <w:lang w:val="uk-UA"/>
              </w:rPr>
              <w:t>Як результат – спілкування родин ВПО з місцевими жителями, підвищення соціалізації в громаді.</w:t>
            </w:r>
            <w:r w:rsidR="00690097">
              <w:rPr>
                <w:rFonts w:ascii="Times New Roman" w:hAnsi="Times New Roman" w:cs="Times New Roman"/>
                <w:lang w:val="uk-UA"/>
              </w:rPr>
              <w:t xml:space="preserve"> Люди реально вливаються в місцевий соціум, краще адаптуються до місцевих </w:t>
            </w:r>
            <w:r w:rsidR="00690097">
              <w:rPr>
                <w:rFonts w:ascii="Times New Roman" w:hAnsi="Times New Roman" w:cs="Times New Roman"/>
                <w:lang w:val="uk-UA"/>
              </w:rPr>
              <w:lastRenderedPageBreak/>
              <w:t xml:space="preserve">умов. Місцеве населення починає сприймати ВПО як частину громади, покращуються взаємовідносини. </w:t>
            </w:r>
          </w:p>
        </w:tc>
        <w:tc>
          <w:tcPr>
            <w:tcW w:w="992" w:type="dxa"/>
          </w:tcPr>
          <w:p w14:paraId="5DBDB2E3" w14:textId="55F82775" w:rsidR="00C9072A" w:rsidRPr="00824CD8" w:rsidRDefault="00DA2DF8" w:rsidP="00EC2B8E">
            <w:pPr>
              <w:jc w:val="center"/>
              <w:rPr>
                <w:rFonts w:ascii="Times New Roman" w:hAnsi="Times New Roman" w:cs="Times New Roman"/>
                <w:lang w:val="ru-RU"/>
              </w:rPr>
            </w:pPr>
            <w:r>
              <w:rPr>
                <w:rFonts w:ascii="Times New Roman" w:hAnsi="Times New Roman" w:cs="Times New Roman"/>
                <w:lang w:val="ru-RU"/>
              </w:rPr>
              <w:lastRenderedPageBreak/>
              <w:t>4</w:t>
            </w:r>
          </w:p>
        </w:tc>
        <w:tc>
          <w:tcPr>
            <w:tcW w:w="3544" w:type="dxa"/>
          </w:tcPr>
          <w:p w14:paraId="51849DCF" w14:textId="056936F0" w:rsidR="00C9072A" w:rsidRPr="00DA2DF8" w:rsidRDefault="00DA2DF8">
            <w:pPr>
              <w:rPr>
                <w:rFonts w:ascii="Times New Roman" w:hAnsi="Times New Roman" w:cs="Times New Roman"/>
                <w:i/>
                <w:iCs/>
                <w:lang w:val="ru-RU"/>
              </w:rPr>
            </w:pPr>
            <w:proofErr w:type="spellStart"/>
            <w:r w:rsidRPr="00DA2DF8">
              <w:rPr>
                <w:rFonts w:ascii="Times New Roman" w:hAnsi="Times New Roman" w:cs="Times New Roman"/>
                <w:i/>
                <w:iCs/>
                <w:lang w:val="ru-RU"/>
              </w:rPr>
              <w:t>Соціальна</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взаємодія</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між</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переселенцями</w:t>
            </w:r>
            <w:proofErr w:type="spellEnd"/>
            <w:r w:rsidRPr="00DA2DF8">
              <w:rPr>
                <w:rFonts w:ascii="Times New Roman" w:hAnsi="Times New Roman" w:cs="Times New Roman"/>
                <w:i/>
                <w:iCs/>
                <w:lang w:val="ru-RU"/>
              </w:rPr>
              <w:t xml:space="preserve"> та </w:t>
            </w:r>
            <w:proofErr w:type="spellStart"/>
            <w:r w:rsidRPr="00DA2DF8">
              <w:rPr>
                <w:rFonts w:ascii="Times New Roman" w:hAnsi="Times New Roman" w:cs="Times New Roman"/>
                <w:i/>
                <w:iCs/>
                <w:lang w:val="ru-RU"/>
              </w:rPr>
              <w:t>місцевими</w:t>
            </w:r>
            <w:proofErr w:type="spellEnd"/>
            <w:r w:rsidRPr="00DA2DF8">
              <w:rPr>
                <w:rFonts w:ascii="Times New Roman" w:hAnsi="Times New Roman" w:cs="Times New Roman"/>
                <w:i/>
                <w:iCs/>
                <w:lang w:val="ru-RU"/>
              </w:rPr>
              <w:t xml:space="preserve"> жителями </w:t>
            </w:r>
            <w:proofErr w:type="spellStart"/>
            <w:r w:rsidRPr="00DA2DF8">
              <w:rPr>
                <w:rFonts w:ascii="Times New Roman" w:hAnsi="Times New Roman" w:cs="Times New Roman"/>
                <w:i/>
                <w:iCs/>
                <w:lang w:val="ru-RU"/>
              </w:rPr>
              <w:t>сприяє</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формуванню</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довіри</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зменшенню</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напруги</w:t>
            </w:r>
            <w:proofErr w:type="spellEnd"/>
            <w:r w:rsidRPr="00DA2DF8">
              <w:rPr>
                <w:rFonts w:ascii="Times New Roman" w:hAnsi="Times New Roman" w:cs="Times New Roman"/>
                <w:i/>
                <w:iCs/>
                <w:lang w:val="ru-RU"/>
              </w:rPr>
              <w:t xml:space="preserve"> та </w:t>
            </w:r>
            <w:proofErr w:type="spellStart"/>
            <w:r w:rsidRPr="00DA2DF8">
              <w:rPr>
                <w:rFonts w:ascii="Times New Roman" w:hAnsi="Times New Roman" w:cs="Times New Roman"/>
                <w:i/>
                <w:iCs/>
                <w:lang w:val="ru-RU"/>
              </w:rPr>
              <w:t>покращенню</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взаємовідносин</w:t>
            </w:r>
            <w:proofErr w:type="spellEnd"/>
            <w:r w:rsidRPr="00DA2DF8">
              <w:rPr>
                <w:rFonts w:ascii="Times New Roman" w:hAnsi="Times New Roman" w:cs="Times New Roman"/>
                <w:i/>
                <w:iCs/>
                <w:lang w:val="ru-RU"/>
              </w:rPr>
              <w:t xml:space="preserve"> у </w:t>
            </w:r>
            <w:proofErr w:type="spellStart"/>
            <w:r w:rsidRPr="00DA2DF8">
              <w:rPr>
                <w:rFonts w:ascii="Times New Roman" w:hAnsi="Times New Roman" w:cs="Times New Roman"/>
                <w:i/>
                <w:iCs/>
                <w:lang w:val="ru-RU"/>
              </w:rPr>
              <w:t>громаді</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Такий</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підхід</w:t>
            </w:r>
            <w:proofErr w:type="spellEnd"/>
            <w:r w:rsidRPr="00DA2DF8">
              <w:rPr>
                <w:rFonts w:ascii="Times New Roman" w:hAnsi="Times New Roman" w:cs="Times New Roman"/>
                <w:i/>
                <w:iCs/>
                <w:lang w:val="ru-RU"/>
              </w:rPr>
              <w:t xml:space="preserve"> не </w:t>
            </w:r>
            <w:proofErr w:type="spellStart"/>
            <w:r w:rsidRPr="00DA2DF8">
              <w:rPr>
                <w:rFonts w:ascii="Times New Roman" w:hAnsi="Times New Roman" w:cs="Times New Roman"/>
                <w:i/>
                <w:iCs/>
                <w:lang w:val="ru-RU"/>
              </w:rPr>
              <w:t>лише</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допомагає</w:t>
            </w:r>
            <w:proofErr w:type="spellEnd"/>
            <w:r w:rsidRPr="00DA2DF8">
              <w:rPr>
                <w:rFonts w:ascii="Times New Roman" w:hAnsi="Times New Roman" w:cs="Times New Roman"/>
                <w:i/>
                <w:iCs/>
                <w:lang w:val="ru-RU"/>
              </w:rPr>
              <w:t xml:space="preserve"> ВПО </w:t>
            </w:r>
            <w:proofErr w:type="spellStart"/>
            <w:r w:rsidRPr="00DA2DF8">
              <w:rPr>
                <w:rFonts w:ascii="Times New Roman" w:hAnsi="Times New Roman" w:cs="Times New Roman"/>
                <w:i/>
                <w:iCs/>
                <w:lang w:val="ru-RU"/>
              </w:rPr>
              <w:t>швидше</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lastRenderedPageBreak/>
              <w:t>адаптуватися</w:t>
            </w:r>
            <w:proofErr w:type="spellEnd"/>
            <w:r w:rsidRPr="00DA2DF8">
              <w:rPr>
                <w:rFonts w:ascii="Times New Roman" w:hAnsi="Times New Roman" w:cs="Times New Roman"/>
                <w:i/>
                <w:iCs/>
                <w:lang w:val="ru-RU"/>
              </w:rPr>
              <w:t xml:space="preserve">, а й </w:t>
            </w:r>
            <w:proofErr w:type="spellStart"/>
            <w:r w:rsidRPr="00DA2DF8">
              <w:rPr>
                <w:rFonts w:ascii="Times New Roman" w:hAnsi="Times New Roman" w:cs="Times New Roman"/>
                <w:i/>
                <w:iCs/>
                <w:lang w:val="ru-RU"/>
              </w:rPr>
              <w:t>сприяє</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зміцненню</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соціальної</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єдності</w:t>
            </w:r>
            <w:proofErr w:type="spellEnd"/>
            <w:r w:rsidRPr="00DA2DF8">
              <w:rPr>
                <w:rFonts w:ascii="Times New Roman" w:hAnsi="Times New Roman" w:cs="Times New Roman"/>
                <w:i/>
                <w:iCs/>
                <w:lang w:val="ru-RU"/>
              </w:rPr>
              <w:t xml:space="preserve"> та </w:t>
            </w:r>
            <w:proofErr w:type="spellStart"/>
            <w:r w:rsidRPr="00DA2DF8">
              <w:rPr>
                <w:rFonts w:ascii="Times New Roman" w:hAnsi="Times New Roman" w:cs="Times New Roman"/>
                <w:i/>
                <w:iCs/>
                <w:lang w:val="ru-RU"/>
              </w:rPr>
              <w:t>відчуття</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спільної</w:t>
            </w:r>
            <w:proofErr w:type="spellEnd"/>
            <w:r w:rsidRPr="00DA2DF8">
              <w:rPr>
                <w:rFonts w:ascii="Times New Roman" w:hAnsi="Times New Roman" w:cs="Times New Roman"/>
                <w:i/>
                <w:iCs/>
                <w:lang w:val="ru-RU"/>
              </w:rPr>
              <w:t xml:space="preserve"> </w:t>
            </w:r>
            <w:proofErr w:type="spellStart"/>
            <w:r w:rsidRPr="00DA2DF8">
              <w:rPr>
                <w:rFonts w:ascii="Times New Roman" w:hAnsi="Times New Roman" w:cs="Times New Roman"/>
                <w:i/>
                <w:iCs/>
                <w:lang w:val="ru-RU"/>
              </w:rPr>
              <w:t>громади</w:t>
            </w:r>
            <w:proofErr w:type="spellEnd"/>
            <w:r w:rsidRPr="00DA2DF8">
              <w:rPr>
                <w:rFonts w:ascii="Times New Roman" w:hAnsi="Times New Roman" w:cs="Times New Roman"/>
                <w:i/>
                <w:iCs/>
                <w:lang w:val="ru-RU"/>
              </w:rPr>
              <w:t>.</w:t>
            </w:r>
          </w:p>
        </w:tc>
      </w:tr>
      <w:tr w:rsidR="00FA65AC" w:rsidRPr="00D403A0" w14:paraId="454D2444" w14:textId="77777777" w:rsidTr="00864F0A">
        <w:tc>
          <w:tcPr>
            <w:tcW w:w="2157" w:type="dxa"/>
          </w:tcPr>
          <w:p w14:paraId="08A7DEBD" w14:textId="417EE745" w:rsidR="00C9072A" w:rsidRPr="00FA65AC" w:rsidRDefault="00FA65AC">
            <w:pPr>
              <w:rPr>
                <w:rFonts w:ascii="Times New Roman" w:hAnsi="Times New Roman" w:cs="Times New Roman"/>
              </w:rPr>
            </w:pPr>
            <w:proofErr w:type="spellStart"/>
            <w:r w:rsidRPr="00FA65AC">
              <w:rPr>
                <w:rFonts w:ascii="Times New Roman" w:hAnsi="Times New Roman" w:cs="Times New Roman"/>
              </w:rPr>
              <w:lastRenderedPageBreak/>
              <w:t>Співпраця</w:t>
            </w:r>
            <w:proofErr w:type="spellEnd"/>
            <w:r w:rsidRPr="00FA65AC">
              <w:rPr>
                <w:rFonts w:ascii="Times New Roman" w:hAnsi="Times New Roman" w:cs="Times New Roman"/>
              </w:rPr>
              <w:t xml:space="preserve"> з </w:t>
            </w:r>
            <w:r w:rsidR="00DF4EA7" w:rsidRPr="00DF4EA7">
              <w:rPr>
                <w:rFonts w:ascii="Times New Roman" w:hAnsi="Times New Roman" w:cs="Times New Roman"/>
              </w:rPr>
              <w:t>РДА/ОМС</w:t>
            </w:r>
          </w:p>
        </w:tc>
        <w:tc>
          <w:tcPr>
            <w:tcW w:w="3083" w:type="dxa"/>
          </w:tcPr>
          <w:p w14:paraId="2B18BF52" w14:textId="0A4B7880" w:rsidR="00C9072A" w:rsidRPr="000B4864" w:rsidRDefault="000B4864">
            <w:pPr>
              <w:rPr>
                <w:rFonts w:ascii="Times New Roman" w:hAnsi="Times New Roman" w:cs="Times New Roman"/>
                <w:lang w:val="ru-RU"/>
              </w:rPr>
            </w:pPr>
            <w:r w:rsidRPr="000B4864">
              <w:rPr>
                <w:rFonts w:ascii="Times New Roman" w:hAnsi="Times New Roman" w:cs="Times New Roman"/>
                <w:lang w:val="ru-RU"/>
              </w:rPr>
              <w:t xml:space="preserve">Рада формально створена при РДА, </w:t>
            </w:r>
            <w:proofErr w:type="spellStart"/>
            <w:r w:rsidRPr="000B4864">
              <w:rPr>
                <w:rFonts w:ascii="Times New Roman" w:hAnsi="Times New Roman" w:cs="Times New Roman"/>
                <w:lang w:val="ru-RU"/>
              </w:rPr>
              <w:t>бере</w:t>
            </w:r>
            <w:proofErr w:type="spellEnd"/>
            <w:r w:rsidRPr="000B4864">
              <w:rPr>
                <w:rFonts w:ascii="Times New Roman" w:hAnsi="Times New Roman" w:cs="Times New Roman"/>
                <w:lang w:val="ru-RU"/>
              </w:rPr>
              <w:t xml:space="preserve"> участь у </w:t>
            </w:r>
            <w:proofErr w:type="spellStart"/>
            <w:r w:rsidRPr="000B4864">
              <w:rPr>
                <w:rFonts w:ascii="Times New Roman" w:hAnsi="Times New Roman" w:cs="Times New Roman"/>
                <w:lang w:val="ru-RU"/>
              </w:rPr>
              <w:t>плануванні</w:t>
            </w:r>
            <w:proofErr w:type="spellEnd"/>
            <w:r w:rsidRPr="000B4864">
              <w:rPr>
                <w:rFonts w:ascii="Times New Roman" w:hAnsi="Times New Roman" w:cs="Times New Roman"/>
                <w:lang w:val="ru-RU"/>
              </w:rPr>
              <w:t xml:space="preserve"> та </w:t>
            </w:r>
            <w:proofErr w:type="spellStart"/>
            <w:r w:rsidRPr="000B4864">
              <w:rPr>
                <w:rFonts w:ascii="Times New Roman" w:hAnsi="Times New Roman" w:cs="Times New Roman"/>
                <w:lang w:val="ru-RU"/>
              </w:rPr>
              <w:t>оцінці</w:t>
            </w:r>
            <w:proofErr w:type="spellEnd"/>
            <w:r w:rsidRPr="000B4864">
              <w:rPr>
                <w:rFonts w:ascii="Times New Roman" w:hAnsi="Times New Roman" w:cs="Times New Roman"/>
                <w:lang w:val="ru-RU"/>
              </w:rPr>
              <w:t xml:space="preserve"> потреб ВПО, </w:t>
            </w:r>
            <w:proofErr w:type="spellStart"/>
            <w:r w:rsidRPr="000B4864">
              <w:rPr>
                <w:rFonts w:ascii="Times New Roman" w:hAnsi="Times New Roman" w:cs="Times New Roman"/>
                <w:lang w:val="ru-RU"/>
              </w:rPr>
              <w:t>обговоренні</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місцевих</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програм</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соціального</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захисту</w:t>
            </w:r>
            <w:proofErr w:type="spellEnd"/>
            <w:r w:rsidRPr="000B4864">
              <w:rPr>
                <w:rFonts w:ascii="Times New Roman" w:hAnsi="Times New Roman" w:cs="Times New Roman"/>
                <w:lang w:val="ru-RU"/>
              </w:rPr>
              <w:t xml:space="preserve"> та </w:t>
            </w:r>
            <w:proofErr w:type="spellStart"/>
            <w:r w:rsidRPr="000B4864">
              <w:rPr>
                <w:rFonts w:ascii="Times New Roman" w:hAnsi="Times New Roman" w:cs="Times New Roman"/>
                <w:lang w:val="ru-RU"/>
              </w:rPr>
              <w:t>стратегії</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інтеграції</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переселенців</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Регулярні</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засідання</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публічні</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консультації</w:t>
            </w:r>
            <w:proofErr w:type="spellEnd"/>
            <w:r w:rsidRPr="000B4864">
              <w:rPr>
                <w:rFonts w:ascii="Times New Roman" w:hAnsi="Times New Roman" w:cs="Times New Roman"/>
                <w:lang w:val="ru-RU"/>
              </w:rPr>
              <w:t xml:space="preserve"> та участь у </w:t>
            </w:r>
            <w:proofErr w:type="spellStart"/>
            <w:r w:rsidRPr="000B4864">
              <w:rPr>
                <w:rFonts w:ascii="Times New Roman" w:hAnsi="Times New Roman" w:cs="Times New Roman"/>
                <w:lang w:val="ru-RU"/>
              </w:rPr>
              <w:t>підготовці</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рекомендацій</w:t>
            </w:r>
            <w:proofErr w:type="spellEnd"/>
            <w:r w:rsidRPr="000B4864">
              <w:rPr>
                <w:rFonts w:ascii="Times New Roman" w:hAnsi="Times New Roman" w:cs="Times New Roman"/>
                <w:lang w:val="ru-RU"/>
              </w:rPr>
              <w:t xml:space="preserve"> до </w:t>
            </w:r>
            <w:proofErr w:type="spellStart"/>
            <w:r w:rsidRPr="000B4864">
              <w:rPr>
                <w:rFonts w:ascii="Times New Roman" w:hAnsi="Times New Roman" w:cs="Times New Roman"/>
                <w:lang w:val="ru-RU"/>
              </w:rPr>
              <w:t>рішень</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органів</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місцевого</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самоврядування</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свідчать</w:t>
            </w:r>
            <w:proofErr w:type="spellEnd"/>
            <w:r w:rsidRPr="000B4864">
              <w:rPr>
                <w:rFonts w:ascii="Times New Roman" w:hAnsi="Times New Roman" w:cs="Times New Roman"/>
                <w:lang w:val="ru-RU"/>
              </w:rPr>
              <w:t xml:space="preserve"> про </w:t>
            </w:r>
            <w:proofErr w:type="spellStart"/>
            <w:r w:rsidRPr="000B4864">
              <w:rPr>
                <w:rFonts w:ascii="Times New Roman" w:hAnsi="Times New Roman" w:cs="Times New Roman"/>
                <w:lang w:val="ru-RU"/>
              </w:rPr>
              <w:t>постійний</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діалог</w:t>
            </w:r>
            <w:proofErr w:type="spellEnd"/>
            <w:r w:rsidRPr="000B4864">
              <w:rPr>
                <w:rFonts w:ascii="Times New Roman" w:hAnsi="Times New Roman" w:cs="Times New Roman"/>
                <w:lang w:val="ru-RU"/>
              </w:rPr>
              <w:t xml:space="preserve"> і </w:t>
            </w:r>
            <w:proofErr w:type="spellStart"/>
            <w:r w:rsidRPr="000B4864">
              <w:rPr>
                <w:rFonts w:ascii="Times New Roman" w:hAnsi="Times New Roman" w:cs="Times New Roman"/>
                <w:lang w:val="ru-RU"/>
              </w:rPr>
              <w:t>спільне</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прийняття</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рішень</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Така</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співпраця</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забезпечує</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адресність</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допомоги</w:t>
            </w:r>
            <w:proofErr w:type="spellEnd"/>
            <w:r w:rsidRPr="000B4864">
              <w:rPr>
                <w:rFonts w:ascii="Times New Roman" w:hAnsi="Times New Roman" w:cs="Times New Roman"/>
                <w:lang w:val="ru-RU"/>
              </w:rPr>
              <w:t xml:space="preserve"> ВПО і </w:t>
            </w:r>
            <w:proofErr w:type="spellStart"/>
            <w:r w:rsidRPr="000B4864">
              <w:rPr>
                <w:rFonts w:ascii="Times New Roman" w:hAnsi="Times New Roman" w:cs="Times New Roman"/>
                <w:lang w:val="ru-RU"/>
              </w:rPr>
              <w:t>дозволяє</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громаді</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враховувати</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їхні</w:t>
            </w:r>
            <w:proofErr w:type="spellEnd"/>
            <w:r w:rsidRPr="000B4864">
              <w:rPr>
                <w:rFonts w:ascii="Times New Roman" w:hAnsi="Times New Roman" w:cs="Times New Roman"/>
                <w:lang w:val="ru-RU"/>
              </w:rPr>
              <w:t xml:space="preserve"> </w:t>
            </w:r>
            <w:proofErr w:type="spellStart"/>
            <w:r w:rsidRPr="000B4864">
              <w:rPr>
                <w:rFonts w:ascii="Times New Roman" w:hAnsi="Times New Roman" w:cs="Times New Roman"/>
                <w:lang w:val="ru-RU"/>
              </w:rPr>
              <w:t>актуальні</w:t>
            </w:r>
            <w:proofErr w:type="spellEnd"/>
            <w:r w:rsidRPr="000B4864">
              <w:rPr>
                <w:rFonts w:ascii="Times New Roman" w:hAnsi="Times New Roman" w:cs="Times New Roman"/>
                <w:lang w:val="ru-RU"/>
              </w:rPr>
              <w:t xml:space="preserve"> потреби у </w:t>
            </w:r>
            <w:proofErr w:type="spellStart"/>
            <w:r w:rsidRPr="000B4864">
              <w:rPr>
                <w:rFonts w:ascii="Times New Roman" w:hAnsi="Times New Roman" w:cs="Times New Roman"/>
                <w:lang w:val="ru-RU"/>
              </w:rPr>
              <w:t>політиках</w:t>
            </w:r>
            <w:proofErr w:type="spellEnd"/>
            <w:r w:rsidRPr="000B4864">
              <w:rPr>
                <w:rFonts w:ascii="Times New Roman" w:hAnsi="Times New Roman" w:cs="Times New Roman"/>
                <w:lang w:val="ru-RU"/>
              </w:rPr>
              <w:t xml:space="preserve"> та </w:t>
            </w:r>
            <w:proofErr w:type="spellStart"/>
            <w:r w:rsidRPr="000B4864">
              <w:rPr>
                <w:rFonts w:ascii="Times New Roman" w:hAnsi="Times New Roman" w:cs="Times New Roman"/>
                <w:lang w:val="ru-RU"/>
              </w:rPr>
              <w:t>програмах</w:t>
            </w:r>
            <w:proofErr w:type="spellEnd"/>
            <w:r w:rsidRPr="000B4864">
              <w:rPr>
                <w:rFonts w:ascii="Times New Roman" w:hAnsi="Times New Roman" w:cs="Times New Roman"/>
                <w:lang w:val="ru-RU"/>
              </w:rPr>
              <w:t>.</w:t>
            </w:r>
          </w:p>
        </w:tc>
        <w:tc>
          <w:tcPr>
            <w:tcW w:w="992" w:type="dxa"/>
          </w:tcPr>
          <w:p w14:paraId="6F706B47" w14:textId="7C186BDF" w:rsidR="00C9072A" w:rsidRPr="000B4864" w:rsidRDefault="000B4864" w:rsidP="00154A99">
            <w:pPr>
              <w:jc w:val="center"/>
              <w:rPr>
                <w:rFonts w:ascii="Times New Roman" w:hAnsi="Times New Roman" w:cs="Times New Roman"/>
                <w:lang w:val="ru-RU"/>
              </w:rPr>
            </w:pPr>
            <w:r>
              <w:rPr>
                <w:rFonts w:ascii="Times New Roman" w:hAnsi="Times New Roman" w:cs="Times New Roman"/>
                <w:lang w:val="ru-RU"/>
              </w:rPr>
              <w:t>4</w:t>
            </w:r>
          </w:p>
        </w:tc>
        <w:tc>
          <w:tcPr>
            <w:tcW w:w="3544" w:type="dxa"/>
          </w:tcPr>
          <w:p w14:paraId="46D06F5D" w14:textId="3705FF1A" w:rsidR="00C9072A" w:rsidRPr="000B4864" w:rsidRDefault="000B4864">
            <w:pPr>
              <w:rPr>
                <w:rFonts w:ascii="Times New Roman" w:hAnsi="Times New Roman" w:cs="Times New Roman"/>
                <w:lang w:val="ru-RU"/>
              </w:rPr>
            </w:pPr>
            <w:proofErr w:type="spellStart"/>
            <w:r w:rsidRPr="000B4864">
              <w:rPr>
                <w:rFonts w:ascii="Times New Roman" w:hAnsi="Times New Roman" w:cs="Times New Roman"/>
                <w:i/>
                <w:iCs/>
                <w:lang w:val="ru-RU"/>
              </w:rPr>
              <w:t>Рівень</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співпраці</w:t>
            </w:r>
            <w:proofErr w:type="spellEnd"/>
            <w:r w:rsidRPr="000B4864">
              <w:rPr>
                <w:rFonts w:ascii="Times New Roman" w:hAnsi="Times New Roman" w:cs="Times New Roman"/>
                <w:i/>
                <w:iCs/>
                <w:lang w:val="ru-RU"/>
              </w:rPr>
              <w:t xml:space="preserve"> Ради з </w:t>
            </w:r>
            <w:proofErr w:type="spellStart"/>
            <w:r w:rsidRPr="000B4864">
              <w:rPr>
                <w:rFonts w:ascii="Times New Roman" w:hAnsi="Times New Roman" w:cs="Times New Roman"/>
                <w:i/>
                <w:iCs/>
                <w:lang w:val="ru-RU"/>
              </w:rPr>
              <w:t>питань</w:t>
            </w:r>
            <w:proofErr w:type="spellEnd"/>
            <w:r w:rsidRPr="000B4864">
              <w:rPr>
                <w:rFonts w:ascii="Times New Roman" w:hAnsi="Times New Roman" w:cs="Times New Roman"/>
                <w:i/>
                <w:iCs/>
                <w:lang w:val="ru-RU"/>
              </w:rPr>
              <w:t xml:space="preserve"> ВПО при </w:t>
            </w:r>
            <w:proofErr w:type="spellStart"/>
            <w:r w:rsidRPr="000B4864">
              <w:rPr>
                <w:rFonts w:ascii="Times New Roman" w:hAnsi="Times New Roman" w:cs="Times New Roman"/>
                <w:i/>
                <w:iCs/>
                <w:lang w:val="ru-RU"/>
              </w:rPr>
              <w:t>Рахівській</w:t>
            </w:r>
            <w:proofErr w:type="spellEnd"/>
            <w:r w:rsidRPr="000B4864">
              <w:rPr>
                <w:rFonts w:ascii="Times New Roman" w:hAnsi="Times New Roman" w:cs="Times New Roman"/>
                <w:i/>
                <w:iCs/>
                <w:lang w:val="ru-RU"/>
              </w:rPr>
              <w:t xml:space="preserve"> РДА </w:t>
            </w:r>
            <w:proofErr w:type="spellStart"/>
            <w:r w:rsidRPr="000B4864">
              <w:rPr>
                <w:rFonts w:ascii="Times New Roman" w:hAnsi="Times New Roman" w:cs="Times New Roman"/>
                <w:i/>
                <w:iCs/>
                <w:lang w:val="ru-RU"/>
              </w:rPr>
              <w:t>із</w:t>
            </w:r>
            <w:proofErr w:type="spellEnd"/>
            <w:r w:rsidRPr="000B4864">
              <w:rPr>
                <w:rFonts w:ascii="Times New Roman" w:hAnsi="Times New Roman" w:cs="Times New Roman"/>
                <w:i/>
                <w:iCs/>
                <w:lang w:val="ru-RU"/>
              </w:rPr>
              <w:t xml:space="preserve"> самою РДА та органами </w:t>
            </w:r>
            <w:proofErr w:type="spellStart"/>
            <w:r w:rsidRPr="000B4864">
              <w:rPr>
                <w:rFonts w:ascii="Times New Roman" w:hAnsi="Times New Roman" w:cs="Times New Roman"/>
                <w:i/>
                <w:iCs/>
                <w:lang w:val="ru-RU"/>
              </w:rPr>
              <w:t>місцевого</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самоврядування</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можна</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охарактеризувати</w:t>
            </w:r>
            <w:proofErr w:type="spellEnd"/>
            <w:r w:rsidRPr="000B4864">
              <w:rPr>
                <w:rFonts w:ascii="Times New Roman" w:hAnsi="Times New Roman" w:cs="Times New Roman"/>
                <w:i/>
                <w:iCs/>
                <w:lang w:val="ru-RU"/>
              </w:rPr>
              <w:t xml:space="preserve"> як </w:t>
            </w:r>
            <w:proofErr w:type="spellStart"/>
            <w:r w:rsidRPr="000B4864">
              <w:rPr>
                <w:rFonts w:ascii="Times New Roman" w:hAnsi="Times New Roman" w:cs="Times New Roman"/>
                <w:i/>
                <w:iCs/>
                <w:lang w:val="ru-RU"/>
              </w:rPr>
              <w:t>системний</w:t>
            </w:r>
            <w:proofErr w:type="spellEnd"/>
            <w:r w:rsidRPr="000B4864">
              <w:rPr>
                <w:rFonts w:ascii="Times New Roman" w:hAnsi="Times New Roman" w:cs="Times New Roman"/>
                <w:i/>
                <w:iCs/>
                <w:lang w:val="ru-RU"/>
              </w:rPr>
              <w:t>.</w:t>
            </w:r>
          </w:p>
        </w:tc>
      </w:tr>
      <w:tr w:rsidR="00FA65AC" w:rsidRPr="00D403A0" w14:paraId="14439D97" w14:textId="77777777" w:rsidTr="00864F0A">
        <w:tc>
          <w:tcPr>
            <w:tcW w:w="2157" w:type="dxa"/>
          </w:tcPr>
          <w:p w14:paraId="3B752A9B"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Партнерство</w:t>
            </w:r>
            <w:proofErr w:type="spellEnd"/>
            <w:r w:rsidRPr="00FA65AC">
              <w:rPr>
                <w:rFonts w:ascii="Times New Roman" w:hAnsi="Times New Roman" w:cs="Times New Roman"/>
              </w:rPr>
              <w:t xml:space="preserve"> з НГО / донорами</w:t>
            </w:r>
          </w:p>
        </w:tc>
        <w:tc>
          <w:tcPr>
            <w:tcW w:w="3083" w:type="dxa"/>
          </w:tcPr>
          <w:p w14:paraId="18F05759" w14:textId="7B00696C" w:rsidR="00FB265C" w:rsidRPr="000B4864" w:rsidRDefault="00FF664B" w:rsidP="00326B97">
            <w:pPr>
              <w:rPr>
                <w:rFonts w:ascii="Times New Roman" w:hAnsi="Times New Roman" w:cs="Times New Roman"/>
                <w:lang w:val="ru-RU"/>
              </w:rPr>
            </w:pPr>
            <w:proofErr w:type="gramStart"/>
            <w:r>
              <w:rPr>
                <w:rFonts w:ascii="Times New Roman" w:hAnsi="Times New Roman" w:cs="Times New Roman"/>
                <w:lang w:val="ru-RU"/>
              </w:rPr>
              <w:t xml:space="preserve">У </w:t>
            </w:r>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Рахівському</w:t>
            </w:r>
            <w:proofErr w:type="spellEnd"/>
            <w:proofErr w:type="gramEnd"/>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районі</w:t>
            </w:r>
            <w:proofErr w:type="spellEnd"/>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існує</w:t>
            </w:r>
            <w:proofErr w:type="spellEnd"/>
            <w:r w:rsidR="000B4864" w:rsidRPr="000B4864">
              <w:rPr>
                <w:rFonts w:ascii="Times New Roman" w:hAnsi="Times New Roman" w:cs="Times New Roman"/>
                <w:lang w:val="ru-RU"/>
              </w:rPr>
              <w:t xml:space="preserve"> низка </w:t>
            </w:r>
            <w:proofErr w:type="spellStart"/>
            <w:r w:rsidR="000B4864" w:rsidRPr="000B4864">
              <w:rPr>
                <w:rFonts w:ascii="Times New Roman" w:hAnsi="Times New Roman" w:cs="Times New Roman"/>
                <w:lang w:val="ru-RU"/>
              </w:rPr>
              <w:t>прикладів</w:t>
            </w:r>
            <w:proofErr w:type="spellEnd"/>
            <w:r w:rsidR="000B4864" w:rsidRPr="000B4864">
              <w:rPr>
                <w:rFonts w:ascii="Times New Roman" w:hAnsi="Times New Roman" w:cs="Times New Roman"/>
                <w:lang w:val="ru-RU"/>
              </w:rPr>
              <w:t xml:space="preserve"> партнерства з НГО та донорами, </w:t>
            </w:r>
            <w:proofErr w:type="spellStart"/>
            <w:r w:rsidR="000B4864" w:rsidRPr="000B4864">
              <w:rPr>
                <w:rFonts w:ascii="Times New Roman" w:hAnsi="Times New Roman" w:cs="Times New Roman"/>
                <w:lang w:val="ru-RU"/>
              </w:rPr>
              <w:t>спрямованих</w:t>
            </w:r>
            <w:proofErr w:type="spellEnd"/>
            <w:r w:rsidR="000B4864" w:rsidRPr="000B4864">
              <w:rPr>
                <w:rFonts w:ascii="Times New Roman" w:hAnsi="Times New Roman" w:cs="Times New Roman"/>
                <w:lang w:val="ru-RU"/>
              </w:rPr>
              <w:t xml:space="preserve"> на </w:t>
            </w:r>
            <w:proofErr w:type="spellStart"/>
            <w:r w:rsidR="000B4864" w:rsidRPr="000B4864">
              <w:rPr>
                <w:rFonts w:ascii="Times New Roman" w:hAnsi="Times New Roman" w:cs="Times New Roman"/>
                <w:lang w:val="ru-RU"/>
              </w:rPr>
              <w:t>підтримку</w:t>
            </w:r>
            <w:proofErr w:type="spellEnd"/>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внут</w:t>
            </w:r>
            <w:r w:rsidR="009C1787">
              <w:rPr>
                <w:rFonts w:ascii="Times New Roman" w:hAnsi="Times New Roman" w:cs="Times New Roman"/>
                <w:lang w:val="ru-RU"/>
              </w:rPr>
              <w:t>рішньо</w:t>
            </w:r>
            <w:proofErr w:type="spellEnd"/>
            <w:r w:rsidR="009C1787">
              <w:rPr>
                <w:rFonts w:ascii="Times New Roman" w:hAnsi="Times New Roman" w:cs="Times New Roman"/>
                <w:lang w:val="ru-RU"/>
              </w:rPr>
              <w:t xml:space="preserve"> </w:t>
            </w:r>
            <w:proofErr w:type="spellStart"/>
            <w:r w:rsidR="009C1787">
              <w:rPr>
                <w:rFonts w:ascii="Times New Roman" w:hAnsi="Times New Roman" w:cs="Times New Roman"/>
                <w:lang w:val="ru-RU"/>
              </w:rPr>
              <w:t>переміщених</w:t>
            </w:r>
            <w:proofErr w:type="spellEnd"/>
            <w:r w:rsidR="009C1787">
              <w:rPr>
                <w:rFonts w:ascii="Times New Roman" w:hAnsi="Times New Roman" w:cs="Times New Roman"/>
                <w:lang w:val="ru-RU"/>
              </w:rPr>
              <w:t xml:space="preserve"> </w:t>
            </w:r>
            <w:proofErr w:type="spellStart"/>
            <w:r w:rsidR="009C1787">
              <w:rPr>
                <w:rFonts w:ascii="Times New Roman" w:hAnsi="Times New Roman" w:cs="Times New Roman"/>
                <w:lang w:val="ru-RU"/>
              </w:rPr>
              <w:t>осіб</w:t>
            </w:r>
            <w:proofErr w:type="spellEnd"/>
            <w:r w:rsidR="009C1787">
              <w:rPr>
                <w:rFonts w:ascii="Times New Roman" w:hAnsi="Times New Roman" w:cs="Times New Roman"/>
                <w:lang w:val="ru-RU"/>
              </w:rPr>
              <w:t xml:space="preserve">. У </w:t>
            </w:r>
            <w:proofErr w:type="spellStart"/>
            <w:r w:rsidR="00326B97">
              <w:rPr>
                <w:rFonts w:ascii="Times New Roman" w:hAnsi="Times New Roman" w:cs="Times New Roman"/>
                <w:lang w:val="ru-RU"/>
              </w:rPr>
              <w:t>районі</w:t>
            </w:r>
            <w:proofErr w:type="spellEnd"/>
            <w:r w:rsidR="004F7FF8">
              <w:rPr>
                <w:rFonts w:ascii="Times New Roman" w:hAnsi="Times New Roman" w:cs="Times New Roman"/>
                <w:lang w:val="ru-RU"/>
              </w:rPr>
              <w:t xml:space="preserve"> </w:t>
            </w:r>
            <w:proofErr w:type="spellStart"/>
            <w:r w:rsidR="004F7FF8">
              <w:rPr>
                <w:rFonts w:ascii="Times New Roman" w:hAnsi="Times New Roman" w:cs="Times New Roman"/>
                <w:lang w:val="ru-RU"/>
              </w:rPr>
              <w:t>підтримується</w:t>
            </w:r>
            <w:proofErr w:type="spellEnd"/>
            <w:r w:rsidR="004F7FF8">
              <w:rPr>
                <w:rFonts w:ascii="Times New Roman" w:hAnsi="Times New Roman" w:cs="Times New Roman"/>
                <w:lang w:val="ru-RU"/>
              </w:rPr>
              <w:t xml:space="preserve"> в </w:t>
            </w:r>
            <w:proofErr w:type="spellStart"/>
            <w:r w:rsidR="004F7FF8">
              <w:rPr>
                <w:rFonts w:ascii="Times New Roman" w:hAnsi="Times New Roman" w:cs="Times New Roman"/>
                <w:lang w:val="ru-RU"/>
              </w:rPr>
              <w:t>належному</w:t>
            </w:r>
            <w:proofErr w:type="spellEnd"/>
            <w:r w:rsidR="004F7FF8">
              <w:rPr>
                <w:rFonts w:ascii="Times New Roman" w:hAnsi="Times New Roman" w:cs="Times New Roman"/>
                <w:lang w:val="ru-RU"/>
              </w:rPr>
              <w:t xml:space="preserve"> </w:t>
            </w:r>
            <w:proofErr w:type="spellStart"/>
            <w:r w:rsidR="004F7FF8">
              <w:rPr>
                <w:rFonts w:ascii="Times New Roman" w:hAnsi="Times New Roman" w:cs="Times New Roman"/>
                <w:lang w:val="ru-RU"/>
              </w:rPr>
              <w:t>стані</w:t>
            </w:r>
            <w:proofErr w:type="spellEnd"/>
            <w:r w:rsidR="004F7FF8">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шелтер</w:t>
            </w:r>
            <w:r w:rsidR="00DF6391">
              <w:rPr>
                <w:rFonts w:ascii="Times New Roman" w:hAnsi="Times New Roman" w:cs="Times New Roman"/>
                <w:lang w:val="ru-RU"/>
              </w:rPr>
              <w:t>и</w:t>
            </w:r>
            <w:proofErr w:type="spellEnd"/>
            <w:r w:rsidR="000B4864" w:rsidRPr="000B4864">
              <w:rPr>
                <w:rFonts w:ascii="Times New Roman" w:hAnsi="Times New Roman" w:cs="Times New Roman"/>
                <w:lang w:val="ru-RU"/>
              </w:rPr>
              <w:t xml:space="preserve"> для ВПО, </w:t>
            </w:r>
            <w:proofErr w:type="spellStart"/>
            <w:r w:rsidR="000B4864" w:rsidRPr="000B4864">
              <w:rPr>
                <w:rFonts w:ascii="Times New Roman" w:hAnsi="Times New Roman" w:cs="Times New Roman"/>
                <w:lang w:val="ru-RU"/>
              </w:rPr>
              <w:t>що</w:t>
            </w:r>
            <w:proofErr w:type="spellEnd"/>
            <w:r w:rsidR="000B4864" w:rsidRPr="000B4864">
              <w:rPr>
                <w:rFonts w:ascii="Times New Roman" w:hAnsi="Times New Roman" w:cs="Times New Roman"/>
                <w:lang w:val="ru-RU"/>
              </w:rPr>
              <w:t xml:space="preserve"> стало результатом </w:t>
            </w:r>
            <w:proofErr w:type="spellStart"/>
            <w:r w:rsidR="000B4864" w:rsidRPr="000B4864">
              <w:rPr>
                <w:rFonts w:ascii="Times New Roman" w:hAnsi="Times New Roman" w:cs="Times New Roman"/>
                <w:lang w:val="ru-RU"/>
              </w:rPr>
              <w:t>співпраці</w:t>
            </w:r>
            <w:proofErr w:type="spellEnd"/>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місцевої</w:t>
            </w:r>
            <w:proofErr w:type="spellEnd"/>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влади</w:t>
            </w:r>
            <w:proofErr w:type="spellEnd"/>
            <w:r w:rsidR="000B4864" w:rsidRPr="000B4864">
              <w:rPr>
                <w:rFonts w:ascii="Times New Roman" w:hAnsi="Times New Roman" w:cs="Times New Roman"/>
                <w:lang w:val="ru-RU"/>
              </w:rPr>
              <w:t xml:space="preserve"> з </w:t>
            </w:r>
            <w:proofErr w:type="spellStart"/>
            <w:r w:rsidR="000B4864" w:rsidRPr="000B4864">
              <w:rPr>
                <w:rFonts w:ascii="Times New Roman" w:hAnsi="Times New Roman" w:cs="Times New Roman"/>
                <w:lang w:val="ru-RU"/>
              </w:rPr>
              <w:t>громадськими</w:t>
            </w:r>
            <w:proofErr w:type="spellEnd"/>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ініціативами</w:t>
            </w:r>
            <w:proofErr w:type="spellEnd"/>
            <w:r w:rsidR="000B4864" w:rsidRPr="000B4864">
              <w:rPr>
                <w:rFonts w:ascii="Times New Roman" w:hAnsi="Times New Roman" w:cs="Times New Roman"/>
                <w:lang w:val="ru-RU"/>
              </w:rPr>
              <w:t xml:space="preserve"> та волонтерами для </w:t>
            </w:r>
            <w:proofErr w:type="spellStart"/>
            <w:r w:rsidR="000B4864" w:rsidRPr="000B4864">
              <w:rPr>
                <w:rFonts w:ascii="Times New Roman" w:hAnsi="Times New Roman" w:cs="Times New Roman"/>
                <w:lang w:val="ru-RU"/>
              </w:rPr>
              <w:t>надання</w:t>
            </w:r>
            <w:proofErr w:type="spellEnd"/>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безпечного</w:t>
            </w:r>
            <w:proofErr w:type="spellEnd"/>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житла</w:t>
            </w:r>
            <w:proofErr w:type="spellEnd"/>
            <w:r w:rsidR="000B4864" w:rsidRPr="000B4864">
              <w:rPr>
                <w:rFonts w:ascii="Times New Roman" w:hAnsi="Times New Roman" w:cs="Times New Roman"/>
                <w:lang w:val="ru-RU"/>
              </w:rPr>
              <w:t xml:space="preserve"> </w:t>
            </w:r>
            <w:proofErr w:type="spellStart"/>
            <w:r w:rsidR="000B4864" w:rsidRPr="000B4864">
              <w:rPr>
                <w:rFonts w:ascii="Times New Roman" w:hAnsi="Times New Roman" w:cs="Times New Roman"/>
                <w:lang w:val="ru-RU"/>
              </w:rPr>
              <w:t>переселенцям</w:t>
            </w:r>
            <w:proofErr w:type="spellEnd"/>
            <w:r w:rsidR="000B4864" w:rsidRPr="000B4864">
              <w:rPr>
                <w:rFonts w:ascii="Times New Roman" w:hAnsi="Times New Roman" w:cs="Times New Roman"/>
                <w:lang w:val="ru-RU"/>
              </w:rPr>
              <w:t>.</w:t>
            </w:r>
          </w:p>
        </w:tc>
        <w:tc>
          <w:tcPr>
            <w:tcW w:w="992" w:type="dxa"/>
          </w:tcPr>
          <w:p w14:paraId="5753BF68" w14:textId="719D04CB" w:rsidR="00C9072A" w:rsidRPr="000B4864" w:rsidRDefault="000B4864" w:rsidP="00154A99">
            <w:pPr>
              <w:jc w:val="center"/>
              <w:rPr>
                <w:rFonts w:ascii="Times New Roman" w:hAnsi="Times New Roman" w:cs="Times New Roman"/>
                <w:lang w:val="ru-RU"/>
              </w:rPr>
            </w:pPr>
            <w:r>
              <w:rPr>
                <w:rFonts w:ascii="Times New Roman" w:hAnsi="Times New Roman" w:cs="Times New Roman"/>
                <w:lang w:val="ru-RU"/>
              </w:rPr>
              <w:t>4</w:t>
            </w:r>
          </w:p>
        </w:tc>
        <w:tc>
          <w:tcPr>
            <w:tcW w:w="3544" w:type="dxa"/>
          </w:tcPr>
          <w:p w14:paraId="42E2DCF6" w14:textId="12752458" w:rsidR="00C9072A" w:rsidRPr="000B4864" w:rsidRDefault="000B4864">
            <w:pPr>
              <w:rPr>
                <w:rFonts w:ascii="Times New Roman" w:hAnsi="Times New Roman" w:cs="Times New Roman"/>
                <w:i/>
                <w:iCs/>
                <w:lang w:val="ru-RU"/>
              </w:rPr>
            </w:pPr>
            <w:proofErr w:type="spellStart"/>
            <w:r w:rsidRPr="000B4864">
              <w:rPr>
                <w:rFonts w:ascii="Times New Roman" w:hAnsi="Times New Roman" w:cs="Times New Roman"/>
                <w:i/>
                <w:iCs/>
                <w:lang w:val="ru-RU"/>
              </w:rPr>
              <w:t>Такі</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ініціативи</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демонструють</w:t>
            </w:r>
            <w:proofErr w:type="spellEnd"/>
            <w:r w:rsidRPr="000B4864">
              <w:rPr>
                <w:rFonts w:ascii="Times New Roman" w:hAnsi="Times New Roman" w:cs="Times New Roman"/>
                <w:i/>
                <w:iCs/>
                <w:lang w:val="ru-RU"/>
              </w:rPr>
              <w:t xml:space="preserve">, як </w:t>
            </w:r>
            <w:proofErr w:type="spellStart"/>
            <w:r w:rsidRPr="000B4864">
              <w:rPr>
                <w:rFonts w:ascii="Times New Roman" w:hAnsi="Times New Roman" w:cs="Times New Roman"/>
                <w:i/>
                <w:iCs/>
                <w:lang w:val="ru-RU"/>
              </w:rPr>
              <w:t>місцеві</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громади</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міжнародні</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організації</w:t>
            </w:r>
            <w:proofErr w:type="spellEnd"/>
            <w:r w:rsidRPr="000B4864">
              <w:rPr>
                <w:rFonts w:ascii="Times New Roman" w:hAnsi="Times New Roman" w:cs="Times New Roman"/>
                <w:i/>
                <w:iCs/>
                <w:lang w:val="ru-RU"/>
              </w:rPr>
              <w:t xml:space="preserve"> та НГО </w:t>
            </w:r>
            <w:proofErr w:type="spellStart"/>
            <w:r w:rsidRPr="000B4864">
              <w:rPr>
                <w:rFonts w:ascii="Times New Roman" w:hAnsi="Times New Roman" w:cs="Times New Roman"/>
                <w:i/>
                <w:iCs/>
                <w:lang w:val="ru-RU"/>
              </w:rPr>
              <w:t>спільно</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реалізують</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проекти</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підтримки</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спрямовані</w:t>
            </w:r>
            <w:proofErr w:type="spellEnd"/>
            <w:r w:rsidRPr="000B4864">
              <w:rPr>
                <w:rFonts w:ascii="Times New Roman" w:hAnsi="Times New Roman" w:cs="Times New Roman"/>
                <w:i/>
                <w:iCs/>
                <w:lang w:val="ru-RU"/>
              </w:rPr>
              <w:t xml:space="preserve"> на </w:t>
            </w:r>
            <w:proofErr w:type="spellStart"/>
            <w:r w:rsidRPr="000B4864">
              <w:rPr>
                <w:rFonts w:ascii="Times New Roman" w:hAnsi="Times New Roman" w:cs="Times New Roman"/>
                <w:i/>
                <w:iCs/>
                <w:lang w:val="ru-RU"/>
              </w:rPr>
              <w:t>покращення</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житлових</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соціальних</w:t>
            </w:r>
            <w:proofErr w:type="spellEnd"/>
            <w:r w:rsidRPr="000B4864">
              <w:rPr>
                <w:rFonts w:ascii="Times New Roman" w:hAnsi="Times New Roman" w:cs="Times New Roman"/>
                <w:i/>
                <w:iCs/>
                <w:lang w:val="ru-RU"/>
              </w:rPr>
              <w:t xml:space="preserve"> і </w:t>
            </w:r>
            <w:proofErr w:type="spellStart"/>
            <w:r w:rsidRPr="000B4864">
              <w:rPr>
                <w:rFonts w:ascii="Times New Roman" w:hAnsi="Times New Roman" w:cs="Times New Roman"/>
                <w:i/>
                <w:iCs/>
                <w:lang w:val="ru-RU"/>
              </w:rPr>
              <w:t>економічних</w:t>
            </w:r>
            <w:proofErr w:type="spellEnd"/>
            <w:r w:rsidRPr="000B4864">
              <w:rPr>
                <w:rFonts w:ascii="Times New Roman" w:hAnsi="Times New Roman" w:cs="Times New Roman"/>
                <w:i/>
                <w:iCs/>
                <w:lang w:val="ru-RU"/>
              </w:rPr>
              <w:t xml:space="preserve"> умов для ВПО у </w:t>
            </w:r>
            <w:proofErr w:type="spellStart"/>
            <w:r w:rsidRPr="000B4864">
              <w:rPr>
                <w:rFonts w:ascii="Times New Roman" w:hAnsi="Times New Roman" w:cs="Times New Roman"/>
                <w:i/>
                <w:iCs/>
                <w:lang w:val="ru-RU"/>
              </w:rPr>
              <w:t>Рахові</w:t>
            </w:r>
            <w:proofErr w:type="spellEnd"/>
            <w:r w:rsidRPr="000B4864">
              <w:rPr>
                <w:rFonts w:ascii="Times New Roman" w:hAnsi="Times New Roman" w:cs="Times New Roman"/>
                <w:i/>
                <w:iCs/>
                <w:lang w:val="ru-RU"/>
              </w:rPr>
              <w:t xml:space="preserve"> та </w:t>
            </w:r>
            <w:proofErr w:type="spellStart"/>
            <w:r w:rsidRPr="000B4864">
              <w:rPr>
                <w:rFonts w:ascii="Times New Roman" w:hAnsi="Times New Roman" w:cs="Times New Roman"/>
                <w:i/>
                <w:iCs/>
                <w:lang w:val="ru-RU"/>
              </w:rPr>
              <w:t>районі</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посилюючи</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інтеграцію</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переселенців</w:t>
            </w:r>
            <w:proofErr w:type="spellEnd"/>
            <w:r w:rsidRPr="000B4864">
              <w:rPr>
                <w:rFonts w:ascii="Times New Roman" w:hAnsi="Times New Roman" w:cs="Times New Roman"/>
                <w:i/>
                <w:iCs/>
                <w:lang w:val="ru-RU"/>
              </w:rPr>
              <w:t xml:space="preserve"> у </w:t>
            </w:r>
            <w:proofErr w:type="spellStart"/>
            <w:r w:rsidRPr="000B4864">
              <w:rPr>
                <w:rFonts w:ascii="Times New Roman" w:hAnsi="Times New Roman" w:cs="Times New Roman"/>
                <w:i/>
                <w:iCs/>
                <w:lang w:val="ru-RU"/>
              </w:rPr>
              <w:t>місцеву</w:t>
            </w:r>
            <w:proofErr w:type="spellEnd"/>
            <w:r w:rsidRPr="000B4864">
              <w:rPr>
                <w:rFonts w:ascii="Times New Roman" w:hAnsi="Times New Roman" w:cs="Times New Roman"/>
                <w:i/>
                <w:iCs/>
                <w:lang w:val="ru-RU"/>
              </w:rPr>
              <w:t xml:space="preserve"> </w:t>
            </w:r>
            <w:proofErr w:type="spellStart"/>
            <w:r w:rsidRPr="000B4864">
              <w:rPr>
                <w:rFonts w:ascii="Times New Roman" w:hAnsi="Times New Roman" w:cs="Times New Roman"/>
                <w:i/>
                <w:iCs/>
                <w:lang w:val="ru-RU"/>
              </w:rPr>
              <w:t>спільноту</w:t>
            </w:r>
            <w:proofErr w:type="spellEnd"/>
            <w:r w:rsidRPr="000B4864">
              <w:rPr>
                <w:rFonts w:ascii="Times New Roman" w:hAnsi="Times New Roman" w:cs="Times New Roman"/>
                <w:i/>
                <w:iCs/>
                <w:lang w:val="ru-RU"/>
              </w:rPr>
              <w:t>.</w:t>
            </w:r>
          </w:p>
        </w:tc>
      </w:tr>
      <w:tr w:rsidR="00FA65AC" w:rsidRPr="00D403A0" w14:paraId="7A9E9B3C" w14:textId="77777777" w:rsidTr="00864F0A">
        <w:tc>
          <w:tcPr>
            <w:tcW w:w="2157" w:type="dxa"/>
          </w:tcPr>
          <w:p w14:paraId="010163A1" w14:textId="77777777" w:rsidR="00C9072A" w:rsidRPr="00FA65AC" w:rsidRDefault="00FA65AC">
            <w:pPr>
              <w:rPr>
                <w:rFonts w:ascii="Times New Roman" w:hAnsi="Times New Roman" w:cs="Times New Roman"/>
              </w:rPr>
            </w:pPr>
            <w:proofErr w:type="spellStart"/>
            <w:r w:rsidRPr="00FA65AC">
              <w:rPr>
                <w:rFonts w:ascii="Times New Roman" w:hAnsi="Times New Roman" w:cs="Times New Roman"/>
              </w:rPr>
              <w:t>Стійкість</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досягнутих</w:t>
            </w:r>
            <w:proofErr w:type="spellEnd"/>
            <w:r w:rsidRPr="00FA65AC">
              <w:rPr>
                <w:rFonts w:ascii="Times New Roman" w:hAnsi="Times New Roman" w:cs="Times New Roman"/>
              </w:rPr>
              <w:t xml:space="preserve"> </w:t>
            </w:r>
            <w:proofErr w:type="spellStart"/>
            <w:r w:rsidRPr="00FA65AC">
              <w:rPr>
                <w:rFonts w:ascii="Times New Roman" w:hAnsi="Times New Roman" w:cs="Times New Roman"/>
              </w:rPr>
              <w:t>результатів</w:t>
            </w:r>
            <w:proofErr w:type="spellEnd"/>
          </w:p>
        </w:tc>
        <w:tc>
          <w:tcPr>
            <w:tcW w:w="3083" w:type="dxa"/>
          </w:tcPr>
          <w:p w14:paraId="2D57CCB0" w14:textId="21CC1D0E" w:rsidR="00C9072A" w:rsidRPr="00FA65AC" w:rsidRDefault="000B4864">
            <w:pPr>
              <w:rPr>
                <w:rFonts w:ascii="Times New Roman" w:hAnsi="Times New Roman" w:cs="Times New Roman"/>
              </w:rPr>
            </w:pPr>
            <w:proofErr w:type="spellStart"/>
            <w:r w:rsidRPr="000B4864">
              <w:rPr>
                <w:rFonts w:ascii="Times New Roman" w:hAnsi="Times New Roman" w:cs="Times New Roman"/>
              </w:rPr>
              <w:t>Стійкість</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досягнутих</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результатів</w:t>
            </w:r>
            <w:proofErr w:type="spellEnd"/>
            <w:r w:rsidRPr="000B4864">
              <w:rPr>
                <w:rFonts w:ascii="Times New Roman" w:hAnsi="Times New Roman" w:cs="Times New Roman"/>
              </w:rPr>
              <w:t xml:space="preserve"> у </w:t>
            </w:r>
            <w:proofErr w:type="spellStart"/>
            <w:r w:rsidRPr="000B4864">
              <w:rPr>
                <w:rFonts w:ascii="Times New Roman" w:hAnsi="Times New Roman" w:cs="Times New Roman"/>
              </w:rPr>
              <w:t>Рахові</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забезпечується</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через</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системну</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співпрацю</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місцевої</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влади</w:t>
            </w:r>
            <w:proofErr w:type="spellEnd"/>
            <w:r w:rsidRPr="000B4864">
              <w:rPr>
                <w:rFonts w:ascii="Times New Roman" w:hAnsi="Times New Roman" w:cs="Times New Roman"/>
              </w:rPr>
              <w:t xml:space="preserve">, НГО </w:t>
            </w:r>
            <w:proofErr w:type="spellStart"/>
            <w:r w:rsidRPr="000B4864">
              <w:rPr>
                <w:rFonts w:ascii="Times New Roman" w:hAnsi="Times New Roman" w:cs="Times New Roman"/>
              </w:rPr>
              <w:t>та</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донорів</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що</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дозволяє</w:t>
            </w:r>
            <w:proofErr w:type="spellEnd"/>
            <w:r w:rsidRPr="000B4864">
              <w:rPr>
                <w:rFonts w:ascii="Times New Roman" w:hAnsi="Times New Roman" w:cs="Times New Roman"/>
              </w:rPr>
              <w:t xml:space="preserve"> ВПО </w:t>
            </w:r>
            <w:proofErr w:type="spellStart"/>
            <w:r w:rsidRPr="000B4864">
              <w:rPr>
                <w:rFonts w:ascii="Times New Roman" w:hAnsi="Times New Roman" w:cs="Times New Roman"/>
              </w:rPr>
              <w:t>отримувати</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комплексну</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підтримку</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та</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соціальні</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послуги</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Регулярне</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залучення</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громади</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до</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lastRenderedPageBreak/>
              <w:t>інтеграційних</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ініціатив</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зміцнює</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взаєморозуміння</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між</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переселенцями</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та</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місцевими</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жителями</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підвищуючи</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ефективність</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соціальної</w:t>
            </w:r>
            <w:proofErr w:type="spellEnd"/>
            <w:r w:rsidRPr="000B4864">
              <w:rPr>
                <w:rFonts w:ascii="Times New Roman" w:hAnsi="Times New Roman" w:cs="Times New Roman"/>
              </w:rPr>
              <w:t xml:space="preserve"> </w:t>
            </w:r>
            <w:proofErr w:type="spellStart"/>
            <w:r w:rsidRPr="000B4864">
              <w:rPr>
                <w:rFonts w:ascii="Times New Roman" w:hAnsi="Times New Roman" w:cs="Times New Roman"/>
              </w:rPr>
              <w:t>адаптації</w:t>
            </w:r>
            <w:proofErr w:type="spellEnd"/>
            <w:r w:rsidRPr="000B4864">
              <w:rPr>
                <w:rFonts w:ascii="Times New Roman" w:hAnsi="Times New Roman" w:cs="Times New Roman"/>
              </w:rPr>
              <w:t>.</w:t>
            </w:r>
          </w:p>
        </w:tc>
        <w:tc>
          <w:tcPr>
            <w:tcW w:w="992" w:type="dxa"/>
          </w:tcPr>
          <w:p w14:paraId="1C54546E" w14:textId="4FEF4BA3" w:rsidR="00C9072A" w:rsidRPr="000B4864" w:rsidRDefault="000B4864" w:rsidP="00E5781B">
            <w:pPr>
              <w:jc w:val="center"/>
              <w:rPr>
                <w:rFonts w:ascii="Times New Roman" w:hAnsi="Times New Roman" w:cs="Times New Roman"/>
                <w:lang w:val="uk-UA"/>
              </w:rPr>
            </w:pPr>
            <w:r>
              <w:rPr>
                <w:rFonts w:ascii="Times New Roman" w:hAnsi="Times New Roman" w:cs="Times New Roman"/>
                <w:lang w:val="uk-UA"/>
              </w:rPr>
              <w:lastRenderedPageBreak/>
              <w:t>3</w:t>
            </w:r>
          </w:p>
        </w:tc>
        <w:tc>
          <w:tcPr>
            <w:tcW w:w="3544" w:type="dxa"/>
          </w:tcPr>
          <w:p w14:paraId="6A37D2CB" w14:textId="39C337A6" w:rsidR="00C9072A" w:rsidRPr="008E3A98" w:rsidRDefault="000B4864">
            <w:pPr>
              <w:rPr>
                <w:rFonts w:ascii="Times New Roman" w:hAnsi="Times New Roman" w:cs="Times New Roman"/>
                <w:i/>
                <w:iCs/>
                <w:lang w:val="ru-RU"/>
              </w:rPr>
            </w:pPr>
            <w:proofErr w:type="spellStart"/>
            <w:r w:rsidRPr="008E3A98">
              <w:rPr>
                <w:rFonts w:ascii="Times New Roman" w:hAnsi="Times New Roman" w:cs="Times New Roman"/>
                <w:i/>
                <w:iCs/>
                <w:lang w:val="ru-RU"/>
              </w:rPr>
              <w:t>Постійний</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моніторинг</w:t>
            </w:r>
            <w:proofErr w:type="spellEnd"/>
            <w:r w:rsidRPr="008E3A98">
              <w:rPr>
                <w:rFonts w:ascii="Times New Roman" w:hAnsi="Times New Roman" w:cs="Times New Roman"/>
                <w:i/>
                <w:iCs/>
                <w:lang w:val="ru-RU"/>
              </w:rPr>
              <w:t xml:space="preserve"> потреб ВПО та </w:t>
            </w:r>
            <w:proofErr w:type="spellStart"/>
            <w:r w:rsidRPr="008E3A98">
              <w:rPr>
                <w:rFonts w:ascii="Times New Roman" w:hAnsi="Times New Roman" w:cs="Times New Roman"/>
                <w:i/>
                <w:iCs/>
                <w:lang w:val="ru-RU"/>
              </w:rPr>
              <w:t>внесення</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коректив</w:t>
            </w:r>
            <w:proofErr w:type="spellEnd"/>
            <w:r w:rsidRPr="008E3A98">
              <w:rPr>
                <w:rFonts w:ascii="Times New Roman" w:hAnsi="Times New Roman" w:cs="Times New Roman"/>
                <w:i/>
                <w:iCs/>
                <w:lang w:val="ru-RU"/>
              </w:rPr>
              <w:t xml:space="preserve"> до </w:t>
            </w:r>
            <w:proofErr w:type="spellStart"/>
            <w:r w:rsidRPr="008E3A98">
              <w:rPr>
                <w:rFonts w:ascii="Times New Roman" w:hAnsi="Times New Roman" w:cs="Times New Roman"/>
                <w:i/>
                <w:iCs/>
                <w:lang w:val="ru-RU"/>
              </w:rPr>
              <w:t>місцевих</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програм</w:t>
            </w:r>
            <w:proofErr w:type="spellEnd"/>
            <w:r w:rsidRPr="008E3A98">
              <w:rPr>
                <w:rFonts w:ascii="Times New Roman" w:hAnsi="Times New Roman" w:cs="Times New Roman"/>
                <w:i/>
                <w:iCs/>
                <w:lang w:val="ru-RU"/>
              </w:rPr>
              <w:t xml:space="preserve"> </w:t>
            </w:r>
            <w:proofErr w:type="spellStart"/>
            <w:r w:rsidR="008E3A98" w:rsidRPr="008E3A98">
              <w:rPr>
                <w:rFonts w:ascii="Times New Roman" w:hAnsi="Times New Roman" w:cs="Times New Roman"/>
                <w:i/>
                <w:iCs/>
                <w:lang w:val="ru-RU"/>
              </w:rPr>
              <w:t>зможуть</w:t>
            </w:r>
            <w:proofErr w:type="spellEnd"/>
            <w:r w:rsidR="008E3A98"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гаранту</w:t>
            </w:r>
            <w:r w:rsidR="008E3A98" w:rsidRPr="008E3A98">
              <w:rPr>
                <w:rFonts w:ascii="Times New Roman" w:hAnsi="Times New Roman" w:cs="Times New Roman"/>
                <w:i/>
                <w:iCs/>
                <w:lang w:val="ru-RU"/>
              </w:rPr>
              <w:t>вати</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що</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позитивні</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зміни</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мають</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довготривалий</w:t>
            </w:r>
            <w:proofErr w:type="spellEnd"/>
            <w:r w:rsidRPr="008E3A98">
              <w:rPr>
                <w:rFonts w:ascii="Times New Roman" w:hAnsi="Times New Roman" w:cs="Times New Roman"/>
                <w:i/>
                <w:iCs/>
                <w:lang w:val="ru-RU"/>
              </w:rPr>
              <w:t xml:space="preserve"> характер і не </w:t>
            </w:r>
            <w:proofErr w:type="spellStart"/>
            <w:r w:rsidRPr="008E3A98">
              <w:rPr>
                <w:rFonts w:ascii="Times New Roman" w:hAnsi="Times New Roman" w:cs="Times New Roman"/>
                <w:i/>
                <w:iCs/>
                <w:lang w:val="ru-RU"/>
              </w:rPr>
              <w:t>залежат</w:t>
            </w:r>
            <w:r w:rsidR="008E3A98">
              <w:rPr>
                <w:rFonts w:ascii="Times New Roman" w:hAnsi="Times New Roman" w:cs="Times New Roman"/>
                <w:i/>
                <w:iCs/>
                <w:lang w:val="ru-RU"/>
              </w:rPr>
              <w:t>имуть</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від</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окремих</w:t>
            </w:r>
            <w:proofErr w:type="spellEnd"/>
            <w:r w:rsidRPr="008E3A98">
              <w:rPr>
                <w:rFonts w:ascii="Times New Roman" w:hAnsi="Times New Roman" w:cs="Times New Roman"/>
                <w:i/>
                <w:iCs/>
                <w:lang w:val="ru-RU"/>
              </w:rPr>
              <w:t xml:space="preserve"> </w:t>
            </w:r>
            <w:proofErr w:type="spellStart"/>
            <w:r w:rsidRPr="008E3A98">
              <w:rPr>
                <w:rFonts w:ascii="Times New Roman" w:hAnsi="Times New Roman" w:cs="Times New Roman"/>
                <w:i/>
                <w:iCs/>
                <w:lang w:val="ru-RU"/>
              </w:rPr>
              <w:t>проєктів</w:t>
            </w:r>
            <w:proofErr w:type="spellEnd"/>
            <w:r w:rsidRPr="008E3A98">
              <w:rPr>
                <w:rFonts w:ascii="Times New Roman" w:hAnsi="Times New Roman" w:cs="Times New Roman"/>
                <w:i/>
                <w:iCs/>
                <w:lang w:val="ru-RU"/>
              </w:rPr>
              <w:t>.</w:t>
            </w:r>
          </w:p>
        </w:tc>
      </w:tr>
    </w:tbl>
    <w:p w14:paraId="31B63B18" w14:textId="77777777" w:rsidR="00C9072A" w:rsidRPr="008E3A98" w:rsidRDefault="00FA65AC">
      <w:pPr>
        <w:pStyle w:val="21"/>
        <w:rPr>
          <w:rFonts w:ascii="Times New Roman" w:hAnsi="Times New Roman" w:cs="Times New Roman"/>
          <w:color w:val="auto"/>
          <w:lang w:val="ru-RU"/>
        </w:rPr>
      </w:pPr>
      <w:proofErr w:type="spellStart"/>
      <w:r w:rsidRPr="008E3A98">
        <w:rPr>
          <w:rFonts w:ascii="Times New Roman" w:hAnsi="Times New Roman" w:cs="Times New Roman"/>
          <w:color w:val="auto"/>
          <w:lang w:val="ru-RU"/>
        </w:rPr>
        <w:lastRenderedPageBreak/>
        <w:t>Узагальнення</w:t>
      </w:r>
      <w:proofErr w:type="spellEnd"/>
      <w:r w:rsidRPr="008E3A98">
        <w:rPr>
          <w:rFonts w:ascii="Times New Roman" w:hAnsi="Times New Roman" w:cs="Times New Roman"/>
          <w:color w:val="auto"/>
          <w:lang w:val="ru-RU"/>
        </w:rPr>
        <w:t xml:space="preserve"> </w:t>
      </w:r>
      <w:proofErr w:type="spellStart"/>
      <w:r w:rsidRPr="008E3A98">
        <w:rPr>
          <w:rFonts w:ascii="Times New Roman" w:hAnsi="Times New Roman" w:cs="Times New Roman"/>
          <w:color w:val="auto"/>
          <w:lang w:val="ru-RU"/>
        </w:rPr>
        <w:t>результатів</w:t>
      </w:r>
      <w:proofErr w:type="spellEnd"/>
    </w:p>
    <w:p w14:paraId="3705C995" w14:textId="4A4B3643" w:rsidR="00C9072A" w:rsidRDefault="00FA65AC">
      <w:pPr>
        <w:rPr>
          <w:rFonts w:ascii="Times New Roman" w:hAnsi="Times New Roman" w:cs="Times New Roman"/>
          <w:lang w:val="ru-RU"/>
        </w:rPr>
      </w:pPr>
      <w:proofErr w:type="spellStart"/>
      <w:r w:rsidRPr="00FA65AC">
        <w:rPr>
          <w:rFonts w:ascii="Times New Roman" w:hAnsi="Times New Roman" w:cs="Times New Roman"/>
          <w:lang w:val="ru-RU"/>
        </w:rPr>
        <w:t>Середній</w:t>
      </w:r>
      <w:proofErr w:type="spellEnd"/>
      <w:r w:rsidRPr="00FA65AC">
        <w:rPr>
          <w:rFonts w:ascii="Times New Roman" w:hAnsi="Times New Roman" w:cs="Times New Roman"/>
          <w:lang w:val="ru-RU"/>
        </w:rPr>
        <w:t xml:space="preserve"> бал за </w:t>
      </w:r>
      <w:proofErr w:type="spellStart"/>
      <w:r w:rsidRPr="00FA65AC">
        <w:rPr>
          <w:rFonts w:ascii="Times New Roman" w:hAnsi="Times New Roman" w:cs="Times New Roman"/>
          <w:lang w:val="ru-RU"/>
        </w:rPr>
        <w:t>напрямами</w:t>
      </w:r>
      <w:proofErr w:type="spellEnd"/>
      <w:r w:rsidRPr="00FA65AC">
        <w:rPr>
          <w:rFonts w:ascii="Times New Roman" w:hAnsi="Times New Roman" w:cs="Times New Roman"/>
          <w:lang w:val="ru-RU"/>
        </w:rPr>
        <w:t>:</w:t>
      </w:r>
      <w:r w:rsidR="00733577">
        <w:rPr>
          <w:rFonts w:ascii="Times New Roman" w:hAnsi="Times New Roman" w:cs="Times New Roman"/>
          <w:lang w:val="ru-RU"/>
        </w:rPr>
        <w:t xml:space="preserve"> 4,30</w:t>
      </w:r>
      <w:bookmarkStart w:id="3" w:name="_GoBack"/>
      <w:bookmarkEnd w:id="3"/>
      <w:r w:rsidRPr="00FA65AC">
        <w:rPr>
          <w:rFonts w:ascii="Times New Roman" w:hAnsi="Times New Roman" w:cs="Times New Roman"/>
          <w:lang w:val="ru-RU"/>
        </w:rPr>
        <w:br/>
      </w:r>
      <w:proofErr w:type="spellStart"/>
      <w:r w:rsidRPr="00FA65AC">
        <w:rPr>
          <w:rFonts w:ascii="Times New Roman" w:hAnsi="Times New Roman" w:cs="Times New Roman"/>
          <w:lang w:val="ru-RU"/>
        </w:rPr>
        <w:t>Напрям</w:t>
      </w:r>
      <w:proofErr w:type="spellEnd"/>
      <w:r w:rsidRPr="00FA65AC">
        <w:rPr>
          <w:rFonts w:ascii="Times New Roman" w:hAnsi="Times New Roman" w:cs="Times New Roman"/>
          <w:lang w:val="ru-RU"/>
        </w:rPr>
        <w:t xml:space="preserve"> 1: </w:t>
      </w:r>
      <w:r w:rsidR="00544C6E">
        <w:rPr>
          <w:rFonts w:ascii="Times New Roman" w:hAnsi="Times New Roman" w:cs="Times New Roman"/>
          <w:lang w:val="ru-RU"/>
        </w:rPr>
        <w:t>4,</w:t>
      </w:r>
      <w:r w:rsidR="00A127CF">
        <w:rPr>
          <w:rFonts w:ascii="Times New Roman" w:hAnsi="Times New Roman" w:cs="Times New Roman"/>
          <w:lang w:val="ru-RU"/>
        </w:rPr>
        <w:t>6</w:t>
      </w:r>
      <w:r w:rsidRPr="00FA65AC">
        <w:rPr>
          <w:rFonts w:ascii="Times New Roman" w:hAnsi="Times New Roman" w:cs="Times New Roman"/>
          <w:lang w:val="ru-RU"/>
        </w:rPr>
        <w:br/>
      </w:r>
      <w:proofErr w:type="spellStart"/>
      <w:r w:rsidRPr="00FA65AC">
        <w:rPr>
          <w:rFonts w:ascii="Times New Roman" w:hAnsi="Times New Roman" w:cs="Times New Roman"/>
          <w:lang w:val="ru-RU"/>
        </w:rPr>
        <w:t>Напрям</w:t>
      </w:r>
      <w:proofErr w:type="spellEnd"/>
      <w:r w:rsidRPr="00FA65AC">
        <w:rPr>
          <w:rFonts w:ascii="Times New Roman" w:hAnsi="Times New Roman" w:cs="Times New Roman"/>
          <w:lang w:val="ru-RU"/>
        </w:rPr>
        <w:t xml:space="preserve"> 2: </w:t>
      </w:r>
      <w:r w:rsidR="00544C6E">
        <w:rPr>
          <w:rFonts w:ascii="Times New Roman" w:hAnsi="Times New Roman" w:cs="Times New Roman"/>
          <w:lang w:val="ru-RU"/>
        </w:rPr>
        <w:t>4,</w:t>
      </w:r>
      <w:r w:rsidR="00A66654">
        <w:rPr>
          <w:rFonts w:ascii="Times New Roman" w:hAnsi="Times New Roman" w:cs="Times New Roman"/>
          <w:lang w:val="ru-RU"/>
        </w:rPr>
        <w:t>6</w:t>
      </w:r>
      <w:r w:rsidRPr="00FA65AC">
        <w:rPr>
          <w:rFonts w:ascii="Times New Roman" w:hAnsi="Times New Roman" w:cs="Times New Roman"/>
          <w:lang w:val="ru-RU"/>
        </w:rPr>
        <w:br/>
      </w:r>
      <w:proofErr w:type="spellStart"/>
      <w:r w:rsidRPr="00FA65AC">
        <w:rPr>
          <w:rFonts w:ascii="Times New Roman" w:hAnsi="Times New Roman" w:cs="Times New Roman"/>
          <w:lang w:val="ru-RU"/>
        </w:rPr>
        <w:t>Напрям</w:t>
      </w:r>
      <w:proofErr w:type="spellEnd"/>
      <w:r w:rsidRPr="00FA65AC">
        <w:rPr>
          <w:rFonts w:ascii="Times New Roman" w:hAnsi="Times New Roman" w:cs="Times New Roman"/>
          <w:lang w:val="ru-RU"/>
        </w:rPr>
        <w:t xml:space="preserve"> 3: </w:t>
      </w:r>
      <w:r w:rsidR="00864F0A">
        <w:rPr>
          <w:rFonts w:ascii="Times New Roman" w:hAnsi="Times New Roman" w:cs="Times New Roman"/>
          <w:lang w:val="ru-RU"/>
        </w:rPr>
        <w:t>4</w:t>
      </w:r>
      <w:r w:rsidR="00393C6C">
        <w:rPr>
          <w:rFonts w:ascii="Times New Roman" w:hAnsi="Times New Roman" w:cs="Times New Roman"/>
          <w:lang w:val="ru-RU"/>
        </w:rPr>
        <w:t>,2</w:t>
      </w:r>
      <w:r w:rsidRPr="00FA65AC">
        <w:rPr>
          <w:rFonts w:ascii="Times New Roman" w:hAnsi="Times New Roman" w:cs="Times New Roman"/>
          <w:lang w:val="ru-RU"/>
        </w:rPr>
        <w:br/>
      </w:r>
      <w:proofErr w:type="spellStart"/>
      <w:r w:rsidRPr="00FA65AC">
        <w:rPr>
          <w:rFonts w:ascii="Times New Roman" w:hAnsi="Times New Roman" w:cs="Times New Roman"/>
          <w:lang w:val="ru-RU"/>
        </w:rPr>
        <w:t>Напрям</w:t>
      </w:r>
      <w:proofErr w:type="spellEnd"/>
      <w:r w:rsidRPr="00FA65AC">
        <w:rPr>
          <w:rFonts w:ascii="Times New Roman" w:hAnsi="Times New Roman" w:cs="Times New Roman"/>
          <w:lang w:val="ru-RU"/>
        </w:rPr>
        <w:t xml:space="preserve"> 4: </w:t>
      </w:r>
      <w:r w:rsidR="008E3A98">
        <w:rPr>
          <w:rFonts w:ascii="Times New Roman" w:hAnsi="Times New Roman" w:cs="Times New Roman"/>
          <w:lang w:val="ru-RU"/>
        </w:rPr>
        <w:t>3,8</w:t>
      </w:r>
      <w:r w:rsidRPr="00FA65AC">
        <w:rPr>
          <w:rFonts w:ascii="Times New Roman" w:hAnsi="Times New Roman" w:cs="Times New Roman"/>
          <w:lang w:val="ru-RU"/>
        </w:rPr>
        <w:br/>
      </w:r>
      <w:r w:rsidRPr="00FA65AC">
        <w:rPr>
          <w:rFonts w:ascii="Times New Roman" w:hAnsi="Times New Roman" w:cs="Times New Roman"/>
          <w:lang w:val="ru-RU"/>
        </w:rPr>
        <w:br/>
      </w:r>
      <w:proofErr w:type="spellStart"/>
      <w:r w:rsidRPr="00FA65AC">
        <w:rPr>
          <w:rFonts w:ascii="Times New Roman" w:hAnsi="Times New Roman" w:cs="Times New Roman"/>
          <w:lang w:val="ru-RU"/>
        </w:rPr>
        <w:t>Загальний</w:t>
      </w:r>
      <w:proofErr w:type="spellEnd"/>
      <w:r w:rsidRPr="00FA65AC">
        <w:rPr>
          <w:rFonts w:ascii="Times New Roman" w:hAnsi="Times New Roman" w:cs="Times New Roman"/>
          <w:lang w:val="ru-RU"/>
        </w:rPr>
        <w:t xml:space="preserve"> </w:t>
      </w:r>
      <w:proofErr w:type="spellStart"/>
      <w:r w:rsidRPr="00FA65AC">
        <w:rPr>
          <w:rFonts w:ascii="Times New Roman" w:hAnsi="Times New Roman" w:cs="Times New Roman"/>
          <w:lang w:val="ru-RU"/>
        </w:rPr>
        <w:t>рівень</w:t>
      </w:r>
      <w:proofErr w:type="spellEnd"/>
      <w:r w:rsidRPr="00FA65AC">
        <w:rPr>
          <w:rFonts w:ascii="Times New Roman" w:hAnsi="Times New Roman" w:cs="Times New Roman"/>
          <w:lang w:val="ru-RU"/>
        </w:rPr>
        <w:t xml:space="preserve"> </w:t>
      </w:r>
      <w:proofErr w:type="spellStart"/>
      <w:r w:rsidRPr="00FA65AC">
        <w:rPr>
          <w:rFonts w:ascii="Times New Roman" w:hAnsi="Times New Roman" w:cs="Times New Roman"/>
          <w:lang w:val="ru-RU"/>
        </w:rPr>
        <w:t>ефективності</w:t>
      </w:r>
      <w:proofErr w:type="spellEnd"/>
      <w:r w:rsidRPr="00FA65AC">
        <w:rPr>
          <w:rFonts w:ascii="Times New Roman" w:hAnsi="Times New Roman" w:cs="Times New Roman"/>
          <w:lang w:val="ru-RU"/>
        </w:rPr>
        <w:t xml:space="preserve"> Ради ВПО:</w:t>
      </w:r>
      <w:r w:rsidR="008E3A98">
        <w:rPr>
          <w:rFonts w:ascii="Times New Roman" w:hAnsi="Times New Roman" w:cs="Times New Roman"/>
          <w:lang w:val="ru-RU"/>
        </w:rPr>
        <w:t xml:space="preserve"> </w:t>
      </w:r>
      <w:proofErr w:type="spellStart"/>
      <w:r w:rsidR="008E3A98" w:rsidRPr="008E3A98">
        <w:rPr>
          <w:rFonts w:ascii="Times New Roman" w:hAnsi="Times New Roman" w:cs="Times New Roman"/>
          <w:lang w:val="ru-RU"/>
        </w:rPr>
        <w:t>оцінюємо</w:t>
      </w:r>
      <w:proofErr w:type="spellEnd"/>
      <w:r w:rsidR="008E3A98" w:rsidRPr="008E3A98">
        <w:rPr>
          <w:rFonts w:ascii="Times New Roman" w:hAnsi="Times New Roman" w:cs="Times New Roman"/>
          <w:lang w:val="ru-RU"/>
        </w:rPr>
        <w:t xml:space="preserve"> </w:t>
      </w:r>
      <w:proofErr w:type="spellStart"/>
      <w:r w:rsidR="008E3A98" w:rsidRPr="008E3A98">
        <w:rPr>
          <w:rFonts w:ascii="Times New Roman" w:hAnsi="Times New Roman" w:cs="Times New Roman"/>
          <w:lang w:val="ru-RU"/>
        </w:rPr>
        <w:t>вище</w:t>
      </w:r>
      <w:proofErr w:type="spellEnd"/>
      <w:r w:rsidR="008E3A98" w:rsidRPr="008E3A98">
        <w:rPr>
          <w:rFonts w:ascii="Times New Roman" w:hAnsi="Times New Roman" w:cs="Times New Roman"/>
          <w:lang w:val="ru-RU"/>
        </w:rPr>
        <w:t xml:space="preserve"> </w:t>
      </w:r>
      <w:proofErr w:type="spellStart"/>
      <w:r w:rsidR="008E3A98" w:rsidRPr="008E3A98">
        <w:rPr>
          <w:rFonts w:ascii="Times New Roman" w:hAnsi="Times New Roman" w:cs="Times New Roman"/>
          <w:lang w:val="ru-RU"/>
        </w:rPr>
        <w:t>середнього</w:t>
      </w:r>
      <w:proofErr w:type="spellEnd"/>
      <w:r w:rsidR="008E3A98">
        <w:rPr>
          <w:rFonts w:ascii="Times New Roman" w:hAnsi="Times New Roman" w:cs="Times New Roman"/>
          <w:lang w:val="ru-RU"/>
        </w:rPr>
        <w:t>.</w:t>
      </w:r>
    </w:p>
    <w:p w14:paraId="74132601" w14:textId="77777777" w:rsidR="00C9072A" w:rsidRPr="00FA65AC" w:rsidRDefault="00FA65AC">
      <w:pPr>
        <w:pStyle w:val="21"/>
        <w:rPr>
          <w:rFonts w:ascii="Times New Roman" w:hAnsi="Times New Roman" w:cs="Times New Roman"/>
          <w:color w:val="auto"/>
          <w:lang w:val="ru-RU"/>
        </w:rPr>
      </w:pPr>
      <w:proofErr w:type="spellStart"/>
      <w:r w:rsidRPr="00FA65AC">
        <w:rPr>
          <w:rFonts w:ascii="Times New Roman" w:hAnsi="Times New Roman" w:cs="Times New Roman"/>
          <w:color w:val="auto"/>
          <w:lang w:val="ru-RU"/>
        </w:rPr>
        <w:t>Висновки</w:t>
      </w:r>
      <w:proofErr w:type="spellEnd"/>
      <w:r w:rsidRPr="00FA65AC">
        <w:rPr>
          <w:rFonts w:ascii="Times New Roman" w:hAnsi="Times New Roman" w:cs="Times New Roman"/>
          <w:color w:val="auto"/>
          <w:lang w:val="ru-RU"/>
        </w:rPr>
        <w:t xml:space="preserve"> та </w:t>
      </w:r>
      <w:proofErr w:type="spellStart"/>
      <w:r w:rsidRPr="00FA65AC">
        <w:rPr>
          <w:rFonts w:ascii="Times New Roman" w:hAnsi="Times New Roman" w:cs="Times New Roman"/>
          <w:color w:val="auto"/>
          <w:lang w:val="ru-RU"/>
        </w:rPr>
        <w:t>рекомендації</w:t>
      </w:r>
      <w:proofErr w:type="spellEnd"/>
    </w:p>
    <w:p w14:paraId="1DA5DC24" w14:textId="262AE285" w:rsidR="00C9072A" w:rsidRDefault="00FA65AC" w:rsidP="00C532CD">
      <w:pPr>
        <w:rPr>
          <w:rFonts w:ascii="Times New Roman" w:hAnsi="Times New Roman" w:cs="Times New Roman"/>
          <w:lang w:val="ru-RU"/>
        </w:rPr>
      </w:pPr>
      <w:proofErr w:type="spellStart"/>
      <w:r w:rsidRPr="00FA65AC">
        <w:rPr>
          <w:rFonts w:ascii="Times New Roman" w:hAnsi="Times New Roman" w:cs="Times New Roman"/>
          <w:lang w:val="ru-RU"/>
        </w:rPr>
        <w:t>Ключові</w:t>
      </w:r>
      <w:proofErr w:type="spellEnd"/>
      <w:r w:rsidRPr="00FA65AC">
        <w:rPr>
          <w:rFonts w:ascii="Times New Roman" w:hAnsi="Times New Roman" w:cs="Times New Roman"/>
          <w:lang w:val="ru-RU"/>
        </w:rPr>
        <w:t xml:space="preserve"> </w:t>
      </w:r>
      <w:proofErr w:type="spellStart"/>
      <w:r w:rsidRPr="00FA65AC">
        <w:rPr>
          <w:rFonts w:ascii="Times New Roman" w:hAnsi="Times New Roman" w:cs="Times New Roman"/>
          <w:lang w:val="ru-RU"/>
        </w:rPr>
        <w:t>сильні</w:t>
      </w:r>
      <w:proofErr w:type="spellEnd"/>
      <w:r w:rsidRPr="00FA65AC">
        <w:rPr>
          <w:rFonts w:ascii="Times New Roman" w:hAnsi="Times New Roman" w:cs="Times New Roman"/>
          <w:lang w:val="ru-RU"/>
        </w:rPr>
        <w:t xml:space="preserve"> </w:t>
      </w:r>
      <w:proofErr w:type="spellStart"/>
      <w:r w:rsidRPr="00FA65AC">
        <w:rPr>
          <w:rFonts w:ascii="Times New Roman" w:hAnsi="Times New Roman" w:cs="Times New Roman"/>
          <w:lang w:val="ru-RU"/>
        </w:rPr>
        <w:t>сторони</w:t>
      </w:r>
      <w:proofErr w:type="spellEnd"/>
      <w:r w:rsidRPr="00FA65AC">
        <w:rPr>
          <w:rFonts w:ascii="Times New Roman" w:hAnsi="Times New Roman" w:cs="Times New Roman"/>
          <w:lang w:val="ru-RU"/>
        </w:rPr>
        <w:t>:</w:t>
      </w:r>
      <w:r w:rsidR="00544C6E">
        <w:rPr>
          <w:rFonts w:ascii="Times New Roman" w:hAnsi="Times New Roman" w:cs="Times New Roman"/>
          <w:lang w:val="ru-RU"/>
        </w:rPr>
        <w:t xml:space="preserve"> </w:t>
      </w:r>
      <w:proofErr w:type="spellStart"/>
      <w:r w:rsidR="00544C6E">
        <w:rPr>
          <w:rFonts w:ascii="Times New Roman" w:hAnsi="Times New Roman" w:cs="Times New Roman"/>
          <w:lang w:val="ru-RU"/>
        </w:rPr>
        <w:t>регулярні</w:t>
      </w:r>
      <w:proofErr w:type="spellEnd"/>
      <w:r w:rsidR="00544C6E">
        <w:rPr>
          <w:rFonts w:ascii="Times New Roman" w:hAnsi="Times New Roman" w:cs="Times New Roman"/>
          <w:lang w:val="ru-RU"/>
        </w:rPr>
        <w:t xml:space="preserve"> </w:t>
      </w:r>
      <w:proofErr w:type="spellStart"/>
      <w:r w:rsidR="00544C6E">
        <w:rPr>
          <w:rFonts w:ascii="Times New Roman" w:hAnsi="Times New Roman" w:cs="Times New Roman"/>
          <w:lang w:val="ru-RU"/>
        </w:rPr>
        <w:t>засідання</w:t>
      </w:r>
      <w:proofErr w:type="spellEnd"/>
      <w:r w:rsidR="00544C6E">
        <w:rPr>
          <w:rFonts w:ascii="Times New Roman" w:hAnsi="Times New Roman" w:cs="Times New Roman"/>
          <w:lang w:val="ru-RU"/>
        </w:rPr>
        <w:t xml:space="preserve">, </w:t>
      </w:r>
      <w:proofErr w:type="spellStart"/>
      <w:r w:rsidR="00544C6E">
        <w:rPr>
          <w:rFonts w:ascii="Times New Roman" w:hAnsi="Times New Roman" w:cs="Times New Roman"/>
          <w:lang w:val="ru-RU"/>
        </w:rPr>
        <w:t>системне</w:t>
      </w:r>
      <w:proofErr w:type="spellEnd"/>
      <w:r w:rsidR="00544C6E">
        <w:rPr>
          <w:rFonts w:ascii="Times New Roman" w:hAnsi="Times New Roman" w:cs="Times New Roman"/>
          <w:lang w:val="ru-RU"/>
        </w:rPr>
        <w:t xml:space="preserve"> </w:t>
      </w:r>
      <w:proofErr w:type="spellStart"/>
      <w:r w:rsidR="00544C6E">
        <w:rPr>
          <w:rFonts w:ascii="Times New Roman" w:hAnsi="Times New Roman" w:cs="Times New Roman"/>
          <w:lang w:val="ru-RU"/>
        </w:rPr>
        <w:t>протоколювання</w:t>
      </w:r>
      <w:proofErr w:type="spellEnd"/>
      <w:r w:rsidR="00544C6E">
        <w:rPr>
          <w:rFonts w:ascii="Times New Roman" w:hAnsi="Times New Roman" w:cs="Times New Roman"/>
          <w:lang w:val="ru-RU"/>
        </w:rPr>
        <w:t xml:space="preserve"> </w:t>
      </w:r>
      <w:proofErr w:type="spellStart"/>
      <w:r w:rsidR="00544C6E">
        <w:rPr>
          <w:rFonts w:ascii="Times New Roman" w:hAnsi="Times New Roman" w:cs="Times New Roman"/>
          <w:lang w:val="ru-RU"/>
        </w:rPr>
        <w:t>засідань</w:t>
      </w:r>
      <w:proofErr w:type="spellEnd"/>
      <w:r w:rsidR="00544C6E">
        <w:rPr>
          <w:rFonts w:ascii="Times New Roman" w:hAnsi="Times New Roman" w:cs="Times New Roman"/>
          <w:lang w:val="ru-RU"/>
        </w:rPr>
        <w:t xml:space="preserve">. Проведено </w:t>
      </w:r>
      <w:proofErr w:type="spellStart"/>
      <w:r w:rsidR="00544C6E">
        <w:rPr>
          <w:rFonts w:ascii="Times New Roman" w:hAnsi="Times New Roman" w:cs="Times New Roman"/>
          <w:lang w:val="ru-RU"/>
        </w:rPr>
        <w:t>аналіз</w:t>
      </w:r>
      <w:proofErr w:type="spellEnd"/>
      <w:r w:rsidR="00544C6E">
        <w:rPr>
          <w:rFonts w:ascii="Times New Roman" w:hAnsi="Times New Roman" w:cs="Times New Roman"/>
          <w:lang w:val="ru-RU"/>
        </w:rPr>
        <w:t xml:space="preserve"> потреб ВПО</w:t>
      </w:r>
      <w:r w:rsidR="00690097">
        <w:rPr>
          <w:rFonts w:ascii="Times New Roman" w:hAnsi="Times New Roman" w:cs="Times New Roman"/>
          <w:lang w:val="ru-RU"/>
        </w:rPr>
        <w:t xml:space="preserve">. Є </w:t>
      </w:r>
      <w:proofErr w:type="spellStart"/>
      <w:r w:rsidR="00690097">
        <w:rPr>
          <w:rFonts w:ascii="Times New Roman" w:hAnsi="Times New Roman" w:cs="Times New Roman"/>
          <w:lang w:val="ru-RU"/>
        </w:rPr>
        <w:t>виїзди</w:t>
      </w:r>
      <w:proofErr w:type="spellEnd"/>
      <w:r w:rsidR="00690097">
        <w:rPr>
          <w:rFonts w:ascii="Times New Roman" w:hAnsi="Times New Roman" w:cs="Times New Roman"/>
          <w:lang w:val="ru-RU"/>
        </w:rPr>
        <w:t xml:space="preserve"> в МТП, </w:t>
      </w:r>
      <w:proofErr w:type="spellStart"/>
      <w:r w:rsidR="00690097">
        <w:rPr>
          <w:rFonts w:ascii="Times New Roman" w:hAnsi="Times New Roman" w:cs="Times New Roman"/>
          <w:lang w:val="ru-RU"/>
        </w:rPr>
        <w:t>спілкування</w:t>
      </w:r>
      <w:proofErr w:type="spellEnd"/>
      <w:r w:rsidR="00690097">
        <w:rPr>
          <w:rFonts w:ascii="Times New Roman" w:hAnsi="Times New Roman" w:cs="Times New Roman"/>
          <w:lang w:val="ru-RU"/>
        </w:rPr>
        <w:t xml:space="preserve"> з </w:t>
      </w:r>
      <w:proofErr w:type="spellStart"/>
      <w:r w:rsidR="00690097">
        <w:rPr>
          <w:rFonts w:ascii="Times New Roman" w:hAnsi="Times New Roman" w:cs="Times New Roman"/>
          <w:lang w:val="ru-RU"/>
        </w:rPr>
        <w:t>проживаючими</w:t>
      </w:r>
      <w:proofErr w:type="spellEnd"/>
      <w:r w:rsidR="00690097">
        <w:rPr>
          <w:rFonts w:ascii="Times New Roman" w:hAnsi="Times New Roman" w:cs="Times New Roman"/>
          <w:lang w:val="ru-RU"/>
        </w:rPr>
        <w:t xml:space="preserve"> та </w:t>
      </w:r>
      <w:proofErr w:type="spellStart"/>
      <w:r w:rsidR="00690097">
        <w:rPr>
          <w:rFonts w:ascii="Times New Roman" w:hAnsi="Times New Roman" w:cs="Times New Roman"/>
          <w:lang w:val="ru-RU"/>
        </w:rPr>
        <w:t>вирішення</w:t>
      </w:r>
      <w:proofErr w:type="spellEnd"/>
      <w:r w:rsidR="00690097">
        <w:rPr>
          <w:rFonts w:ascii="Times New Roman" w:hAnsi="Times New Roman" w:cs="Times New Roman"/>
          <w:lang w:val="ru-RU"/>
        </w:rPr>
        <w:t xml:space="preserve"> проблем у </w:t>
      </w:r>
      <w:proofErr w:type="spellStart"/>
      <w:r w:rsidR="00690097">
        <w:rPr>
          <w:rFonts w:ascii="Times New Roman" w:hAnsi="Times New Roman" w:cs="Times New Roman"/>
          <w:lang w:val="ru-RU"/>
        </w:rPr>
        <w:t>місцях</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проживання</w:t>
      </w:r>
      <w:proofErr w:type="spellEnd"/>
      <w:r w:rsidR="00690097">
        <w:rPr>
          <w:rFonts w:ascii="Times New Roman" w:hAnsi="Times New Roman" w:cs="Times New Roman"/>
          <w:lang w:val="ru-RU"/>
        </w:rPr>
        <w:t xml:space="preserve">. Є </w:t>
      </w:r>
      <w:proofErr w:type="spellStart"/>
      <w:r w:rsidR="00690097">
        <w:rPr>
          <w:rFonts w:ascii="Times New Roman" w:hAnsi="Times New Roman" w:cs="Times New Roman"/>
          <w:lang w:val="ru-RU"/>
        </w:rPr>
        <w:t>консультативна</w:t>
      </w:r>
      <w:proofErr w:type="spellEnd"/>
      <w:r w:rsidR="00690097">
        <w:rPr>
          <w:rFonts w:ascii="Times New Roman" w:hAnsi="Times New Roman" w:cs="Times New Roman"/>
          <w:lang w:val="ru-RU"/>
        </w:rPr>
        <w:t xml:space="preserve"> робота з </w:t>
      </w:r>
      <w:proofErr w:type="spellStart"/>
      <w:r w:rsidR="00690097">
        <w:rPr>
          <w:rFonts w:ascii="Times New Roman" w:hAnsi="Times New Roman" w:cs="Times New Roman"/>
          <w:lang w:val="ru-RU"/>
        </w:rPr>
        <w:t>потребуючими</w:t>
      </w:r>
      <w:proofErr w:type="spellEnd"/>
      <w:r w:rsidR="00690097">
        <w:rPr>
          <w:rFonts w:ascii="Times New Roman" w:hAnsi="Times New Roman" w:cs="Times New Roman"/>
          <w:lang w:val="ru-RU"/>
        </w:rPr>
        <w:t xml:space="preserve"> ВПО (з </w:t>
      </w:r>
      <w:proofErr w:type="spellStart"/>
      <w:r w:rsidR="00690097">
        <w:rPr>
          <w:rFonts w:ascii="Times New Roman" w:hAnsi="Times New Roman" w:cs="Times New Roman"/>
          <w:lang w:val="ru-RU"/>
        </w:rPr>
        <w:t>питань</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отримання</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допомог</w:t>
      </w:r>
      <w:proofErr w:type="spellEnd"/>
      <w:r w:rsidR="00690097">
        <w:rPr>
          <w:rFonts w:ascii="Times New Roman" w:hAnsi="Times New Roman" w:cs="Times New Roman"/>
          <w:lang w:val="ru-RU"/>
        </w:rPr>
        <w:t xml:space="preserve"> та </w:t>
      </w:r>
      <w:proofErr w:type="spellStart"/>
      <w:r w:rsidR="00690097">
        <w:rPr>
          <w:rFonts w:ascii="Times New Roman" w:hAnsi="Times New Roman" w:cs="Times New Roman"/>
          <w:lang w:val="ru-RU"/>
        </w:rPr>
        <w:t>пенсій</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реєстрації</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нерухомого</w:t>
      </w:r>
      <w:proofErr w:type="spellEnd"/>
      <w:r w:rsidR="00690097">
        <w:rPr>
          <w:rFonts w:ascii="Times New Roman" w:hAnsi="Times New Roman" w:cs="Times New Roman"/>
          <w:lang w:val="ru-RU"/>
        </w:rPr>
        <w:t xml:space="preserve"> майна, </w:t>
      </w:r>
      <w:proofErr w:type="spellStart"/>
      <w:r w:rsidR="00690097">
        <w:rPr>
          <w:rFonts w:ascii="Times New Roman" w:hAnsi="Times New Roman" w:cs="Times New Roman"/>
          <w:lang w:val="ru-RU"/>
        </w:rPr>
        <w:t>інщих</w:t>
      </w:r>
      <w:proofErr w:type="spellEnd"/>
      <w:r w:rsidR="00690097">
        <w:rPr>
          <w:rFonts w:ascii="Times New Roman" w:hAnsi="Times New Roman" w:cs="Times New Roman"/>
          <w:lang w:val="ru-RU"/>
        </w:rPr>
        <w:t>).</w:t>
      </w:r>
      <w:r w:rsidRPr="00FA65AC">
        <w:rPr>
          <w:rFonts w:ascii="Times New Roman" w:hAnsi="Times New Roman" w:cs="Times New Roman"/>
          <w:lang w:val="ru-RU"/>
        </w:rPr>
        <w:br/>
      </w:r>
      <w:r w:rsidRPr="00FA65AC">
        <w:rPr>
          <w:rFonts w:ascii="Times New Roman" w:hAnsi="Times New Roman" w:cs="Times New Roman"/>
          <w:lang w:val="ru-RU"/>
        </w:rPr>
        <w:br/>
      </w:r>
      <w:proofErr w:type="spellStart"/>
      <w:r w:rsidRPr="00FA65AC">
        <w:rPr>
          <w:rFonts w:ascii="Times New Roman" w:hAnsi="Times New Roman" w:cs="Times New Roman"/>
          <w:lang w:val="ru-RU"/>
        </w:rPr>
        <w:t>Ключові</w:t>
      </w:r>
      <w:proofErr w:type="spellEnd"/>
      <w:r w:rsidRPr="00FA65AC">
        <w:rPr>
          <w:rFonts w:ascii="Times New Roman" w:hAnsi="Times New Roman" w:cs="Times New Roman"/>
          <w:lang w:val="ru-RU"/>
        </w:rPr>
        <w:t xml:space="preserve"> </w:t>
      </w:r>
      <w:proofErr w:type="spellStart"/>
      <w:r w:rsidRPr="00FA65AC">
        <w:rPr>
          <w:rFonts w:ascii="Times New Roman" w:hAnsi="Times New Roman" w:cs="Times New Roman"/>
          <w:lang w:val="ru-RU"/>
        </w:rPr>
        <w:t>зони</w:t>
      </w:r>
      <w:proofErr w:type="spellEnd"/>
      <w:r w:rsidRPr="00FA65AC">
        <w:rPr>
          <w:rFonts w:ascii="Times New Roman" w:hAnsi="Times New Roman" w:cs="Times New Roman"/>
          <w:lang w:val="ru-RU"/>
        </w:rPr>
        <w:t xml:space="preserve"> </w:t>
      </w:r>
      <w:proofErr w:type="spellStart"/>
      <w:r w:rsidRPr="00FA65AC">
        <w:rPr>
          <w:rFonts w:ascii="Times New Roman" w:hAnsi="Times New Roman" w:cs="Times New Roman"/>
          <w:lang w:val="ru-RU"/>
        </w:rPr>
        <w:t>розвитку</w:t>
      </w:r>
      <w:proofErr w:type="spellEnd"/>
      <w:r w:rsidRPr="00FA65AC">
        <w:rPr>
          <w:rFonts w:ascii="Times New Roman" w:hAnsi="Times New Roman" w:cs="Times New Roman"/>
          <w:lang w:val="ru-RU"/>
        </w:rPr>
        <w:t>:</w:t>
      </w:r>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необхідність</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активізувати</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співпрацю</w:t>
      </w:r>
      <w:proofErr w:type="spellEnd"/>
      <w:r w:rsidR="00690097">
        <w:rPr>
          <w:rFonts w:ascii="Times New Roman" w:hAnsi="Times New Roman" w:cs="Times New Roman"/>
          <w:lang w:val="ru-RU"/>
        </w:rPr>
        <w:t xml:space="preserve"> з </w:t>
      </w:r>
      <w:proofErr w:type="spellStart"/>
      <w:r w:rsidR="00690097">
        <w:rPr>
          <w:rFonts w:ascii="Times New Roman" w:hAnsi="Times New Roman" w:cs="Times New Roman"/>
          <w:lang w:val="ru-RU"/>
        </w:rPr>
        <w:t>місцевими</w:t>
      </w:r>
      <w:proofErr w:type="spellEnd"/>
      <w:r w:rsidR="00690097">
        <w:rPr>
          <w:rFonts w:ascii="Times New Roman" w:hAnsi="Times New Roman" w:cs="Times New Roman"/>
          <w:lang w:val="ru-RU"/>
        </w:rPr>
        <w:t xml:space="preserve"> органами </w:t>
      </w:r>
      <w:proofErr w:type="spellStart"/>
      <w:r w:rsidR="00690097">
        <w:rPr>
          <w:rFonts w:ascii="Times New Roman" w:hAnsi="Times New Roman" w:cs="Times New Roman"/>
          <w:lang w:val="ru-RU"/>
        </w:rPr>
        <w:t>влади</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організаціями</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що</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надають</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допомогу</w:t>
      </w:r>
      <w:proofErr w:type="spellEnd"/>
      <w:r w:rsidR="00690097">
        <w:rPr>
          <w:rFonts w:ascii="Times New Roman" w:hAnsi="Times New Roman" w:cs="Times New Roman"/>
          <w:lang w:val="ru-RU"/>
        </w:rPr>
        <w:t xml:space="preserve"> ВПО. </w:t>
      </w:r>
      <w:r w:rsidRPr="00FA65AC">
        <w:rPr>
          <w:rFonts w:ascii="Times New Roman" w:hAnsi="Times New Roman" w:cs="Times New Roman"/>
          <w:lang w:val="ru-RU"/>
        </w:rPr>
        <w:br/>
      </w:r>
      <w:r w:rsidRPr="00FA65AC">
        <w:rPr>
          <w:rFonts w:ascii="Times New Roman" w:hAnsi="Times New Roman" w:cs="Times New Roman"/>
          <w:lang w:val="ru-RU"/>
        </w:rPr>
        <w:br/>
      </w:r>
      <w:proofErr w:type="spellStart"/>
      <w:r w:rsidRPr="00FA65AC">
        <w:rPr>
          <w:rFonts w:ascii="Times New Roman" w:hAnsi="Times New Roman" w:cs="Times New Roman"/>
          <w:lang w:val="ru-RU"/>
        </w:rPr>
        <w:t>Рекомендовані</w:t>
      </w:r>
      <w:proofErr w:type="spellEnd"/>
      <w:r w:rsidRPr="00FA65AC">
        <w:rPr>
          <w:rFonts w:ascii="Times New Roman" w:hAnsi="Times New Roman" w:cs="Times New Roman"/>
          <w:lang w:val="ru-RU"/>
        </w:rPr>
        <w:t xml:space="preserve"> кроки на 3</w:t>
      </w:r>
      <w:r w:rsidR="008E3A98">
        <w:rPr>
          <w:rFonts w:ascii="Times New Roman" w:hAnsi="Times New Roman" w:cs="Times New Roman"/>
          <w:lang w:val="ru-RU"/>
        </w:rPr>
        <w:t>-</w:t>
      </w:r>
      <w:r w:rsidRPr="00FA65AC">
        <w:rPr>
          <w:rFonts w:ascii="Times New Roman" w:hAnsi="Times New Roman" w:cs="Times New Roman"/>
          <w:lang w:val="ru-RU"/>
        </w:rPr>
        <w:t xml:space="preserve">6 </w:t>
      </w:r>
      <w:proofErr w:type="spellStart"/>
      <w:r w:rsidRPr="00FA65AC">
        <w:rPr>
          <w:rFonts w:ascii="Times New Roman" w:hAnsi="Times New Roman" w:cs="Times New Roman"/>
          <w:lang w:val="ru-RU"/>
        </w:rPr>
        <w:t>місяців</w:t>
      </w:r>
      <w:proofErr w:type="spellEnd"/>
      <w:r w:rsidRPr="00FA65AC">
        <w:rPr>
          <w:rFonts w:ascii="Times New Roman" w:hAnsi="Times New Roman" w:cs="Times New Roman"/>
          <w:lang w:val="ru-RU"/>
        </w:rPr>
        <w:t>:</w:t>
      </w:r>
      <w:r w:rsidR="00690097">
        <w:rPr>
          <w:rFonts w:ascii="Times New Roman" w:hAnsi="Times New Roman" w:cs="Times New Roman"/>
          <w:lang w:val="ru-RU"/>
        </w:rPr>
        <w:t xml:space="preserve"> 1. </w:t>
      </w:r>
      <w:proofErr w:type="spellStart"/>
      <w:r w:rsidR="00690097">
        <w:rPr>
          <w:rFonts w:ascii="Times New Roman" w:hAnsi="Times New Roman" w:cs="Times New Roman"/>
          <w:lang w:val="ru-RU"/>
        </w:rPr>
        <w:t>Аналіз</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місцевих</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програм</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соціально-економічного</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розвитку</w:t>
      </w:r>
      <w:proofErr w:type="spellEnd"/>
      <w:r w:rsidR="00690097">
        <w:rPr>
          <w:rFonts w:ascii="Times New Roman" w:hAnsi="Times New Roman" w:cs="Times New Roman"/>
          <w:lang w:val="ru-RU"/>
        </w:rPr>
        <w:t xml:space="preserve"> в </w:t>
      </w:r>
      <w:proofErr w:type="spellStart"/>
      <w:r w:rsidR="00690097">
        <w:rPr>
          <w:rFonts w:ascii="Times New Roman" w:hAnsi="Times New Roman" w:cs="Times New Roman"/>
          <w:lang w:val="ru-RU"/>
        </w:rPr>
        <w:t>районі</w:t>
      </w:r>
      <w:proofErr w:type="spellEnd"/>
      <w:r w:rsidR="00690097">
        <w:rPr>
          <w:rFonts w:ascii="Times New Roman" w:hAnsi="Times New Roman" w:cs="Times New Roman"/>
          <w:lang w:val="ru-RU"/>
        </w:rPr>
        <w:t xml:space="preserve"> з метою </w:t>
      </w:r>
      <w:proofErr w:type="spellStart"/>
      <w:r w:rsidR="00690097">
        <w:rPr>
          <w:rFonts w:ascii="Times New Roman" w:hAnsi="Times New Roman" w:cs="Times New Roman"/>
          <w:lang w:val="ru-RU"/>
        </w:rPr>
        <w:t>виявлення</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чи</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враховано</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інтереси</w:t>
      </w:r>
      <w:proofErr w:type="spellEnd"/>
      <w:r w:rsidR="00690097">
        <w:rPr>
          <w:rFonts w:ascii="Times New Roman" w:hAnsi="Times New Roman" w:cs="Times New Roman"/>
          <w:lang w:val="ru-RU"/>
        </w:rPr>
        <w:t xml:space="preserve"> ВПО в </w:t>
      </w:r>
      <w:proofErr w:type="spellStart"/>
      <w:r w:rsidR="00690097">
        <w:rPr>
          <w:rFonts w:ascii="Times New Roman" w:hAnsi="Times New Roman" w:cs="Times New Roman"/>
          <w:lang w:val="ru-RU"/>
        </w:rPr>
        <w:t>цих</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програмах</w:t>
      </w:r>
      <w:proofErr w:type="spellEnd"/>
      <w:r w:rsidR="00690097">
        <w:rPr>
          <w:rFonts w:ascii="Times New Roman" w:hAnsi="Times New Roman" w:cs="Times New Roman"/>
          <w:lang w:val="ru-RU"/>
        </w:rPr>
        <w:t xml:space="preserve">. За результатами </w:t>
      </w:r>
      <w:proofErr w:type="spellStart"/>
      <w:r w:rsidR="00690097">
        <w:rPr>
          <w:rFonts w:ascii="Times New Roman" w:hAnsi="Times New Roman" w:cs="Times New Roman"/>
          <w:lang w:val="ru-RU"/>
        </w:rPr>
        <w:t>аналізу</w:t>
      </w:r>
      <w:proofErr w:type="spellEnd"/>
      <w:r w:rsidR="00690097">
        <w:rPr>
          <w:rFonts w:ascii="Times New Roman" w:hAnsi="Times New Roman" w:cs="Times New Roman"/>
          <w:lang w:val="ru-RU"/>
        </w:rPr>
        <w:t xml:space="preserve"> – </w:t>
      </w:r>
      <w:proofErr w:type="spellStart"/>
      <w:r w:rsidR="00690097">
        <w:rPr>
          <w:rFonts w:ascii="Times New Roman" w:hAnsi="Times New Roman" w:cs="Times New Roman"/>
          <w:lang w:val="ru-RU"/>
        </w:rPr>
        <w:t>надання</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пропозицій</w:t>
      </w:r>
      <w:proofErr w:type="spellEnd"/>
      <w:r w:rsidR="00690097">
        <w:rPr>
          <w:rFonts w:ascii="Times New Roman" w:hAnsi="Times New Roman" w:cs="Times New Roman"/>
          <w:lang w:val="ru-RU"/>
        </w:rPr>
        <w:t xml:space="preserve"> (за </w:t>
      </w:r>
      <w:proofErr w:type="spellStart"/>
      <w:r w:rsidR="00690097">
        <w:rPr>
          <w:rFonts w:ascii="Times New Roman" w:hAnsi="Times New Roman" w:cs="Times New Roman"/>
          <w:lang w:val="ru-RU"/>
        </w:rPr>
        <w:t>необхідності</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щодо</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можливого</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внесення</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відповідних</w:t>
      </w:r>
      <w:proofErr w:type="spellEnd"/>
      <w:r w:rsidR="00690097">
        <w:rPr>
          <w:rFonts w:ascii="Times New Roman" w:hAnsi="Times New Roman" w:cs="Times New Roman"/>
          <w:lang w:val="ru-RU"/>
        </w:rPr>
        <w:t xml:space="preserve"> </w:t>
      </w:r>
      <w:proofErr w:type="spellStart"/>
      <w:r w:rsidR="00690097">
        <w:rPr>
          <w:rFonts w:ascii="Times New Roman" w:hAnsi="Times New Roman" w:cs="Times New Roman"/>
          <w:lang w:val="ru-RU"/>
        </w:rPr>
        <w:t>змін</w:t>
      </w:r>
      <w:proofErr w:type="spellEnd"/>
      <w:r w:rsidR="00690097">
        <w:rPr>
          <w:rFonts w:ascii="Times New Roman" w:hAnsi="Times New Roman" w:cs="Times New Roman"/>
          <w:lang w:val="ru-RU"/>
        </w:rPr>
        <w:t>.</w:t>
      </w:r>
    </w:p>
    <w:p w14:paraId="57A1FF1C" w14:textId="76556C71" w:rsidR="00690097" w:rsidRDefault="00690097" w:rsidP="00690097">
      <w:pPr>
        <w:rPr>
          <w:rFonts w:ascii="Times New Roman" w:hAnsi="Times New Roman" w:cs="Times New Roman"/>
          <w:lang w:val="ru-RU"/>
        </w:rPr>
      </w:pPr>
      <w:r>
        <w:rPr>
          <w:rFonts w:ascii="Times New Roman" w:hAnsi="Times New Roman" w:cs="Times New Roman"/>
          <w:lang w:val="ru-RU"/>
        </w:rPr>
        <w:t xml:space="preserve">2. </w:t>
      </w:r>
      <w:proofErr w:type="spellStart"/>
      <w:r>
        <w:rPr>
          <w:rFonts w:ascii="Times New Roman" w:hAnsi="Times New Roman" w:cs="Times New Roman"/>
          <w:lang w:val="ru-RU"/>
        </w:rPr>
        <w:t>Розвиток</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співпраці</w:t>
      </w:r>
      <w:proofErr w:type="spellEnd"/>
      <w:r>
        <w:rPr>
          <w:rFonts w:ascii="Times New Roman" w:hAnsi="Times New Roman" w:cs="Times New Roman"/>
          <w:lang w:val="ru-RU"/>
        </w:rPr>
        <w:t xml:space="preserve"> з </w:t>
      </w:r>
      <w:proofErr w:type="spellStart"/>
      <w:r>
        <w:rPr>
          <w:rFonts w:ascii="Times New Roman" w:hAnsi="Times New Roman" w:cs="Times New Roman"/>
          <w:lang w:val="ru-RU"/>
        </w:rPr>
        <w:t>громадськими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організаціями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благодійними</w:t>
      </w:r>
      <w:proofErr w:type="spellEnd"/>
      <w:r>
        <w:rPr>
          <w:rFonts w:ascii="Times New Roman" w:hAnsi="Times New Roman" w:cs="Times New Roman"/>
          <w:lang w:val="ru-RU"/>
        </w:rPr>
        <w:t xml:space="preserve"> фондами, </w:t>
      </w:r>
      <w:proofErr w:type="spellStart"/>
      <w:r>
        <w:rPr>
          <w:rFonts w:ascii="Times New Roman" w:hAnsi="Times New Roman" w:cs="Times New Roman"/>
          <w:lang w:val="ru-RU"/>
        </w:rPr>
        <w:t>що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надають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допомогу</w:t>
      </w:r>
      <w:proofErr w:type="spellEnd"/>
      <w:r>
        <w:rPr>
          <w:rFonts w:ascii="Times New Roman" w:hAnsi="Times New Roman" w:cs="Times New Roman"/>
          <w:lang w:val="ru-RU"/>
        </w:rPr>
        <w:t xml:space="preserve"> ВПО.</w:t>
      </w:r>
    </w:p>
    <w:p w14:paraId="462E31B2" w14:textId="365463BE" w:rsidR="00690097" w:rsidRPr="00FA65AC" w:rsidRDefault="00690097" w:rsidP="00690097">
      <w:pPr>
        <w:rPr>
          <w:rFonts w:ascii="Times New Roman" w:hAnsi="Times New Roman" w:cs="Times New Roman"/>
          <w:lang w:val="ru-RU"/>
        </w:rPr>
      </w:pPr>
      <w:r>
        <w:rPr>
          <w:rFonts w:ascii="Times New Roman" w:hAnsi="Times New Roman" w:cs="Times New Roman"/>
          <w:lang w:val="ru-RU"/>
        </w:rPr>
        <w:t xml:space="preserve">3. На </w:t>
      </w:r>
      <w:proofErr w:type="spellStart"/>
      <w:r>
        <w:rPr>
          <w:rFonts w:ascii="Times New Roman" w:hAnsi="Times New Roman" w:cs="Times New Roman"/>
          <w:lang w:val="ru-RU"/>
        </w:rPr>
        <w:t>підставі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проведеного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аналізу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проблемних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питань</w:t>
      </w:r>
      <w:proofErr w:type="spellEnd"/>
      <w:r>
        <w:rPr>
          <w:rFonts w:ascii="Times New Roman" w:hAnsi="Times New Roman" w:cs="Times New Roman"/>
          <w:lang w:val="ru-RU"/>
        </w:rPr>
        <w:t xml:space="preserve"> ВПО </w:t>
      </w:r>
      <w:proofErr w:type="spellStart"/>
      <w:r>
        <w:rPr>
          <w:rFonts w:ascii="Times New Roman" w:hAnsi="Times New Roman" w:cs="Times New Roman"/>
          <w:lang w:val="ru-RU"/>
        </w:rPr>
        <w:t>ініціювання</w:t>
      </w:r>
      <w:proofErr w:type="spellEnd"/>
      <w:r>
        <w:rPr>
          <w:rFonts w:ascii="Times New Roman" w:hAnsi="Times New Roman" w:cs="Times New Roman"/>
          <w:lang w:val="ru-RU"/>
        </w:rPr>
        <w:t xml:space="preserve"> </w:t>
      </w:r>
      <w:proofErr w:type="spellStart"/>
      <w:r w:rsidR="00910E38">
        <w:rPr>
          <w:rFonts w:ascii="Times New Roman" w:hAnsi="Times New Roman" w:cs="Times New Roman"/>
          <w:lang w:val="ru-RU"/>
        </w:rPr>
        <w:t>відповідних</w:t>
      </w:r>
      <w:proofErr w:type="spellEnd"/>
      <w:r w:rsidR="00910E38">
        <w:rPr>
          <w:rFonts w:ascii="Times New Roman" w:hAnsi="Times New Roman" w:cs="Times New Roman"/>
          <w:lang w:val="ru-RU"/>
        </w:rPr>
        <w:t xml:space="preserve"> </w:t>
      </w:r>
      <w:proofErr w:type="spellStart"/>
      <w:r w:rsidR="00910E38">
        <w:rPr>
          <w:rFonts w:ascii="Times New Roman" w:hAnsi="Times New Roman" w:cs="Times New Roman"/>
          <w:lang w:val="ru-RU"/>
        </w:rPr>
        <w:t>проєктів</w:t>
      </w:r>
      <w:proofErr w:type="spellEnd"/>
      <w:r w:rsidR="00910E38">
        <w:rPr>
          <w:rFonts w:ascii="Times New Roman" w:hAnsi="Times New Roman" w:cs="Times New Roman"/>
          <w:lang w:val="ru-RU"/>
        </w:rPr>
        <w:t xml:space="preserve"> та </w:t>
      </w:r>
      <w:proofErr w:type="spellStart"/>
      <w:r w:rsidR="00910E38">
        <w:rPr>
          <w:rFonts w:ascii="Times New Roman" w:hAnsi="Times New Roman" w:cs="Times New Roman"/>
          <w:lang w:val="ru-RU"/>
        </w:rPr>
        <w:t>програм</w:t>
      </w:r>
      <w:proofErr w:type="spellEnd"/>
      <w:r w:rsidR="00910E38">
        <w:rPr>
          <w:rFonts w:ascii="Times New Roman" w:hAnsi="Times New Roman" w:cs="Times New Roman"/>
          <w:lang w:val="ru-RU"/>
        </w:rPr>
        <w:t xml:space="preserve"> (</w:t>
      </w:r>
      <w:proofErr w:type="spellStart"/>
      <w:r w:rsidR="00910E38">
        <w:rPr>
          <w:rFonts w:ascii="Times New Roman" w:hAnsi="Times New Roman" w:cs="Times New Roman"/>
          <w:lang w:val="ru-RU"/>
        </w:rPr>
        <w:t>можливо</w:t>
      </w:r>
      <w:proofErr w:type="spellEnd"/>
      <w:r w:rsidR="00910E38">
        <w:rPr>
          <w:rFonts w:ascii="Times New Roman" w:hAnsi="Times New Roman" w:cs="Times New Roman"/>
          <w:lang w:val="ru-RU"/>
        </w:rPr>
        <w:t xml:space="preserve">, </w:t>
      </w:r>
      <w:proofErr w:type="spellStart"/>
      <w:r w:rsidR="00910E38">
        <w:rPr>
          <w:rFonts w:ascii="Times New Roman" w:hAnsi="Times New Roman" w:cs="Times New Roman"/>
          <w:lang w:val="ru-RU"/>
        </w:rPr>
        <w:t>отримання</w:t>
      </w:r>
      <w:proofErr w:type="spellEnd"/>
      <w:r w:rsidR="00910E38">
        <w:rPr>
          <w:rFonts w:ascii="Times New Roman" w:hAnsi="Times New Roman" w:cs="Times New Roman"/>
          <w:lang w:val="ru-RU"/>
        </w:rPr>
        <w:t xml:space="preserve"> </w:t>
      </w:r>
      <w:proofErr w:type="spellStart"/>
      <w:r w:rsidR="00910E38">
        <w:rPr>
          <w:rFonts w:ascii="Times New Roman" w:hAnsi="Times New Roman" w:cs="Times New Roman"/>
          <w:lang w:val="ru-RU"/>
        </w:rPr>
        <w:t>грантів</w:t>
      </w:r>
      <w:proofErr w:type="spellEnd"/>
      <w:r w:rsidR="00910E38">
        <w:rPr>
          <w:rFonts w:ascii="Times New Roman" w:hAnsi="Times New Roman" w:cs="Times New Roman"/>
          <w:lang w:val="ru-RU"/>
        </w:rPr>
        <w:t xml:space="preserve"> ГО та БФ для </w:t>
      </w:r>
      <w:proofErr w:type="spellStart"/>
      <w:r w:rsidR="00910E38">
        <w:rPr>
          <w:rFonts w:ascii="Times New Roman" w:hAnsi="Times New Roman" w:cs="Times New Roman"/>
          <w:lang w:val="ru-RU"/>
        </w:rPr>
        <w:t>підтримки</w:t>
      </w:r>
      <w:proofErr w:type="spellEnd"/>
      <w:r w:rsidR="00910E38">
        <w:rPr>
          <w:rFonts w:ascii="Times New Roman" w:hAnsi="Times New Roman" w:cs="Times New Roman"/>
          <w:lang w:val="ru-RU"/>
        </w:rPr>
        <w:t xml:space="preserve"> потреб ВПО).</w:t>
      </w:r>
    </w:p>
    <w:sectPr w:rsidR="00690097" w:rsidRPr="00FA65AC" w:rsidSect="008171B5">
      <w:pgSz w:w="12240" w:h="15840"/>
      <w:pgMar w:top="568" w:right="1800" w:bottom="851"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F2814A7"/>
    <w:multiLevelType w:val="hybridMultilevel"/>
    <w:tmpl w:val="587E2EBA"/>
    <w:lvl w:ilvl="0" w:tplc="3B7A4B62">
      <w:start w:val="1"/>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CE628CA"/>
    <w:multiLevelType w:val="hybridMultilevel"/>
    <w:tmpl w:val="939EB5E6"/>
    <w:lvl w:ilvl="0" w:tplc="2C38A98E">
      <w:start w:val="1"/>
      <w:numFmt w:val="decimal"/>
      <w:lvlText w:val="%1."/>
      <w:lvlJc w:val="left"/>
      <w:pPr>
        <w:ind w:left="915" w:hanging="360"/>
      </w:pPr>
      <w:rPr>
        <w:rFonts w:hint="default"/>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1002"/>
    <w:rsid w:val="0001038A"/>
    <w:rsid w:val="00010C77"/>
    <w:rsid w:val="0001470C"/>
    <w:rsid w:val="00015C2F"/>
    <w:rsid w:val="000301CF"/>
    <w:rsid w:val="00032473"/>
    <w:rsid w:val="00034616"/>
    <w:rsid w:val="000444FF"/>
    <w:rsid w:val="00052173"/>
    <w:rsid w:val="00053B0A"/>
    <w:rsid w:val="0006063C"/>
    <w:rsid w:val="00063CC7"/>
    <w:rsid w:val="00083915"/>
    <w:rsid w:val="00083A05"/>
    <w:rsid w:val="00087112"/>
    <w:rsid w:val="000A0948"/>
    <w:rsid w:val="000B1B54"/>
    <w:rsid w:val="000B3F00"/>
    <w:rsid w:val="000B4864"/>
    <w:rsid w:val="000B5830"/>
    <w:rsid w:val="000C436F"/>
    <w:rsid w:val="000E493F"/>
    <w:rsid w:val="000E7B9D"/>
    <w:rsid w:val="001022B6"/>
    <w:rsid w:val="00104BB2"/>
    <w:rsid w:val="0010690D"/>
    <w:rsid w:val="001258C4"/>
    <w:rsid w:val="001267E0"/>
    <w:rsid w:val="00131DC1"/>
    <w:rsid w:val="0013725C"/>
    <w:rsid w:val="00143D57"/>
    <w:rsid w:val="00145107"/>
    <w:rsid w:val="0015074B"/>
    <w:rsid w:val="00151D44"/>
    <w:rsid w:val="00154A99"/>
    <w:rsid w:val="00161340"/>
    <w:rsid w:val="0016317E"/>
    <w:rsid w:val="00177D5B"/>
    <w:rsid w:val="001949A0"/>
    <w:rsid w:val="00194E54"/>
    <w:rsid w:val="001B52A3"/>
    <w:rsid w:val="001C2279"/>
    <w:rsid w:val="001D5973"/>
    <w:rsid w:val="002105DF"/>
    <w:rsid w:val="00215741"/>
    <w:rsid w:val="00223B49"/>
    <w:rsid w:val="002240DB"/>
    <w:rsid w:val="00246D44"/>
    <w:rsid w:val="0026046F"/>
    <w:rsid w:val="00265909"/>
    <w:rsid w:val="00274197"/>
    <w:rsid w:val="002871E0"/>
    <w:rsid w:val="0029639D"/>
    <w:rsid w:val="002B2703"/>
    <w:rsid w:val="002C4206"/>
    <w:rsid w:val="002E38D3"/>
    <w:rsid w:val="00306293"/>
    <w:rsid w:val="00313DC6"/>
    <w:rsid w:val="00314704"/>
    <w:rsid w:val="00320157"/>
    <w:rsid w:val="00326B97"/>
    <w:rsid w:val="00326F90"/>
    <w:rsid w:val="0034095E"/>
    <w:rsid w:val="00341466"/>
    <w:rsid w:val="00345F8F"/>
    <w:rsid w:val="003615AD"/>
    <w:rsid w:val="003632CF"/>
    <w:rsid w:val="00372CBA"/>
    <w:rsid w:val="0037304E"/>
    <w:rsid w:val="003932D4"/>
    <w:rsid w:val="00393C6C"/>
    <w:rsid w:val="003B6D04"/>
    <w:rsid w:val="003B7CB5"/>
    <w:rsid w:val="003E0CF1"/>
    <w:rsid w:val="003E4793"/>
    <w:rsid w:val="003F1FCE"/>
    <w:rsid w:val="00400C29"/>
    <w:rsid w:val="0040404C"/>
    <w:rsid w:val="00405003"/>
    <w:rsid w:val="0044033E"/>
    <w:rsid w:val="004420B7"/>
    <w:rsid w:val="00453E48"/>
    <w:rsid w:val="00470FD4"/>
    <w:rsid w:val="00472635"/>
    <w:rsid w:val="00472B69"/>
    <w:rsid w:val="004739CE"/>
    <w:rsid w:val="00477208"/>
    <w:rsid w:val="004831E2"/>
    <w:rsid w:val="00485895"/>
    <w:rsid w:val="004C338E"/>
    <w:rsid w:val="004D15CB"/>
    <w:rsid w:val="004D2AAF"/>
    <w:rsid w:val="004E5EC5"/>
    <w:rsid w:val="004F023B"/>
    <w:rsid w:val="004F229B"/>
    <w:rsid w:val="004F7FF8"/>
    <w:rsid w:val="00504181"/>
    <w:rsid w:val="005079D1"/>
    <w:rsid w:val="00524408"/>
    <w:rsid w:val="00527523"/>
    <w:rsid w:val="00527843"/>
    <w:rsid w:val="005342E6"/>
    <w:rsid w:val="00544C6E"/>
    <w:rsid w:val="00560028"/>
    <w:rsid w:val="00560668"/>
    <w:rsid w:val="0056541D"/>
    <w:rsid w:val="005711B4"/>
    <w:rsid w:val="00572077"/>
    <w:rsid w:val="005743BC"/>
    <w:rsid w:val="005851E0"/>
    <w:rsid w:val="005863A6"/>
    <w:rsid w:val="00587772"/>
    <w:rsid w:val="00594614"/>
    <w:rsid w:val="005A08D6"/>
    <w:rsid w:val="005A41A3"/>
    <w:rsid w:val="005A7FAE"/>
    <w:rsid w:val="005B26CD"/>
    <w:rsid w:val="005C6084"/>
    <w:rsid w:val="005D0ECF"/>
    <w:rsid w:val="005D2222"/>
    <w:rsid w:val="005E3D88"/>
    <w:rsid w:val="006056C5"/>
    <w:rsid w:val="0060681C"/>
    <w:rsid w:val="006133FE"/>
    <w:rsid w:val="0061467C"/>
    <w:rsid w:val="00615232"/>
    <w:rsid w:val="00616590"/>
    <w:rsid w:val="00624D0D"/>
    <w:rsid w:val="00631CFB"/>
    <w:rsid w:val="00631ED6"/>
    <w:rsid w:val="006522F7"/>
    <w:rsid w:val="00653DE2"/>
    <w:rsid w:val="006733F9"/>
    <w:rsid w:val="00690097"/>
    <w:rsid w:val="00691342"/>
    <w:rsid w:val="006967B2"/>
    <w:rsid w:val="006A4DB1"/>
    <w:rsid w:val="006B0A07"/>
    <w:rsid w:val="006C462E"/>
    <w:rsid w:val="006D04C5"/>
    <w:rsid w:val="006D18B5"/>
    <w:rsid w:val="006D24B1"/>
    <w:rsid w:val="006E29E2"/>
    <w:rsid w:val="006E75A5"/>
    <w:rsid w:val="006F115A"/>
    <w:rsid w:val="006F4E05"/>
    <w:rsid w:val="006F6958"/>
    <w:rsid w:val="006F6A72"/>
    <w:rsid w:val="00707FA6"/>
    <w:rsid w:val="00731EE9"/>
    <w:rsid w:val="00733577"/>
    <w:rsid w:val="00735090"/>
    <w:rsid w:val="00740B91"/>
    <w:rsid w:val="00755C1B"/>
    <w:rsid w:val="00764359"/>
    <w:rsid w:val="0077393C"/>
    <w:rsid w:val="00783DAE"/>
    <w:rsid w:val="00786F49"/>
    <w:rsid w:val="00791FAE"/>
    <w:rsid w:val="007A6A6B"/>
    <w:rsid w:val="007B00DB"/>
    <w:rsid w:val="007C0A84"/>
    <w:rsid w:val="007C11EA"/>
    <w:rsid w:val="007D5AB3"/>
    <w:rsid w:val="00814662"/>
    <w:rsid w:val="008153A9"/>
    <w:rsid w:val="008171B5"/>
    <w:rsid w:val="00817C0A"/>
    <w:rsid w:val="00824CD8"/>
    <w:rsid w:val="008322C6"/>
    <w:rsid w:val="00845ABA"/>
    <w:rsid w:val="008469A8"/>
    <w:rsid w:val="00847AE4"/>
    <w:rsid w:val="00851D09"/>
    <w:rsid w:val="00857902"/>
    <w:rsid w:val="00861140"/>
    <w:rsid w:val="00864F0A"/>
    <w:rsid w:val="00865D99"/>
    <w:rsid w:val="00890022"/>
    <w:rsid w:val="00892D18"/>
    <w:rsid w:val="008B0373"/>
    <w:rsid w:val="008B2A4D"/>
    <w:rsid w:val="008B4F05"/>
    <w:rsid w:val="008C2E08"/>
    <w:rsid w:val="008C30FB"/>
    <w:rsid w:val="008D01B5"/>
    <w:rsid w:val="008D2DF6"/>
    <w:rsid w:val="008D6784"/>
    <w:rsid w:val="008E3A98"/>
    <w:rsid w:val="008E7143"/>
    <w:rsid w:val="0090702B"/>
    <w:rsid w:val="00910E38"/>
    <w:rsid w:val="009440EE"/>
    <w:rsid w:val="00952C4C"/>
    <w:rsid w:val="0096087C"/>
    <w:rsid w:val="00965D8F"/>
    <w:rsid w:val="00975474"/>
    <w:rsid w:val="009832D2"/>
    <w:rsid w:val="00983782"/>
    <w:rsid w:val="009839D3"/>
    <w:rsid w:val="009A6274"/>
    <w:rsid w:val="009A651D"/>
    <w:rsid w:val="009C015A"/>
    <w:rsid w:val="009C1787"/>
    <w:rsid w:val="009E3955"/>
    <w:rsid w:val="009E4A4F"/>
    <w:rsid w:val="009E5622"/>
    <w:rsid w:val="009E6260"/>
    <w:rsid w:val="009E71B8"/>
    <w:rsid w:val="00A127CF"/>
    <w:rsid w:val="00A12904"/>
    <w:rsid w:val="00A34597"/>
    <w:rsid w:val="00A57226"/>
    <w:rsid w:val="00A649FE"/>
    <w:rsid w:val="00A66654"/>
    <w:rsid w:val="00A76EA4"/>
    <w:rsid w:val="00AA1D8D"/>
    <w:rsid w:val="00AA606B"/>
    <w:rsid w:val="00AA7F2A"/>
    <w:rsid w:val="00AC74E9"/>
    <w:rsid w:val="00AE7B31"/>
    <w:rsid w:val="00AF4FC7"/>
    <w:rsid w:val="00B1693A"/>
    <w:rsid w:val="00B170D6"/>
    <w:rsid w:val="00B30BD0"/>
    <w:rsid w:val="00B336DB"/>
    <w:rsid w:val="00B47730"/>
    <w:rsid w:val="00B518AF"/>
    <w:rsid w:val="00B5344A"/>
    <w:rsid w:val="00B828B2"/>
    <w:rsid w:val="00B83A51"/>
    <w:rsid w:val="00BA2E14"/>
    <w:rsid w:val="00BB126B"/>
    <w:rsid w:val="00BD250A"/>
    <w:rsid w:val="00BD4D8D"/>
    <w:rsid w:val="00BE3D65"/>
    <w:rsid w:val="00BE648E"/>
    <w:rsid w:val="00BF79EE"/>
    <w:rsid w:val="00BF7A6B"/>
    <w:rsid w:val="00C12930"/>
    <w:rsid w:val="00C21503"/>
    <w:rsid w:val="00C50C76"/>
    <w:rsid w:val="00C532CD"/>
    <w:rsid w:val="00C610A9"/>
    <w:rsid w:val="00C64CC1"/>
    <w:rsid w:val="00C714CA"/>
    <w:rsid w:val="00C76F42"/>
    <w:rsid w:val="00C77877"/>
    <w:rsid w:val="00C9072A"/>
    <w:rsid w:val="00CB03E0"/>
    <w:rsid w:val="00CB0664"/>
    <w:rsid w:val="00CF40E3"/>
    <w:rsid w:val="00D1517A"/>
    <w:rsid w:val="00D263F7"/>
    <w:rsid w:val="00D26736"/>
    <w:rsid w:val="00D271C1"/>
    <w:rsid w:val="00D3596B"/>
    <w:rsid w:val="00D403A0"/>
    <w:rsid w:val="00D602B5"/>
    <w:rsid w:val="00D621C4"/>
    <w:rsid w:val="00D63C5B"/>
    <w:rsid w:val="00D86CC5"/>
    <w:rsid w:val="00D94DAB"/>
    <w:rsid w:val="00D96E49"/>
    <w:rsid w:val="00DA2DF8"/>
    <w:rsid w:val="00DC4DE7"/>
    <w:rsid w:val="00DE3D31"/>
    <w:rsid w:val="00DE54F1"/>
    <w:rsid w:val="00DF15F6"/>
    <w:rsid w:val="00DF49C5"/>
    <w:rsid w:val="00DF4EA7"/>
    <w:rsid w:val="00DF6391"/>
    <w:rsid w:val="00DF6E0D"/>
    <w:rsid w:val="00E12968"/>
    <w:rsid w:val="00E23B36"/>
    <w:rsid w:val="00E37040"/>
    <w:rsid w:val="00E45722"/>
    <w:rsid w:val="00E5781B"/>
    <w:rsid w:val="00E67C27"/>
    <w:rsid w:val="00E74F97"/>
    <w:rsid w:val="00E84A58"/>
    <w:rsid w:val="00E92701"/>
    <w:rsid w:val="00EA0E29"/>
    <w:rsid w:val="00EA27DF"/>
    <w:rsid w:val="00EA6D14"/>
    <w:rsid w:val="00EB53F3"/>
    <w:rsid w:val="00EC03CC"/>
    <w:rsid w:val="00EC2B8E"/>
    <w:rsid w:val="00EC7EDB"/>
    <w:rsid w:val="00ED31E3"/>
    <w:rsid w:val="00ED6164"/>
    <w:rsid w:val="00EE0BB5"/>
    <w:rsid w:val="00F03DBF"/>
    <w:rsid w:val="00F17224"/>
    <w:rsid w:val="00F20D70"/>
    <w:rsid w:val="00F24929"/>
    <w:rsid w:val="00F341BF"/>
    <w:rsid w:val="00F45862"/>
    <w:rsid w:val="00F52CC2"/>
    <w:rsid w:val="00F53946"/>
    <w:rsid w:val="00F57E6C"/>
    <w:rsid w:val="00F96B2D"/>
    <w:rsid w:val="00FA65AC"/>
    <w:rsid w:val="00FB1311"/>
    <w:rsid w:val="00FB265C"/>
    <w:rsid w:val="00FC27E3"/>
    <w:rsid w:val="00FC693F"/>
    <w:rsid w:val="00FC7346"/>
    <w:rsid w:val="00FC7713"/>
    <w:rsid w:val="00FD61C4"/>
    <w:rsid w:val="00FF3EFC"/>
    <w:rsid w:val="00FF6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37A73D"/>
  <w14:defaultImageDpi w14:val="300"/>
  <w15:docId w15:val="{CE15910F-101C-4119-A977-CCCD1821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vps2">
    <w:name w:val="rvps2"/>
    <w:basedOn w:val="a1"/>
    <w:rsid w:val="00143D5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f8">
    <w:name w:val="Hyperlink"/>
    <w:basedOn w:val="a2"/>
    <w:uiPriority w:val="99"/>
    <w:unhideWhenUsed/>
    <w:rsid w:val="00E67C27"/>
    <w:rPr>
      <w:color w:val="0000FF" w:themeColor="hyperlink"/>
      <w:u w:val="single"/>
    </w:rPr>
  </w:style>
  <w:style w:type="character" w:customStyle="1" w:styleId="UnresolvedMention">
    <w:name w:val="Unresolved Mention"/>
    <w:basedOn w:val="a2"/>
    <w:uiPriority w:val="99"/>
    <w:semiHidden/>
    <w:unhideWhenUsed/>
    <w:rsid w:val="00E67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akhiv-rda.gov.ua/sites/defau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4C40B-565C-4A2F-90B0-E473E7562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9818</Words>
  <Characters>5597</Characters>
  <Application>Microsoft Office Word</Application>
  <DocSecurity>0</DocSecurity>
  <Lines>46</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Bodnar Ivan</cp:lastModifiedBy>
  <cp:revision>237</cp:revision>
  <dcterms:created xsi:type="dcterms:W3CDTF">2026-02-02T08:46:00Z</dcterms:created>
  <dcterms:modified xsi:type="dcterms:W3CDTF">2026-02-04T13:21:00Z</dcterms:modified>
</cp:coreProperties>
</file>